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3630C7" w14:textId="77777777" w:rsidR="00DA0E93" w:rsidRDefault="00000000">
      <w:pPr>
        <w:jc w:val="center"/>
      </w:pPr>
      <w:r>
        <w:rPr>
          <w:b/>
          <w:color w:val="5B3A8E"/>
          <w:sz w:val="62"/>
        </w:rPr>
        <w:t>STARCAST</w:t>
      </w:r>
    </w:p>
    <w:p w14:paraId="54FA1A68" w14:textId="77777777" w:rsidR="00DA0E93" w:rsidRDefault="00000000">
      <w:pPr>
        <w:jc w:val="center"/>
      </w:pPr>
      <w:r>
        <w:rPr>
          <w:b/>
          <w:color w:val="315A9B"/>
          <w:sz w:val="26"/>
        </w:rPr>
        <w:t>PERFORMING ARTS SCHOOLS</w:t>
      </w:r>
    </w:p>
    <w:p w14:paraId="19D3F900" w14:textId="77777777" w:rsidR="00DA0E93" w:rsidRDefault="00000000">
      <w:pPr>
        <w:jc w:val="center"/>
      </w:pPr>
      <w:r>
        <w:rPr>
          <w:b/>
          <w:sz w:val="38"/>
        </w:rPr>
        <w:t>PRIVACY POLICY</w:t>
      </w:r>
    </w:p>
    <w:p w14:paraId="757FD580" w14:textId="77777777" w:rsidR="00DA0E93" w:rsidRDefault="00000000">
      <w:r>
        <w:t>At Starcast Performing Arts Schools, we take the privacy, safety and wellbeing of our Students and their families seriously. This Privacy Policy explains how Starcast Performing Arts Schools (“Starcast”, “we”, “us” or “our”) collects, uses, stores and protects personal information relating to our Students, Parents/Guardians and other individuals who interact with us. We process personal information in accordance with applicable UK data protection legislation, including the UK General Data Protection Regulation (UK GDPR) and the Data Protection Act 2018.</w:t>
      </w:r>
    </w:p>
    <w:p w14:paraId="442E8DE7" w14:textId="77777777" w:rsidR="00DA0E93" w:rsidRDefault="00000000">
      <w:pPr>
        <w:pStyle w:val="Heading1"/>
      </w:pPr>
      <w:r>
        <w:t>1. About Starcast</w:t>
      </w:r>
    </w:p>
    <w:p w14:paraId="4906C13E" w14:textId="77777777" w:rsidR="00DA0E93" w:rsidRDefault="00000000">
      <w:r>
        <w:t>Starcast aims to be transparent about the information we collect and why we need it, while ensuring that personal information is handled responsibly and securely.</w:t>
      </w:r>
    </w:p>
    <w:p w14:paraId="233037B3" w14:textId="77777777" w:rsidR="00DA0E93" w:rsidRDefault="00000000">
      <w:pPr>
        <w:pStyle w:val="Heading1"/>
      </w:pPr>
      <w:r>
        <w:t>2. Who Is Responsible for Your Information?</w:t>
      </w:r>
    </w:p>
    <w:p w14:paraId="7E1AB474" w14:textId="6D8ED827" w:rsidR="00DA0E93" w:rsidRDefault="00000000">
      <w:r>
        <w:t xml:space="preserve">The Starcast school or branch with which you </w:t>
      </w:r>
      <w:proofErr w:type="spellStart"/>
      <w:r>
        <w:t>enrol</w:t>
      </w:r>
      <w:proofErr w:type="spellEnd"/>
      <w:r>
        <w:t xml:space="preserve"> will be responsible for the personal information collected in connection with a Student’s attendance.</w:t>
      </w:r>
    </w:p>
    <w:p w14:paraId="7B128C2A" w14:textId="77777777" w:rsidR="00DA0E93" w:rsidRDefault="00000000">
      <w:pPr>
        <w:pStyle w:val="Heading1"/>
      </w:pPr>
      <w:r>
        <w:t>3. Information We Collect</w:t>
      </w:r>
    </w:p>
    <w:p w14:paraId="140C589B" w14:textId="45ED0792" w:rsidR="00DA0E93" w:rsidRDefault="00000000">
      <w:r>
        <w:t>We may collect information about Students and Parents/Guardians that is necessary to provide our services safely and effectively.</w:t>
      </w:r>
    </w:p>
    <w:p w14:paraId="38AFDF91" w14:textId="77777777" w:rsidR="00DA0E93" w:rsidRDefault="00000000">
      <w:r>
        <w:t>Student information may include:</w:t>
      </w:r>
    </w:p>
    <w:p w14:paraId="4E208C6D" w14:textId="77777777" w:rsidR="00DA0E93" w:rsidRDefault="00000000">
      <w:pPr>
        <w:pStyle w:val="ListBullet"/>
      </w:pPr>
      <w:r>
        <w:t>Full name</w:t>
      </w:r>
    </w:p>
    <w:p w14:paraId="51B807C4" w14:textId="77777777" w:rsidR="00DA0E93" w:rsidRDefault="00000000">
      <w:pPr>
        <w:pStyle w:val="ListBullet"/>
      </w:pPr>
      <w:r>
        <w:t>Date of birth and age</w:t>
      </w:r>
    </w:p>
    <w:p w14:paraId="1C0EBFB3" w14:textId="7AF065F3" w:rsidR="00DA0E93" w:rsidRDefault="00000000">
      <w:pPr>
        <w:pStyle w:val="ListBullet"/>
      </w:pPr>
      <w:r>
        <w:t xml:space="preserve">Contact details </w:t>
      </w:r>
    </w:p>
    <w:p w14:paraId="7CDCF32A" w14:textId="77777777" w:rsidR="00DA0E93" w:rsidRDefault="00000000">
      <w:pPr>
        <w:pStyle w:val="ListBullet"/>
      </w:pPr>
      <w:r>
        <w:t>Address</w:t>
      </w:r>
    </w:p>
    <w:p w14:paraId="43699ADA" w14:textId="77777777" w:rsidR="00DA0E93" w:rsidRDefault="00000000">
      <w:pPr>
        <w:pStyle w:val="ListBullet"/>
      </w:pPr>
      <w:r>
        <w:t>Emergency contact information</w:t>
      </w:r>
    </w:p>
    <w:p w14:paraId="45667C21" w14:textId="77777777" w:rsidR="00DA0E93" w:rsidRDefault="00000000">
      <w:pPr>
        <w:pStyle w:val="ListBullet"/>
      </w:pPr>
      <w:r>
        <w:t>Attendance records</w:t>
      </w:r>
    </w:p>
    <w:p w14:paraId="07B4DD27" w14:textId="77777777" w:rsidR="00DA0E93" w:rsidRDefault="00000000">
      <w:pPr>
        <w:pStyle w:val="ListBullet"/>
      </w:pPr>
      <w:r>
        <w:t>Class and enrolment information</w:t>
      </w:r>
    </w:p>
    <w:p w14:paraId="4094C881" w14:textId="77777777" w:rsidR="00DA0E93" w:rsidRDefault="00000000">
      <w:pPr>
        <w:pStyle w:val="ListBullet"/>
      </w:pPr>
      <w:r>
        <w:t>Performance and participation information</w:t>
      </w:r>
    </w:p>
    <w:p w14:paraId="26DCE491" w14:textId="77777777" w:rsidR="00DA0E93" w:rsidRDefault="00000000">
      <w:pPr>
        <w:pStyle w:val="ListBullet"/>
      </w:pPr>
      <w:r>
        <w:t>Relevant medical, allergy or accessibility information</w:t>
      </w:r>
    </w:p>
    <w:p w14:paraId="03395124" w14:textId="77777777" w:rsidR="00DA0E93" w:rsidRDefault="00000000">
      <w:pPr>
        <w:pStyle w:val="ListBullet"/>
      </w:pPr>
      <w:r>
        <w:t>Safeguarding information where necessary</w:t>
      </w:r>
    </w:p>
    <w:p w14:paraId="48EA89F9" w14:textId="77777777" w:rsidR="00DA0E93" w:rsidRDefault="00000000">
      <w:pPr>
        <w:pStyle w:val="ListBullet"/>
      </w:pPr>
      <w:r>
        <w:t>Photographs, video or other recordings where appropriate</w:t>
      </w:r>
    </w:p>
    <w:p w14:paraId="68BC02A1" w14:textId="77777777" w:rsidR="00DA0E93" w:rsidRDefault="00DA0E93"/>
    <w:p w14:paraId="0FBDBDEC" w14:textId="77777777" w:rsidR="00DA0E93" w:rsidRDefault="00000000">
      <w:r>
        <w:t>Parent/Guardian information may include:</w:t>
      </w:r>
    </w:p>
    <w:p w14:paraId="7D2BBBA1" w14:textId="77777777" w:rsidR="00DA0E93" w:rsidRDefault="00000000">
      <w:pPr>
        <w:pStyle w:val="ListBullet"/>
      </w:pPr>
      <w:r>
        <w:t>Name</w:t>
      </w:r>
    </w:p>
    <w:p w14:paraId="11CA18D6" w14:textId="77777777" w:rsidR="00DA0E93" w:rsidRDefault="00000000">
      <w:pPr>
        <w:pStyle w:val="ListBullet"/>
      </w:pPr>
      <w:r>
        <w:t>Address</w:t>
      </w:r>
    </w:p>
    <w:p w14:paraId="11277B46" w14:textId="77777777" w:rsidR="00DA0E93" w:rsidRDefault="00000000">
      <w:pPr>
        <w:pStyle w:val="ListBullet"/>
      </w:pPr>
      <w:r>
        <w:t>Telephone number</w:t>
      </w:r>
    </w:p>
    <w:p w14:paraId="32B0E261" w14:textId="77777777" w:rsidR="00DA0E93" w:rsidRDefault="00000000">
      <w:pPr>
        <w:pStyle w:val="ListBullet"/>
      </w:pPr>
      <w:r>
        <w:t>Email address</w:t>
      </w:r>
    </w:p>
    <w:p w14:paraId="46E974AF" w14:textId="77777777" w:rsidR="00DA0E93" w:rsidRDefault="00000000">
      <w:pPr>
        <w:pStyle w:val="ListBullet"/>
      </w:pPr>
      <w:r>
        <w:t>Emergency contact information</w:t>
      </w:r>
    </w:p>
    <w:p w14:paraId="052E486D" w14:textId="77777777" w:rsidR="00DA0E93" w:rsidRDefault="00000000">
      <w:pPr>
        <w:pStyle w:val="ListBullet"/>
      </w:pPr>
      <w:r>
        <w:t>Payment and invoicing information</w:t>
      </w:r>
    </w:p>
    <w:p w14:paraId="5B9D31D2" w14:textId="77777777" w:rsidR="00DA0E93" w:rsidRDefault="00000000">
      <w:pPr>
        <w:pStyle w:val="ListBullet"/>
      </w:pPr>
      <w:r>
        <w:t>Communication preferences</w:t>
      </w:r>
    </w:p>
    <w:p w14:paraId="388D3648" w14:textId="77777777" w:rsidR="00DA0E93" w:rsidRDefault="00000000">
      <w:pPr>
        <w:pStyle w:val="ListBullet"/>
      </w:pPr>
      <w:r>
        <w:t>Information provided when communicating with Starcast</w:t>
      </w:r>
    </w:p>
    <w:p w14:paraId="1C683EB3" w14:textId="77777777" w:rsidR="00DA0E93" w:rsidRDefault="00DA0E93"/>
    <w:p w14:paraId="663A2AFF" w14:textId="77777777" w:rsidR="00DA0E93" w:rsidRDefault="00000000">
      <w:r>
        <w:t>We may also collect information provided through enquiries, auditions, workshops, competitions, performances, events, online classes, social media or other Starcast activities.</w:t>
      </w:r>
    </w:p>
    <w:p w14:paraId="60906DE6" w14:textId="77777777" w:rsidR="00DA0E93" w:rsidRDefault="00000000">
      <w:pPr>
        <w:pStyle w:val="Heading1"/>
      </w:pPr>
      <w:r>
        <w:t>4. Medical, Accessibility &amp; Safeguarding Information</w:t>
      </w:r>
    </w:p>
    <w:p w14:paraId="1FD4F4A9" w14:textId="77777777" w:rsidR="00DA0E93" w:rsidRDefault="00000000">
      <w:r>
        <w:t>Some information provided to Starcast may be special category personal data, such as information concerning a Student’s health. We may request this information where necessary to protect a Student’s health and safety, make reasonable adjustments, support participation, respond to safeguarding concerns or meet our legal responsibilities. We will only use such information where there is a lawful basis for doing so and will take appropriate steps to protect it.</w:t>
      </w:r>
    </w:p>
    <w:p w14:paraId="47BAC4A5" w14:textId="77777777" w:rsidR="00DA0E93" w:rsidRDefault="00000000">
      <w:pPr>
        <w:pStyle w:val="Heading1"/>
      </w:pPr>
      <w:r>
        <w:t>5. How We Use Personal Information</w:t>
      </w:r>
    </w:p>
    <w:p w14:paraId="6316D232" w14:textId="77777777" w:rsidR="00DA0E93" w:rsidRDefault="00000000">
      <w:r>
        <w:t>Starcast may use personal information to:</w:t>
      </w:r>
    </w:p>
    <w:p w14:paraId="7D8AA359" w14:textId="77777777" w:rsidR="00DA0E93" w:rsidRDefault="00000000">
      <w:pPr>
        <w:pStyle w:val="ListBullet"/>
      </w:pPr>
      <w:r>
        <w:t>Process enrolments and manage Student places</w:t>
      </w:r>
    </w:p>
    <w:p w14:paraId="4AA98FB5" w14:textId="77777777" w:rsidR="00DA0E93" w:rsidRDefault="00000000">
      <w:pPr>
        <w:pStyle w:val="ListBullet"/>
      </w:pPr>
      <w:r>
        <w:t>Organise classes, rehearsals, workshops and performances</w:t>
      </w:r>
    </w:p>
    <w:p w14:paraId="65FAEEB0" w14:textId="77777777" w:rsidR="00DA0E93" w:rsidRDefault="00000000">
      <w:pPr>
        <w:pStyle w:val="ListBullet"/>
      </w:pPr>
      <w:r>
        <w:t>Communicate with Parents/Guardians and Students</w:t>
      </w:r>
    </w:p>
    <w:p w14:paraId="66A3D144" w14:textId="77777777" w:rsidR="00DA0E93" w:rsidRDefault="00000000">
      <w:pPr>
        <w:pStyle w:val="ListBullet"/>
      </w:pPr>
      <w:r>
        <w:t>Process invoices and payments</w:t>
      </w:r>
    </w:p>
    <w:p w14:paraId="35A01D28" w14:textId="77777777" w:rsidR="00DA0E93" w:rsidRDefault="00000000">
      <w:pPr>
        <w:pStyle w:val="ListBullet"/>
      </w:pPr>
      <w:r>
        <w:t>Maintain attendance records</w:t>
      </w:r>
    </w:p>
    <w:p w14:paraId="5A8B603F" w14:textId="77777777" w:rsidR="00DA0E93" w:rsidRDefault="00000000">
      <w:pPr>
        <w:pStyle w:val="ListBullet"/>
      </w:pPr>
      <w:r>
        <w:t>Manage emergency contacts</w:t>
      </w:r>
    </w:p>
    <w:p w14:paraId="2FF82D20" w14:textId="77777777" w:rsidR="00DA0E93" w:rsidRDefault="00000000">
      <w:pPr>
        <w:pStyle w:val="ListBullet"/>
      </w:pPr>
      <w:r>
        <w:t>Protect the health, safety and wellbeing of Students</w:t>
      </w:r>
    </w:p>
    <w:p w14:paraId="5EE7EF1A" w14:textId="77777777" w:rsidR="00DA0E93" w:rsidRDefault="00000000">
      <w:pPr>
        <w:pStyle w:val="ListBullet"/>
      </w:pPr>
      <w:r>
        <w:t>Meet safeguarding responsibilities</w:t>
      </w:r>
    </w:p>
    <w:p w14:paraId="02CCA76B" w14:textId="77777777" w:rsidR="00DA0E93" w:rsidRDefault="00000000">
      <w:pPr>
        <w:pStyle w:val="ListBullet"/>
      </w:pPr>
      <w:r>
        <w:t>Arrange performances, competitions and other opportunities</w:t>
      </w:r>
    </w:p>
    <w:p w14:paraId="003F67BA" w14:textId="77777777" w:rsidR="00DA0E93" w:rsidRDefault="00000000">
      <w:pPr>
        <w:pStyle w:val="ListBullet"/>
      </w:pPr>
      <w:r>
        <w:t>Provide online activities where applicable</w:t>
      </w:r>
    </w:p>
    <w:p w14:paraId="1B7AF25D" w14:textId="77777777" w:rsidR="00DA0E93" w:rsidRDefault="00000000">
      <w:pPr>
        <w:pStyle w:val="ListBullet"/>
      </w:pPr>
      <w:r>
        <w:t>Improve the quality of our teaching and services</w:t>
      </w:r>
    </w:p>
    <w:p w14:paraId="56B08F34" w14:textId="77777777" w:rsidR="00DA0E93" w:rsidRDefault="00000000">
      <w:pPr>
        <w:pStyle w:val="ListBullet"/>
      </w:pPr>
      <w:r>
        <w:t>Manage complaints or concerns</w:t>
      </w:r>
    </w:p>
    <w:p w14:paraId="4E729B07" w14:textId="77777777" w:rsidR="00DA0E93" w:rsidRDefault="00000000">
      <w:pPr>
        <w:pStyle w:val="ListBullet"/>
      </w:pPr>
      <w:r>
        <w:t>Meet legal, regulatory or insurance requirements</w:t>
      </w:r>
    </w:p>
    <w:p w14:paraId="1DB22CEB" w14:textId="77777777" w:rsidR="00DA0E93" w:rsidRDefault="00000000">
      <w:pPr>
        <w:pStyle w:val="ListBullet"/>
      </w:pPr>
      <w:r>
        <w:t>Maintain appropriate business and financial records</w:t>
      </w:r>
    </w:p>
    <w:p w14:paraId="5771F0E3" w14:textId="77777777" w:rsidR="00DA0E93" w:rsidRDefault="00000000">
      <w:pPr>
        <w:pStyle w:val="Heading1"/>
      </w:pPr>
      <w:r>
        <w:t>6. Our Lawful Basis for Processing Information</w:t>
      </w:r>
    </w:p>
    <w:p w14:paraId="4933132D" w14:textId="77777777" w:rsidR="00DA0E93" w:rsidRDefault="00000000">
      <w:r>
        <w:t>Depending on the circumstances, Starcast may rely on contract, legal obligation, legitimate interests, consent or vital interests. Where we rely on consent, you may withdraw your consent at any time.</w:t>
      </w:r>
    </w:p>
    <w:p w14:paraId="47736F9A" w14:textId="77777777" w:rsidR="00DA0E93" w:rsidRDefault="00000000">
      <w:pPr>
        <w:pStyle w:val="Heading1"/>
      </w:pPr>
      <w:r>
        <w:t>7. Photographs, Video &amp; Promotional Material</w:t>
      </w:r>
    </w:p>
    <w:p w14:paraId="328D4103" w14:textId="77777777" w:rsidR="00DA0E93" w:rsidRDefault="00000000">
      <w:r>
        <w:t>Starcast celebrates the achievements of our Students and may wish to capture photographs or video of classes, rehearsals, performances, workshops and events. Where appropriate, we may request separate permission to use photographs or recordings for Starcast social media, websites, promotional materials, posters, brochures, advertising, performance publicity and celebrating Student achievements. Where consent is required, we will seek this separately and respect any decision not to provide consent.</w:t>
      </w:r>
    </w:p>
    <w:p w14:paraId="7003D04D" w14:textId="77777777" w:rsidR="00DA0E93" w:rsidRDefault="00000000">
      <w:pPr>
        <w:pStyle w:val="Heading1"/>
      </w:pPr>
      <w:r>
        <w:t>8. Online Classes &amp; Recordings</w:t>
      </w:r>
    </w:p>
    <w:p w14:paraId="5D5B0D5C" w14:textId="77777777" w:rsidR="00DA0E93" w:rsidRDefault="00000000">
      <w:r>
        <w:t>Where Starcast provides online classes, workshops or activities, we may use online platforms and communication technology to deliver those sessions. Where sessions are recorded, recordings may be retained for safeguarding, quality assurance, staff training or reviewing teaching and delivery. Recordings will only be retained for as long as reasonably necessary and will be securely deleted when no longer required, subject to legal or safeguarding requirements.</w:t>
      </w:r>
    </w:p>
    <w:p w14:paraId="091C7823" w14:textId="77777777" w:rsidR="00DA0E93" w:rsidRDefault="00000000">
      <w:pPr>
        <w:pStyle w:val="Heading1"/>
      </w:pPr>
      <w:r>
        <w:t>9. Sharing Personal Information</w:t>
      </w:r>
    </w:p>
    <w:p w14:paraId="243997E8" w14:textId="77777777" w:rsidR="00DA0E93" w:rsidRDefault="00000000">
      <w:r>
        <w:t>Starcast will not sell personal information to third parties. We may share relevant information where necessary with trusted organisations or individuals who help us operate safely and effectively, including teachers and Starcast staff, relevant Principals, venues and event organisers, payment providers, accountants or professional advisers, IT/software providers, insurance providers, emergency services or medical professionals, safeguarding professionals or relevant authorities, and debt recovery agencies or legal representatives where required to recover outstanding fees.</w:t>
      </w:r>
    </w:p>
    <w:p w14:paraId="508553CE" w14:textId="77777777" w:rsidR="00DA0E93" w:rsidRDefault="00000000">
      <w:pPr>
        <w:pStyle w:val="Heading1"/>
      </w:pPr>
      <w:r>
        <w:t>10. Safeguarding</w:t>
      </w:r>
    </w:p>
    <w:p w14:paraId="25ECEC57" w14:textId="77777777" w:rsidR="00DA0E93" w:rsidRDefault="00000000">
      <w:r>
        <w:t>The safety and welfare of our Students is of paramount importance. There may be circumstances where Starcast is required to share personal information without consent because we have a safeguarding concern or legal obligation. This may include sharing information with safeguarding professionals, social services, police, medical professionals or other relevant authorities. Where legally permitted and appropriate, we will communicate with the Parent/Guardian.</w:t>
      </w:r>
    </w:p>
    <w:p w14:paraId="0D338BAB" w14:textId="77777777" w:rsidR="00DA0E93" w:rsidRDefault="00000000">
      <w:pPr>
        <w:pStyle w:val="Heading1"/>
      </w:pPr>
      <w:r>
        <w:t>11. Keeping Information Secure</w:t>
      </w:r>
    </w:p>
    <w:p w14:paraId="0D81CC3B" w14:textId="77777777" w:rsidR="00DA0E93" w:rsidRDefault="00000000">
      <w:r>
        <w:t>Starcast takes reasonable and appropriate steps to protect personal information from loss, theft, unauthorised access, accidental disclosure, unauthorised alteration and unlawful processing. Access will be restricted to individuals who have a legitimate reason to access it.</w:t>
      </w:r>
    </w:p>
    <w:p w14:paraId="4784B43F" w14:textId="77777777" w:rsidR="00DA0E93" w:rsidRDefault="00000000">
      <w:pPr>
        <w:pStyle w:val="Heading1"/>
      </w:pPr>
      <w:r>
        <w:t>12. How Long We Keep Personal Information</w:t>
      </w:r>
    </w:p>
    <w:p w14:paraId="4903B34C" w14:textId="77777777" w:rsidR="00DA0E93" w:rsidRDefault="00000000">
      <w:r>
        <w:t>We retain personal information only for as long as reasonably necessary for the purpose for which it was collected, unless we are required by law to retain it for longer. Different types of information may be retained for different periods. When information is no longer required, we will securely delete or dispose of it.</w:t>
      </w:r>
    </w:p>
    <w:p w14:paraId="2E023F5B" w14:textId="77777777" w:rsidR="00DA0E93" w:rsidRDefault="00000000">
      <w:pPr>
        <w:pStyle w:val="Heading1"/>
      </w:pPr>
      <w:r>
        <w:t>13. Your Rights</w:t>
      </w:r>
    </w:p>
    <w:p w14:paraId="27454A3F" w14:textId="77777777" w:rsidR="00DA0E93" w:rsidRDefault="00000000">
      <w:r>
        <w:t>Depending on the circumstances, individuals may have rights to request access, correction, deletion, restriction of processing, objection to certain processing, data portability and withdrawal of consent. These rights are subject to legal exceptions and limitations. To exercise your rights, please contact your Starcast Principal or the contact details in this policy.</w:t>
      </w:r>
    </w:p>
    <w:p w14:paraId="283E119A" w14:textId="77777777" w:rsidR="00DA0E93" w:rsidRDefault="00000000">
      <w:pPr>
        <w:pStyle w:val="Heading1"/>
      </w:pPr>
      <w:r>
        <w:t>14. Children’s Personal Information</w:t>
      </w:r>
    </w:p>
    <w:p w14:paraId="70361C0E" w14:textId="77777777" w:rsidR="00DA0E93" w:rsidRDefault="00000000">
      <w:r>
        <w:t>Starcast works primarily with children and young people and recognises the additional responsibility involved in handling their information. We will take particular care when collecting and processing information relating to Students and will prioritise their safety, wellbeing and best interests.</w:t>
      </w:r>
    </w:p>
    <w:p w14:paraId="66DF407E" w14:textId="77777777" w:rsidR="00DA0E93" w:rsidRDefault="00000000">
      <w:pPr>
        <w:pStyle w:val="Heading1"/>
      </w:pPr>
      <w:r>
        <w:t>15. Cookies &amp; Our Website</w:t>
      </w:r>
    </w:p>
    <w:p w14:paraId="1DBA01E9" w14:textId="77777777" w:rsidR="00DA0E93" w:rsidRDefault="00000000">
      <w:r>
        <w:t>Where our website uses cookies or similar technologies, these may be used to ensure the website operates correctly, understand how visitors use the website and, where applicable, support marketing or functionality. Where required, we will provide appropriate information and obtain consent for non-essential cookies.</w:t>
      </w:r>
    </w:p>
    <w:p w14:paraId="03E7FCD9" w14:textId="77777777" w:rsidR="00DA0E93" w:rsidRDefault="00000000">
      <w:pPr>
        <w:pStyle w:val="Heading1"/>
      </w:pPr>
      <w:r>
        <w:t>16. Third-Party Websites &amp; Social Media</w:t>
      </w:r>
    </w:p>
    <w:p w14:paraId="75DBC2F5" w14:textId="77777777" w:rsidR="00DA0E93" w:rsidRDefault="00000000">
      <w:r>
        <w:t>Starcast may provide links to third-party websites, platforms or social media pages. These organisations have their own privacy policies and terms, and Starcast is not responsible for how those organisations process personal information.</w:t>
      </w:r>
    </w:p>
    <w:p w14:paraId="0AD31EB4" w14:textId="77777777" w:rsidR="00DA0E93" w:rsidRDefault="00000000">
      <w:pPr>
        <w:pStyle w:val="Heading1"/>
      </w:pPr>
      <w:r>
        <w:t>17. Changes to Your Information</w:t>
      </w:r>
    </w:p>
    <w:p w14:paraId="604D8FDE" w14:textId="77777777" w:rsidR="00DA0E93" w:rsidRDefault="00000000">
      <w:r>
        <w:t>Please notify your Starcast Principal as soon as possible if there are changes to your contact details, emergency contacts, a Student’s medical information, allergies, accessibility requirements or other information that may affect a Student’s safety or participation.</w:t>
      </w:r>
    </w:p>
    <w:p w14:paraId="1A95257F" w14:textId="77777777" w:rsidR="00DA0E93" w:rsidRDefault="00000000">
      <w:pPr>
        <w:pStyle w:val="Heading1"/>
      </w:pPr>
      <w:r>
        <w:t>18. Data Breaches</w:t>
      </w:r>
    </w:p>
    <w:p w14:paraId="66CC378D" w14:textId="77777777" w:rsidR="00DA0E93" w:rsidRDefault="00000000">
      <w:r>
        <w:t>If Starcast becomes aware of a personal data breach, we will assess the incident and take appropriate steps to contain and investigate it. Where required by law, we will notify the Information Commissioner’s Office (ICO) and/or affected individuals.</w:t>
      </w:r>
    </w:p>
    <w:p w14:paraId="437C01D3" w14:textId="77777777" w:rsidR="00DA0E93" w:rsidRDefault="00000000">
      <w:pPr>
        <w:pStyle w:val="Heading1"/>
      </w:pPr>
      <w:r>
        <w:t>19. Complaints</w:t>
      </w:r>
    </w:p>
    <w:p w14:paraId="075EE12F" w14:textId="77777777" w:rsidR="00DA0E93" w:rsidRDefault="00000000">
      <w:r>
        <w:t>If you have a question or concern about how Starcast handles personal information, please contact your Principal in the first instance. We will investigate concerns and aim to resolve them fairly and promptly. You also have the right to complain directly to the Information Commissioner’s Office (ICO) if you believe your personal information has been handled unlawfully.</w:t>
      </w:r>
    </w:p>
    <w:p w14:paraId="5DF18045" w14:textId="77777777" w:rsidR="00DA0E93" w:rsidRDefault="00000000">
      <w:pPr>
        <w:pStyle w:val="Heading1"/>
      </w:pPr>
      <w:r>
        <w:t>20. Contact Us</w:t>
      </w:r>
    </w:p>
    <w:p w14:paraId="14D2B9C0" w14:textId="77777777" w:rsidR="00DA0E93" w:rsidRDefault="00000000">
      <w:r>
        <w:t>Starcast Performing Arts Schools</w:t>
      </w:r>
    </w:p>
    <w:p w14:paraId="732CB6B1" w14:textId="2D893346" w:rsidR="00DA0E93" w:rsidRDefault="00000000">
      <w:r>
        <w:t>Email:</w:t>
      </w:r>
      <w:r w:rsidR="00E1437A">
        <w:t xml:space="preserve"> anna.would@hotmail.com</w:t>
      </w:r>
    </w:p>
    <w:p w14:paraId="0CE4E823" w14:textId="120F7EB2" w:rsidR="00DA0E93" w:rsidRDefault="00000000">
      <w:r>
        <w:t xml:space="preserve">Telephone: </w:t>
      </w:r>
      <w:r w:rsidR="00E1437A">
        <w:t>07557044814</w:t>
      </w:r>
    </w:p>
    <w:p w14:paraId="44AA3984" w14:textId="77777777" w:rsidR="00DA0E93" w:rsidRDefault="00000000">
      <w:pPr>
        <w:pStyle w:val="Heading1"/>
      </w:pPr>
      <w:r>
        <w:t>21. Changes to This Privacy Policy</w:t>
      </w:r>
    </w:p>
    <w:p w14:paraId="516D5CA3" w14:textId="77777777" w:rsidR="00DA0E93" w:rsidRDefault="00000000">
      <w:r>
        <w:t>We may update this Privacy Policy from time to time to reflect changes to our services, legal requirements or the way we process personal information. The latest version will be made available to Parents/Guardians and/or published on the relevant Starcast website.</w:t>
      </w:r>
    </w:p>
    <w:p w14:paraId="11BB2F89" w14:textId="77777777" w:rsidR="00DA0E93" w:rsidRDefault="00DA0E93"/>
    <w:tbl>
      <w:tblPr>
        <w:tblW w:w="0" w:type="auto"/>
        <w:tblLook w:val="04A0" w:firstRow="1" w:lastRow="0" w:firstColumn="1" w:lastColumn="0" w:noHBand="0" w:noVBand="1"/>
      </w:tblPr>
      <w:tblGrid>
        <w:gridCol w:w="10080"/>
      </w:tblGrid>
      <w:tr w:rsidR="00DA0E93" w14:paraId="5B50E93A" w14:textId="77777777">
        <w:tc>
          <w:tcPr>
            <w:tcW w:w="10080" w:type="dxa"/>
            <w:shd w:val="clear" w:color="auto" w:fill="F3F0FA"/>
          </w:tcPr>
          <w:p w14:paraId="551B4E52" w14:textId="77777777" w:rsidR="00DA0E93" w:rsidRDefault="00000000">
            <w:r>
              <w:rPr>
                <w:b/>
                <w:color w:val="5B3A8E"/>
              </w:rPr>
              <w:t>OUR COMMITMENT</w:t>
            </w:r>
          </w:p>
          <w:p w14:paraId="1398786F" w14:textId="77777777" w:rsidR="00DA0E93" w:rsidRDefault="00000000">
            <w:r>
              <w:t>At Starcast, we believe that creating a safe, supportive and welcoming environment is just as important as developing performance skills. We are committed to treating every Student and family with respect and handling personal information with the same care, professionalism and responsibility that we bring to everything we do.</w:t>
            </w:r>
          </w:p>
        </w:tc>
      </w:tr>
    </w:tbl>
    <w:p w14:paraId="4A104B08" w14:textId="77777777" w:rsidR="00A520FC" w:rsidRDefault="00A520FC"/>
    <w:sectPr w:rsidR="00A520FC"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2BEA39" w14:textId="77777777" w:rsidR="00A520FC" w:rsidRDefault="00A520FC">
      <w:pPr>
        <w:spacing w:after="0" w:line="240" w:lineRule="auto"/>
      </w:pPr>
      <w:r>
        <w:separator/>
      </w:r>
    </w:p>
  </w:endnote>
  <w:endnote w:type="continuationSeparator" w:id="0">
    <w:p w14:paraId="11FB5801" w14:textId="77777777" w:rsidR="00A520FC" w:rsidRDefault="00A52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55D01" w14:textId="77777777" w:rsidR="00DA0E93" w:rsidRDefault="00000000">
    <w:pPr>
      <w:pStyle w:val="Footer"/>
      <w:jc w:val="center"/>
    </w:pPr>
    <w:r>
      <w:rPr>
        <w:color w:val="555555"/>
        <w:sz w:val="16"/>
      </w:rPr>
      <w:t>STARCAST PERFORMING ARTS SCHOOLS  •  PRIVACY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F11854" w14:textId="77777777" w:rsidR="00A520FC" w:rsidRDefault="00A520FC">
      <w:pPr>
        <w:spacing w:after="0" w:line="240" w:lineRule="auto"/>
      </w:pPr>
      <w:r>
        <w:separator/>
      </w:r>
    </w:p>
  </w:footnote>
  <w:footnote w:type="continuationSeparator" w:id="0">
    <w:p w14:paraId="777E5BF8" w14:textId="77777777" w:rsidR="00A520FC" w:rsidRDefault="00A52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0951095">
    <w:abstractNumId w:val="8"/>
  </w:num>
  <w:num w:numId="2" w16cid:durableId="782193319">
    <w:abstractNumId w:val="6"/>
  </w:num>
  <w:num w:numId="3" w16cid:durableId="403335637">
    <w:abstractNumId w:val="5"/>
  </w:num>
  <w:num w:numId="4" w16cid:durableId="611595773">
    <w:abstractNumId w:val="4"/>
  </w:num>
  <w:num w:numId="5" w16cid:durableId="1510371618">
    <w:abstractNumId w:val="7"/>
  </w:num>
  <w:num w:numId="6" w16cid:durableId="1831477274">
    <w:abstractNumId w:val="3"/>
  </w:num>
  <w:num w:numId="7" w16cid:durableId="1485001724">
    <w:abstractNumId w:val="2"/>
  </w:num>
  <w:num w:numId="8" w16cid:durableId="1268076437">
    <w:abstractNumId w:val="1"/>
  </w:num>
  <w:num w:numId="9" w16cid:durableId="18685671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74319"/>
    <w:rsid w:val="00A420F4"/>
    <w:rsid w:val="00A520FC"/>
    <w:rsid w:val="00AA1D8D"/>
    <w:rsid w:val="00B47730"/>
    <w:rsid w:val="00BA0D8F"/>
    <w:rsid w:val="00C0627F"/>
    <w:rsid w:val="00CA7409"/>
    <w:rsid w:val="00CB0664"/>
    <w:rsid w:val="00D106D1"/>
    <w:rsid w:val="00DA0E93"/>
    <w:rsid w:val="00DA1F27"/>
    <w:rsid w:val="00E143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B986B3"/>
  <w14:defaultImageDpi w14:val="300"/>
  <w15:docId w15:val="{65309985-3F02-4E40-8A81-C3942B5A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52535"/>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5B3A8E"/>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315A9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5B3A8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Would</cp:lastModifiedBy>
  <cp:revision>8</cp:revision>
  <dcterms:created xsi:type="dcterms:W3CDTF">2013-12-23T23:15:00Z</dcterms:created>
  <dcterms:modified xsi:type="dcterms:W3CDTF">2026-09-13T19:35:00Z</dcterms:modified>
  <cp:category/>
</cp:coreProperties>
</file>