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A9D26" w14:textId="77777777" w:rsidR="00FC61A2" w:rsidRDefault="00000000" w:rsidP="00576BF2">
      <w:pPr>
        <w:pStyle w:val="Heading1"/>
        <w:jc w:val="center"/>
      </w:pPr>
      <w:r>
        <w:t>RPF Systems Liability Waiver for Pro Bono Services</w:t>
      </w:r>
    </w:p>
    <w:p w14:paraId="3FBBA8CD" w14:textId="26A2DCD4" w:rsidR="00FC61A2" w:rsidRDefault="00000000">
      <w:r>
        <w:t>This Liability Waiver (“Waiver”) is entered into by and between RPF Systems (“Coach”) and ____________________________________________ (“Participant”).</w:t>
      </w:r>
    </w:p>
    <w:p w14:paraId="1D478CD4" w14:textId="77777777" w:rsidR="00FC61A2" w:rsidRDefault="00000000">
      <w:pPr>
        <w:pStyle w:val="Heading2"/>
      </w:pPr>
      <w:r>
        <w:t>Nature of Services</w:t>
      </w:r>
    </w:p>
    <w:p w14:paraId="5CF25803" w14:textId="77777777" w:rsidR="00FC61A2" w:rsidRDefault="00000000">
      <w:r>
        <w:t>The Coach agrees to provide pro bono executive coaching and related services, which may include leadership development, performance optimization, mindset mastery, and neuroscience-informed practices. These services are offered voluntarily and without charge.</w:t>
      </w:r>
    </w:p>
    <w:p w14:paraId="5827515E" w14:textId="77777777" w:rsidR="00FC61A2" w:rsidRDefault="00000000">
      <w:pPr>
        <w:pStyle w:val="Heading2"/>
      </w:pPr>
      <w:r>
        <w:t>Assumption of Responsibility</w:t>
      </w:r>
    </w:p>
    <w:p w14:paraId="77695AA9" w14:textId="77777777" w:rsidR="00FC61A2" w:rsidRDefault="00000000">
      <w:r>
        <w:t>Participant Acknowledgments:</w:t>
      </w:r>
      <w:r>
        <w:br/>
        <w:t>- Current prescribed medications: ___________________________________________    Initials: _______</w:t>
      </w:r>
      <w:r>
        <w:br/>
        <w:t>- No psychiatric diagnoses (Yes / No): ________________________________________    Initials: _______</w:t>
      </w:r>
      <w:r>
        <w:br/>
      </w:r>
    </w:p>
    <w:p w14:paraId="1FC80B98" w14:textId="77777777" w:rsidR="00FC61A2" w:rsidRDefault="00000000">
      <w:r>
        <w:t>The Participant acknowledges and agrees to the following:</w:t>
      </w:r>
      <w:r>
        <w:br/>
        <w:t>1. Coaching is a professional partnership and not therapy, counseling, or medical treatment.</w:t>
      </w:r>
      <w:r>
        <w:br/>
        <w:t>2. The Participant is solely responsible for their own decisions, actions, and results that may arise from coaching sessions.</w:t>
      </w:r>
      <w:r>
        <w:br/>
        <w:t>3. Coaching is not a substitute for professional medical, psychiatric, or psychological care. The Participant is advised to seek such services from licensed providers as needed.</w:t>
      </w:r>
      <w:r>
        <w:br/>
        <w:t>4. Participation is voluntary, and the Participant may discontinue at any time.</w:t>
      </w:r>
    </w:p>
    <w:p w14:paraId="587185FB" w14:textId="77777777" w:rsidR="00FC61A2" w:rsidRDefault="00000000">
      <w:pPr>
        <w:pStyle w:val="Heading2"/>
      </w:pPr>
      <w:r>
        <w:t>Waiver and Release of Liability</w:t>
      </w:r>
    </w:p>
    <w:p w14:paraId="162DDE21" w14:textId="77777777" w:rsidR="00FC61A2" w:rsidRDefault="00000000">
      <w:r>
        <w:t>In consideration of receiving pro bono services, the Participant knowingly and voluntarily releases, discharges, and holds harmless RPF Systems and Dr. Roy Fuñe from any and all liability, claims, demands, actions, or causes of action arising out of or related to participation in coaching, including but not limited to any loss, injury, or damages, whether physical, mental, or emotional.</w:t>
      </w:r>
    </w:p>
    <w:p w14:paraId="78AF59B2" w14:textId="77777777" w:rsidR="00FC61A2" w:rsidRDefault="00000000">
      <w:pPr>
        <w:pStyle w:val="Heading2"/>
      </w:pPr>
      <w:r>
        <w:t>Confidentiality</w:t>
      </w:r>
    </w:p>
    <w:p w14:paraId="7A110D54" w14:textId="77777777" w:rsidR="00FC61A2" w:rsidRDefault="00000000">
      <w:r>
        <w:t>The Coach will maintain confidentiality consistent with professional standards. However, confidentiality is not absolute and may be broken if required by law, court order, or if the Coach reasonably believes there is risk of harm to the Participant or others.</w:t>
      </w:r>
    </w:p>
    <w:p w14:paraId="7B393F88" w14:textId="77777777" w:rsidR="00FC61A2" w:rsidRDefault="00000000">
      <w:pPr>
        <w:pStyle w:val="Heading2"/>
      </w:pPr>
      <w:r>
        <w:t>Acknowledgment of Understanding</w:t>
      </w:r>
    </w:p>
    <w:p w14:paraId="5E473386" w14:textId="77777777" w:rsidR="00FC61A2" w:rsidRDefault="00000000">
      <w:r>
        <w:t>The Participant affirms that they:</w:t>
      </w:r>
      <w:r>
        <w:br/>
        <w:t>- Have read this Waiver, fully understand its terms, and voluntarily agree to its provisions.</w:t>
      </w:r>
      <w:r>
        <w:br/>
        <w:t>- Understand they are giving up substantial rights, including the right to sue.</w:t>
      </w:r>
      <w:r>
        <w:br/>
        <w:t>- Sign this Waiver freely and voluntarily.</w:t>
      </w:r>
    </w:p>
    <w:p w14:paraId="6C9083E7" w14:textId="77777777" w:rsidR="00FC61A2" w:rsidRDefault="00000000">
      <w:r>
        <w:lastRenderedPageBreak/>
        <w:br/>
      </w:r>
      <w:r>
        <w:br/>
        <w:t>Participant</w:t>
      </w:r>
      <w:r>
        <w:br/>
        <w:t>Name: __________________________________</w:t>
      </w:r>
    </w:p>
    <w:p w14:paraId="7F212827" w14:textId="77777777" w:rsidR="00FC61A2" w:rsidRDefault="00000000">
      <w:r>
        <w:t>Signature: _______________________________</w:t>
      </w:r>
    </w:p>
    <w:p w14:paraId="360E6E75" w14:textId="77777777" w:rsidR="00FC61A2" w:rsidRDefault="00000000">
      <w:r>
        <w:t>Date: ___________________________________</w:t>
      </w:r>
    </w:p>
    <w:p w14:paraId="62B055F2" w14:textId="77777777" w:rsidR="00FC61A2" w:rsidRDefault="00000000">
      <w:r>
        <w:br/>
        <w:t>Coach</w:t>
      </w:r>
      <w:r>
        <w:br/>
        <w:t>RPF Systems</w:t>
      </w:r>
    </w:p>
    <w:p w14:paraId="21DDFDC8" w14:textId="77777777" w:rsidR="00FC61A2" w:rsidRDefault="00000000">
      <w:r>
        <w:t>Name: Dr. Roy Fuñe</w:t>
      </w:r>
    </w:p>
    <w:p w14:paraId="5C5DA577" w14:textId="77777777" w:rsidR="00FC61A2" w:rsidRDefault="00000000">
      <w:r>
        <w:t>Signature: _______________________________</w:t>
      </w:r>
    </w:p>
    <w:p w14:paraId="0FA1AED5" w14:textId="77777777" w:rsidR="00FC61A2" w:rsidRDefault="00000000">
      <w:r>
        <w:t>Date: ___________________________________</w:t>
      </w:r>
    </w:p>
    <w:sectPr w:rsidR="00FC61A2" w:rsidSect="00034616">
      <w:headerReference w:type="default" r:id="rI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53EC0" w14:textId="77777777" w:rsidR="00B24789" w:rsidRDefault="00B24789" w:rsidP="00576BF2">
      <w:pPr>
        <w:spacing w:after="0" w:line="240" w:lineRule="auto"/>
      </w:pPr>
      <w:r>
        <w:separator/>
      </w:r>
    </w:p>
  </w:endnote>
  <w:endnote w:type="continuationSeparator" w:id="0">
    <w:p w14:paraId="19323C9F" w14:textId="77777777" w:rsidR="00B24789" w:rsidRDefault="00B24789" w:rsidP="00576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48090" w14:textId="77777777" w:rsidR="00B24789" w:rsidRDefault="00B24789" w:rsidP="00576BF2">
      <w:pPr>
        <w:spacing w:after="0" w:line="240" w:lineRule="auto"/>
      </w:pPr>
      <w:r>
        <w:separator/>
      </w:r>
    </w:p>
  </w:footnote>
  <w:footnote w:type="continuationSeparator" w:id="0">
    <w:p w14:paraId="2C3405DD" w14:textId="77777777" w:rsidR="00B24789" w:rsidRDefault="00B24789" w:rsidP="00576B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BC958" w14:textId="731958ED" w:rsidR="00576BF2" w:rsidRDefault="00576BF2" w:rsidP="00576BF2">
    <w:pPr>
      <w:pStyle w:val="Header"/>
      <w:jc w:val="center"/>
    </w:pPr>
    <w:r>
      <w:rPr>
        <w:noProof/>
      </w:rPr>
      <w:drawing>
        <wp:inline distT="0" distB="0" distL="0" distR="0" wp14:anchorId="2E757F99" wp14:editId="4CCB19A0">
          <wp:extent cx="676275" cy="676275"/>
          <wp:effectExtent l="0" t="0" r="9525" b="9525"/>
          <wp:docPr id="223407747" name="Picture 1" descr="A black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07747" name="Picture 1" descr="A black and red logo&#10;&#10;AI-generated content may be incorrect."/>
                  <pic:cNvPicPr/>
                </pic:nvPicPr>
                <pic:blipFill>
                  <a:blip r:embed="rId1"/>
                  <a:stretch>
                    <a:fillRect/>
                  </a:stretch>
                </pic:blipFill>
                <pic:spPr>
                  <a:xfrm>
                    <a:off x="0" y="0"/>
                    <a:ext cx="676275" cy="6762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600872351">
    <w:abstractNumId w:val="8"/>
  </w:num>
  <w:num w:numId="2" w16cid:durableId="736323204">
    <w:abstractNumId w:val="6"/>
  </w:num>
  <w:num w:numId="3" w16cid:durableId="240409861">
    <w:abstractNumId w:val="5"/>
  </w:num>
  <w:num w:numId="4" w16cid:durableId="2102480953">
    <w:abstractNumId w:val="4"/>
  </w:num>
  <w:num w:numId="5" w16cid:durableId="2026443182">
    <w:abstractNumId w:val="7"/>
  </w:num>
  <w:num w:numId="6" w16cid:durableId="471824517">
    <w:abstractNumId w:val="3"/>
  </w:num>
  <w:num w:numId="7" w16cid:durableId="1884751333">
    <w:abstractNumId w:val="2"/>
  </w:num>
  <w:num w:numId="8" w16cid:durableId="687409252">
    <w:abstractNumId w:val="1"/>
  </w:num>
  <w:num w:numId="9" w16cid:durableId="1587228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576BF2"/>
    <w:rsid w:val="00AA1D8D"/>
    <w:rsid w:val="00B24789"/>
    <w:rsid w:val="00B47730"/>
    <w:rsid w:val="00CB0664"/>
    <w:rsid w:val="00FC61A2"/>
    <w:rsid w:val="00FC693F"/>
    <w:rsid w:val="00FD05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B4F716"/>
  <w14:defaultImageDpi w14:val="300"/>
  <w15:docId w15:val="{0FF4F91A-06CE-4F7B-9A97-9FD9CCAC9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376</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Fune, Roy</cp:lastModifiedBy>
  <cp:revision>2</cp:revision>
  <dcterms:created xsi:type="dcterms:W3CDTF">2025-09-01T20:52:00Z</dcterms:created>
  <dcterms:modified xsi:type="dcterms:W3CDTF">2025-09-01T20:52:00Z</dcterms:modified>
  <cp:category/>
</cp:coreProperties>
</file>