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7828D4" w:rsidRPr="00072BD9" w14:paraId="0BC49565" w14:textId="77777777">
        <w:trPr>
          <w:jc w:val="center"/>
        </w:trPr>
        <w:tc>
          <w:tcPr>
            <w:tcW w:w="9360" w:type="dxa"/>
            <w:shd w:val="clear" w:color="auto" w:fill="0F2043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651ADC1" w14:textId="5CC7C418" w:rsidR="007828D4" w:rsidRPr="00072BD9" w:rsidRDefault="004260F1">
            <w:pPr>
              <w:rPr>
                <w:lang w:val="fr-FR"/>
              </w:rPr>
            </w:pPr>
            <w:r w:rsidRPr="00072BD9">
              <w:rPr>
                <w:b/>
                <w:color w:val="FFFFFF"/>
                <w:sz w:val="48"/>
                <w:lang w:val="fr-FR"/>
              </w:rPr>
              <w:t>TAXI PRIME</w:t>
            </w:r>
          </w:p>
          <w:p w14:paraId="5683724B" w14:textId="77777777" w:rsidR="007828D4" w:rsidRPr="00072BD9" w:rsidRDefault="004260F1">
            <w:pPr>
              <w:spacing w:after="0"/>
              <w:rPr>
                <w:lang w:val="fr-FR"/>
              </w:rPr>
            </w:pPr>
            <w:r w:rsidRPr="00072BD9">
              <w:rPr>
                <w:b/>
                <w:color w:val="C8E1FF"/>
                <w:sz w:val="28"/>
                <w:lang w:val="fr-FR"/>
              </w:rPr>
              <w:t>GUIDE COMPLET D'INTÉGRATION DES CONDUCTEURS</w:t>
            </w:r>
          </w:p>
        </w:tc>
      </w:tr>
    </w:tbl>
    <w:p w14:paraId="0FA3F79F" w14:textId="4D95D6F7" w:rsidR="007828D4" w:rsidRPr="00072BD9" w:rsidRDefault="004260F1" w:rsidP="00893E61">
      <w:pPr>
        <w:spacing w:before="120" w:after="360"/>
        <w:jc w:val="center"/>
        <w:rPr>
          <w:i/>
          <w:color w:val="646464"/>
          <w:sz w:val="19"/>
          <w:lang w:val="fr-FR"/>
        </w:rPr>
      </w:pPr>
      <w:r w:rsidRPr="00072BD9">
        <w:rPr>
          <w:i/>
          <w:color w:val="646464"/>
          <w:sz w:val="19"/>
          <w:lang w:val="fr-FR"/>
        </w:rPr>
        <w:t xml:space="preserve">Version 1.0 </w:t>
      </w:r>
    </w:p>
    <w:p w14:paraId="135548C7" w14:textId="77777777" w:rsidR="00072BD9" w:rsidRPr="00072BD9" w:rsidRDefault="00072BD9" w:rsidP="00072BD9">
      <w:pPr>
        <w:pBdr>
          <w:bottom w:val="single" w:sz="12" w:space="1" w:color="0F2043"/>
        </w:pBdr>
        <w:spacing w:after="240"/>
        <w:jc w:val="center"/>
        <w:rPr>
          <w:i/>
          <w:color w:val="646464"/>
          <w:sz w:val="19"/>
          <w:lang w:val="fr-FR"/>
        </w:rPr>
      </w:pPr>
      <w:hyperlink r:id="rId6" w:history="1">
        <w:r w:rsidRPr="00072BD9">
          <w:rPr>
            <w:rStyle w:val="Hyperlink"/>
            <w:i/>
            <w:sz w:val="19"/>
            <w:lang w:val="fr-FR"/>
          </w:rPr>
          <w:t>www.taxiprime.ca</w:t>
        </w:r>
      </w:hyperlink>
      <w:r w:rsidRPr="00072BD9">
        <w:rPr>
          <w:i/>
          <w:color w:val="646464"/>
          <w:sz w:val="19"/>
          <w:lang w:val="fr-FR"/>
        </w:rPr>
        <w:t xml:space="preserve">                   </w:t>
      </w:r>
      <w:hyperlink r:id="rId7" w:history="1">
        <w:r w:rsidRPr="00072BD9">
          <w:rPr>
            <w:rStyle w:val="Hyperlink"/>
            <w:i/>
            <w:sz w:val="19"/>
            <w:lang w:val="fr-FR"/>
          </w:rPr>
          <w:t>www.taxiprime.ca/rules</w:t>
        </w:r>
      </w:hyperlink>
      <w:r w:rsidRPr="00072BD9">
        <w:rPr>
          <w:i/>
          <w:color w:val="646464"/>
          <w:sz w:val="19"/>
          <w:lang w:val="fr-FR"/>
        </w:rPr>
        <w:t xml:space="preserve">          </w:t>
      </w:r>
      <w:hyperlink r:id="rId8" w:history="1">
        <w:r w:rsidRPr="00072BD9">
          <w:rPr>
            <w:rStyle w:val="Hyperlink"/>
            <w:i/>
            <w:sz w:val="19"/>
            <w:lang w:val="fr-FR"/>
          </w:rPr>
          <w:t>www.taxiprime.ca/videos</w:t>
        </w:r>
      </w:hyperlink>
    </w:p>
    <w:p w14:paraId="205F3D85" w14:textId="77777777" w:rsidR="007828D4" w:rsidRPr="00072BD9" w:rsidRDefault="007828D4">
      <w:pPr>
        <w:pBdr>
          <w:bottom w:val="single" w:sz="12" w:space="1" w:color="0F2043"/>
        </w:pBdr>
        <w:spacing w:after="240"/>
        <w:rPr>
          <w:lang w:val="fr-FR"/>
        </w:rPr>
      </w:pPr>
    </w:p>
    <w:p w14:paraId="00C7D7FC" w14:textId="77777777" w:rsidR="007828D4" w:rsidRDefault="004260F1">
      <w:pPr>
        <w:spacing w:before="240" w:after="160"/>
      </w:pPr>
      <w:r>
        <w:rPr>
          <w:b/>
          <w:color w:val="0F2043"/>
          <w:sz w:val="26"/>
        </w:rPr>
        <w:t>TABLE DES MATIÈRES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7828D4" w14:paraId="08487206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DB588A9" w14:textId="77777777" w:rsidR="007828D4" w:rsidRDefault="004260F1">
            <w:pPr>
              <w:spacing w:after="0"/>
            </w:pPr>
            <w:r>
              <w:rPr>
                <w:b/>
                <w:color w:val="0F2043"/>
                <w:sz w:val="21"/>
              </w:rPr>
              <w:t>Introduction</w:t>
            </w:r>
          </w:p>
        </w:tc>
      </w:tr>
      <w:tr w:rsidR="007828D4" w14:paraId="7D35D884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E4AF8C0" w14:textId="77777777" w:rsidR="007828D4" w:rsidRDefault="004260F1">
            <w:pPr>
              <w:spacing w:after="0"/>
            </w:pPr>
            <w:r>
              <w:rPr>
                <w:b/>
                <w:color w:val="0F2043"/>
                <w:sz w:val="21"/>
              </w:rPr>
              <w:t>Étape 1 – Formulaire d'inscription</w:t>
            </w:r>
          </w:p>
        </w:tc>
      </w:tr>
      <w:tr w:rsidR="007828D4" w14:paraId="0C196851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5C044BB" w14:textId="77777777" w:rsidR="007828D4" w:rsidRDefault="004260F1">
            <w:pPr>
              <w:spacing w:after="0"/>
              <w:ind w:left="360"/>
            </w:pPr>
            <w:r>
              <w:rPr>
                <w:sz w:val="20"/>
              </w:rPr>
              <w:t>1.1 Preuve d'adresse</w:t>
            </w:r>
          </w:p>
        </w:tc>
      </w:tr>
      <w:tr w:rsidR="007828D4" w14:paraId="7F34D8BF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5C3AF9C" w14:textId="77777777" w:rsidR="007828D4" w:rsidRDefault="004260F1">
            <w:pPr>
              <w:spacing w:after="0"/>
              <w:ind w:left="360"/>
            </w:pPr>
            <w:r>
              <w:rPr>
                <w:sz w:val="20"/>
              </w:rPr>
              <w:t>1.2 Permis de conduire</w:t>
            </w:r>
          </w:p>
        </w:tc>
      </w:tr>
      <w:tr w:rsidR="007828D4" w14:paraId="3302AB54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96C18DD" w14:textId="77777777" w:rsidR="007828D4" w:rsidRDefault="004260F1">
            <w:pPr>
              <w:spacing w:after="0"/>
              <w:ind w:left="360"/>
            </w:pPr>
            <w:r>
              <w:rPr>
                <w:sz w:val="20"/>
              </w:rPr>
              <w:t>1.3 Détails des insignes</w:t>
            </w:r>
          </w:p>
        </w:tc>
      </w:tr>
      <w:tr w:rsidR="007828D4" w14:paraId="553DFCFF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8739594" w14:textId="77777777" w:rsidR="007828D4" w:rsidRDefault="004260F1">
            <w:pPr>
              <w:spacing w:after="0"/>
              <w:ind w:left="360"/>
            </w:pPr>
            <w:r>
              <w:rPr>
                <w:sz w:val="20"/>
              </w:rPr>
              <w:t>1.4 Détails du véhicule</w:t>
            </w:r>
          </w:p>
        </w:tc>
      </w:tr>
      <w:tr w:rsidR="007828D4" w14:paraId="462D2135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61F9F3F" w14:textId="77777777" w:rsidR="007828D4" w:rsidRDefault="004260F1">
            <w:pPr>
              <w:spacing w:after="0"/>
              <w:ind w:left="360"/>
            </w:pPr>
            <w:r>
              <w:rPr>
                <w:sz w:val="20"/>
              </w:rPr>
              <w:t>1,5 Plaque de taxi / PHV (permis SAAQ)</w:t>
            </w:r>
          </w:p>
        </w:tc>
      </w:tr>
      <w:tr w:rsidR="007828D4" w14:paraId="11A0317D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C5FC89E" w14:textId="77777777" w:rsidR="007828D4" w:rsidRDefault="004260F1">
            <w:pPr>
              <w:spacing w:after="0"/>
              <w:ind w:left="360"/>
            </w:pPr>
            <w:r>
              <w:rPr>
                <w:sz w:val="20"/>
              </w:rPr>
              <w:t>1.6 Police d'assurance</w:t>
            </w:r>
          </w:p>
        </w:tc>
      </w:tr>
      <w:tr w:rsidR="007828D4" w14:paraId="4B3D157D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99744F4" w14:textId="77777777" w:rsidR="007828D4" w:rsidRDefault="004260F1">
            <w:pPr>
              <w:spacing w:after="0"/>
              <w:ind w:left="360"/>
            </w:pPr>
            <w:r>
              <w:rPr>
                <w:sz w:val="20"/>
              </w:rPr>
              <w:t>1.7 Soumettre</w:t>
            </w:r>
          </w:p>
        </w:tc>
      </w:tr>
      <w:tr w:rsidR="007828D4" w14:paraId="7C15A791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16E35E1" w14:textId="77777777" w:rsidR="007828D4" w:rsidRDefault="004260F1">
            <w:pPr>
              <w:spacing w:after="0"/>
            </w:pPr>
            <w:r>
              <w:rPr>
                <w:b/>
                <w:color w:val="0F2043"/>
                <w:sz w:val="21"/>
              </w:rPr>
              <w:t>Étape 2 – Documents supplémentaires</w:t>
            </w:r>
          </w:p>
        </w:tc>
      </w:tr>
      <w:tr w:rsidR="007828D4" w14:paraId="1DF8C561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5CA53AB" w14:textId="77777777" w:rsidR="007828D4" w:rsidRDefault="004260F1">
            <w:pPr>
              <w:spacing w:after="0"/>
              <w:ind w:left="360"/>
            </w:pPr>
            <w:r>
              <w:rPr>
                <w:sz w:val="20"/>
              </w:rPr>
              <w:t>2.1 Débit préautorisé (PAD)</w:t>
            </w:r>
          </w:p>
        </w:tc>
      </w:tr>
      <w:tr w:rsidR="007828D4" w14:paraId="2C1792E3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BB8D02F" w14:textId="77777777" w:rsidR="007828D4" w:rsidRDefault="004260F1">
            <w:pPr>
              <w:spacing w:after="0"/>
              <w:ind w:left="360"/>
            </w:pPr>
            <w:r>
              <w:rPr>
                <w:sz w:val="20"/>
              </w:rPr>
              <w:t>2.2 SEV / SRS</w:t>
            </w:r>
          </w:p>
        </w:tc>
      </w:tr>
      <w:tr w:rsidR="007828D4" w14:paraId="602E6EBC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F6AD307" w14:textId="77777777" w:rsidR="007828D4" w:rsidRDefault="004260F1">
            <w:pPr>
              <w:spacing w:after="0"/>
              <w:ind w:left="360"/>
            </w:pPr>
            <w:r>
              <w:rPr>
                <w:sz w:val="20"/>
              </w:rPr>
              <w:t>2.3 Inspection mécanique du taxi</w:t>
            </w:r>
          </w:p>
        </w:tc>
      </w:tr>
      <w:tr w:rsidR="007828D4" w:rsidRPr="00072BD9" w14:paraId="7061BB89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05B0F2A" w14:textId="77777777" w:rsidR="007828D4" w:rsidRPr="00072BD9" w:rsidRDefault="004260F1">
            <w:pPr>
              <w:spacing w:after="0"/>
              <w:ind w:left="360"/>
              <w:rPr>
                <w:lang w:val="fr-FR"/>
              </w:rPr>
            </w:pPr>
            <w:r w:rsidRPr="00072BD9">
              <w:rPr>
                <w:sz w:val="20"/>
                <w:lang w:val="fr-FR"/>
              </w:rPr>
              <w:t>2.4 Validation du compteur de taxi</w:t>
            </w:r>
          </w:p>
        </w:tc>
      </w:tr>
      <w:tr w:rsidR="007828D4" w14:paraId="578013DC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0646B95" w14:textId="77777777" w:rsidR="007828D4" w:rsidRDefault="004260F1">
            <w:pPr>
              <w:spacing w:after="0"/>
              <w:ind w:left="360"/>
            </w:pPr>
            <w:r>
              <w:rPr>
                <w:sz w:val="20"/>
              </w:rPr>
              <w:t xml:space="preserve">2.5 </w:t>
            </w:r>
            <w:proofErr w:type="spellStart"/>
            <w:r>
              <w:rPr>
                <w:sz w:val="20"/>
              </w:rPr>
              <w:t>Immatriculation</w:t>
            </w:r>
            <w:proofErr w:type="spellEnd"/>
            <w:r>
              <w:rPr>
                <w:sz w:val="20"/>
              </w:rPr>
              <w:t xml:space="preserve"> des </w:t>
            </w:r>
            <w:proofErr w:type="spellStart"/>
            <w:r>
              <w:rPr>
                <w:sz w:val="20"/>
              </w:rPr>
              <w:t>véhicules</w:t>
            </w:r>
            <w:proofErr w:type="spellEnd"/>
            <w:r>
              <w:rPr>
                <w:sz w:val="20"/>
              </w:rPr>
              <w:t xml:space="preserve"> (SAAQ)</w:t>
            </w:r>
          </w:p>
        </w:tc>
      </w:tr>
      <w:tr w:rsidR="007828D4" w14:paraId="394AC168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786CBF1" w14:textId="77777777" w:rsidR="007828D4" w:rsidRDefault="004260F1">
            <w:pPr>
              <w:spacing w:after="0"/>
            </w:pPr>
            <w:r>
              <w:rPr>
                <w:b/>
                <w:color w:val="0F2043"/>
                <w:sz w:val="21"/>
              </w:rPr>
              <w:t>Conseils importants</w:t>
            </w:r>
          </w:p>
        </w:tc>
      </w:tr>
    </w:tbl>
    <w:p w14:paraId="03EA78FE" w14:textId="77777777" w:rsidR="007828D4" w:rsidRDefault="007828D4">
      <w:pPr>
        <w:spacing w:after="2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7828D4" w14:paraId="3C5EF95C" w14:textId="77777777">
        <w:trPr>
          <w:jc w:val="center"/>
        </w:trPr>
        <w:tc>
          <w:tcPr>
            <w:tcW w:w="9360" w:type="dxa"/>
            <w:shd w:val="clear" w:color="auto" w:fill="0F204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06351" w14:textId="77777777" w:rsidR="007828D4" w:rsidRDefault="004260F1">
            <w:pPr>
              <w:spacing w:after="0"/>
            </w:pPr>
            <w:r>
              <w:rPr>
                <w:b/>
                <w:color w:val="FFFFFF"/>
                <w:sz w:val="24"/>
              </w:rPr>
              <w:t>INTRODUCTION</w:t>
            </w:r>
          </w:p>
        </w:tc>
      </w:tr>
    </w:tbl>
    <w:p w14:paraId="22911D95" w14:textId="77777777" w:rsidR="007828D4" w:rsidRPr="00072BD9" w:rsidRDefault="004260F1">
      <w:pPr>
        <w:spacing w:before="160" w:after="160"/>
        <w:rPr>
          <w:lang w:val="fr-FR"/>
        </w:rPr>
      </w:pPr>
      <w:r w:rsidRPr="00072BD9">
        <w:rPr>
          <w:lang w:val="fr-FR"/>
        </w:rPr>
        <w:t xml:space="preserve">Bienvenue chez Taxi </w:t>
      </w:r>
      <w:proofErr w:type="gramStart"/>
      <w:r w:rsidRPr="00072BD9">
        <w:rPr>
          <w:lang w:val="fr-FR"/>
        </w:rPr>
        <w:t>Prime!</w:t>
      </w:r>
      <w:proofErr w:type="gramEnd"/>
      <w:r w:rsidRPr="00072BD9">
        <w:rPr>
          <w:lang w:val="fr-FR"/>
        </w:rPr>
        <w:t xml:space="preserve"> Ce guide vous guidera étape par étape tout le processus d'intégration.</w:t>
      </w:r>
    </w:p>
    <w:p w14:paraId="3428AAD5" w14:textId="77777777" w:rsidR="007828D4" w:rsidRDefault="004260F1">
      <w:pPr>
        <w:spacing w:before="120"/>
      </w:pPr>
      <w:r>
        <w:rPr>
          <w:b/>
          <w:color w:val="0F2043"/>
        </w:rPr>
        <w:t xml:space="preserve">Flux </w:t>
      </w:r>
      <w:proofErr w:type="spellStart"/>
      <w:r>
        <w:rPr>
          <w:b/>
          <w:color w:val="0F2043"/>
        </w:rPr>
        <w:t>complet</w:t>
      </w:r>
      <w:proofErr w:type="spellEnd"/>
      <w:r>
        <w:rPr>
          <w:b/>
          <w:color w:val="0F2043"/>
        </w:rPr>
        <w:t xml:space="preserve"> </w:t>
      </w:r>
      <w:proofErr w:type="spellStart"/>
      <w:proofErr w:type="gramStart"/>
      <w:r>
        <w:rPr>
          <w:b/>
          <w:color w:val="0F2043"/>
        </w:rPr>
        <w:t>d'intégration</w:t>
      </w:r>
      <w:proofErr w:type="spellEnd"/>
      <w:r>
        <w:rPr>
          <w:b/>
          <w:color w:val="0F2043"/>
        </w:rPr>
        <w:t xml:space="preserve"> :</w:t>
      </w:r>
      <w:proofErr w:type="gramEnd"/>
    </w:p>
    <w:p w14:paraId="172E6EB8" w14:textId="06AC7AFB" w:rsidR="007828D4" w:rsidRPr="00072BD9" w:rsidRDefault="004260F1">
      <w:pPr>
        <w:spacing w:after="6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1. </w:t>
      </w:r>
      <w:r w:rsidRPr="00072BD9">
        <w:rPr>
          <w:b/>
          <w:lang w:val="fr-FR"/>
        </w:rPr>
        <w:t>Lire les règles de la compagnie :</w:t>
      </w:r>
      <w:r w:rsidRPr="00072BD9">
        <w:rPr>
          <w:lang w:val="fr-FR"/>
        </w:rPr>
        <w:t xml:space="preserve"> Avant de commencer l'étape 1, les conducteurs doivent lire les règles de la compagnie sur www.taxiprime</w:t>
      </w:r>
      <w:r w:rsidR="00964BD1" w:rsidRPr="00072BD9">
        <w:rPr>
          <w:lang w:val="fr-FR"/>
        </w:rPr>
        <w:t>.ca</w:t>
      </w:r>
      <w:r w:rsidRPr="00072BD9">
        <w:rPr>
          <w:lang w:val="fr-FR"/>
        </w:rPr>
        <w:t>/rules.</w:t>
      </w:r>
    </w:p>
    <w:p w14:paraId="6B5A4B4E" w14:textId="77777777" w:rsidR="007828D4" w:rsidRPr="00072BD9" w:rsidRDefault="004260F1">
      <w:pPr>
        <w:spacing w:after="6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2. </w:t>
      </w:r>
      <w:r w:rsidRPr="00072BD9">
        <w:rPr>
          <w:b/>
          <w:lang w:val="fr-FR"/>
        </w:rPr>
        <w:t>Étape 1 Soumission :</w:t>
      </w:r>
      <w:r w:rsidRPr="00072BD9">
        <w:rPr>
          <w:lang w:val="fr-FR"/>
        </w:rPr>
        <w:t xml:space="preserve"> Remplir et soumettre le formulaire d'inscription.</w:t>
      </w:r>
    </w:p>
    <w:p w14:paraId="0207CD9A" w14:textId="77777777" w:rsidR="007828D4" w:rsidRPr="00072BD9" w:rsidRDefault="004260F1">
      <w:pPr>
        <w:spacing w:after="6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lastRenderedPageBreak/>
        <w:t xml:space="preserve">3. </w:t>
      </w:r>
      <w:r w:rsidRPr="00072BD9">
        <w:rPr>
          <w:b/>
          <w:lang w:val="fr-FR"/>
        </w:rPr>
        <w:t>Approbation de l'entreprise (Étape 1) :</w:t>
      </w:r>
      <w:r w:rsidRPr="00072BD9">
        <w:rPr>
          <w:lang w:val="fr-FR"/>
        </w:rPr>
        <w:t xml:space="preserve"> Attendre que l'entreprise examine et approuve l'Étape 1. L'étape 2 ne sera disponible qu'après l'approbation de l'étape 1.</w:t>
      </w:r>
    </w:p>
    <w:p w14:paraId="00672D8B" w14:textId="77777777" w:rsidR="007828D4" w:rsidRPr="00072BD9" w:rsidRDefault="004260F1">
      <w:pPr>
        <w:spacing w:after="6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4. </w:t>
      </w:r>
      <w:r w:rsidRPr="00072BD9">
        <w:rPr>
          <w:b/>
          <w:lang w:val="fr-FR"/>
        </w:rPr>
        <w:t>Étape 2 Soumission :</w:t>
      </w:r>
      <w:r w:rsidRPr="00072BD9">
        <w:rPr>
          <w:lang w:val="fr-FR"/>
        </w:rPr>
        <w:t xml:space="preserve"> Compléter et soumettre tous les documents supplémentaires requis.</w:t>
      </w:r>
    </w:p>
    <w:p w14:paraId="114AE180" w14:textId="77777777" w:rsidR="007828D4" w:rsidRPr="00072BD9" w:rsidRDefault="004260F1">
      <w:pPr>
        <w:spacing w:after="6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5. </w:t>
      </w:r>
      <w:r w:rsidRPr="00072BD9">
        <w:rPr>
          <w:b/>
          <w:lang w:val="fr-FR"/>
        </w:rPr>
        <w:t>Approbation finale de l'entreprise :</w:t>
      </w:r>
      <w:r w:rsidRPr="00072BD9">
        <w:rPr>
          <w:lang w:val="fr-FR"/>
        </w:rPr>
        <w:t xml:space="preserve"> Attendez que l'entreprise examine et approuve tous les documents de l'étape 2.</w:t>
      </w:r>
    </w:p>
    <w:p w14:paraId="00B9B83A" w14:textId="77777777" w:rsidR="007828D4" w:rsidRPr="00072BD9" w:rsidRDefault="004260F1">
      <w:pPr>
        <w:spacing w:after="6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6. </w:t>
      </w:r>
      <w:r w:rsidRPr="00072BD9">
        <w:rPr>
          <w:b/>
          <w:lang w:val="fr-FR"/>
        </w:rPr>
        <w:t>Signez l'entente :</w:t>
      </w:r>
      <w:r w:rsidRPr="00072BD9">
        <w:rPr>
          <w:lang w:val="fr-FR"/>
        </w:rPr>
        <w:t xml:space="preserve"> Signez la petite entente envoyée par courriel.</w:t>
      </w:r>
    </w:p>
    <w:p w14:paraId="6FDD2C49" w14:textId="77777777" w:rsidR="007828D4" w:rsidRPr="00072BD9" w:rsidRDefault="004260F1">
      <w:pPr>
        <w:spacing w:after="6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7. </w:t>
      </w:r>
      <w:r w:rsidRPr="00072BD9">
        <w:rPr>
          <w:b/>
          <w:lang w:val="fr-FR"/>
        </w:rPr>
        <w:t>Commencer à travailler :</w:t>
      </w:r>
      <w:r w:rsidRPr="00072BD9">
        <w:rPr>
          <w:lang w:val="fr-FR"/>
        </w:rPr>
        <w:t xml:space="preserve"> Une fois l'accord signé confirmé, vous êtes officiellement prêt à commencer à conduire avec Taxi </w:t>
      </w:r>
      <w:proofErr w:type="gramStart"/>
      <w:r w:rsidRPr="00072BD9">
        <w:rPr>
          <w:lang w:val="fr-FR"/>
        </w:rPr>
        <w:t>Prime!</w:t>
      </w:r>
      <w:proofErr w:type="gramEnd"/>
    </w:p>
    <w:p w14:paraId="12F8D499" w14:textId="77777777" w:rsidR="007828D4" w:rsidRPr="00072BD9" w:rsidRDefault="004260F1">
      <w:pPr>
        <w:spacing w:before="160"/>
        <w:rPr>
          <w:lang w:val="fr-FR"/>
        </w:rPr>
      </w:pPr>
      <w:r w:rsidRPr="00072BD9">
        <w:rPr>
          <w:b/>
          <w:color w:val="0F2043"/>
          <w:lang w:val="fr-FR"/>
        </w:rPr>
        <w:t>Avant que tu commences</w:t>
      </w:r>
    </w:p>
    <w:p w14:paraId="6F00BC22" w14:textId="77777777" w:rsidR="007828D4" w:rsidRPr="00072BD9" w:rsidRDefault="004260F1">
      <w:pPr>
        <w:spacing w:after="6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Cette page est en anglais.</w:t>
      </w:r>
    </w:p>
    <w:p w14:paraId="0A3E5A4B" w14:textId="77777777" w:rsidR="007828D4" w:rsidRPr="00072BD9" w:rsidRDefault="004260F1">
      <w:pPr>
        <w:spacing w:after="6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Pour lire en français : utilisez la fonction Traduction de votre navigateur (clic droit → « Traduire en français »).</w:t>
      </w:r>
    </w:p>
    <w:p w14:paraId="151A9F21" w14:textId="77777777" w:rsidR="007828D4" w:rsidRPr="00072BD9" w:rsidRDefault="004260F1">
      <w:pPr>
        <w:spacing w:after="6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Ayez tous vos documents prêts sous forme de photos claires sur votre téléphone ou ordinateur.</w:t>
      </w:r>
    </w:p>
    <w:p w14:paraId="39576B16" w14:textId="77777777" w:rsidR="007828D4" w:rsidRPr="00072BD9" w:rsidRDefault="004260F1">
      <w:pPr>
        <w:spacing w:after="6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Assurez-vous que toutes les photos sont lisibles — les images floues seront rejetées.</w:t>
      </w:r>
    </w:p>
    <w:p w14:paraId="69B40A60" w14:textId="77777777" w:rsidR="007828D4" w:rsidRPr="00072BD9" w:rsidRDefault="007828D4">
      <w:pPr>
        <w:spacing w:after="160"/>
        <w:rPr>
          <w:lang w:val="fr-F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7828D4" w14:paraId="60033505" w14:textId="77777777">
        <w:trPr>
          <w:jc w:val="center"/>
        </w:trPr>
        <w:tc>
          <w:tcPr>
            <w:tcW w:w="9360" w:type="dxa"/>
            <w:shd w:val="clear" w:color="auto" w:fill="0F204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FEE77B" w14:textId="77777777" w:rsidR="007828D4" w:rsidRDefault="004260F1">
            <w:pPr>
              <w:spacing w:after="0"/>
            </w:pPr>
            <w:r>
              <w:rPr>
                <w:b/>
                <w:color w:val="FFFFFF"/>
                <w:sz w:val="24"/>
              </w:rPr>
              <w:t>ÉTAPE 1 – FORMULAIRE D'INSCRIPTION</w:t>
            </w:r>
          </w:p>
        </w:tc>
      </w:tr>
    </w:tbl>
    <w:p w14:paraId="7615EAC3" w14:textId="77777777" w:rsidR="007828D4" w:rsidRDefault="004260F1">
      <w:pPr>
        <w:keepNext/>
        <w:pBdr>
          <w:bottom w:val="single" w:sz="4" w:space="2" w:color="D0D7DE"/>
        </w:pBdr>
        <w:spacing w:before="240"/>
      </w:pPr>
      <w:r>
        <w:rPr>
          <w:b/>
          <w:color w:val="0072CE"/>
          <w:sz w:val="23"/>
        </w:rPr>
        <w:t>1.1 Preuve d'adresse</w:t>
      </w:r>
    </w:p>
    <w:p w14:paraId="41DC34E6" w14:textId="77777777" w:rsidR="007828D4" w:rsidRDefault="004260F1">
      <w:pPr>
        <w:keepNext/>
        <w:spacing w:before="80" w:after="40"/>
      </w:pPr>
      <w:r>
        <w:rPr>
          <w:b/>
          <w:color w:val="0F2043"/>
          <w:sz w:val="21"/>
        </w:rPr>
        <w:t>Que taper (dans l'ordre) :</w:t>
      </w:r>
    </w:p>
    <w:p w14:paraId="37E63159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1. </w:t>
      </w:r>
      <w:r w:rsidRPr="00072BD9">
        <w:rPr>
          <w:lang w:val="fr-FR"/>
        </w:rPr>
        <w:t>Votre adresse complète (numéro de maison, rue, ville, code postal).</w:t>
      </w:r>
    </w:p>
    <w:p w14:paraId="14FFFC5A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Quoi téléverser :</w:t>
      </w:r>
    </w:p>
    <w:p w14:paraId="3B80B414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Photo d'un document indiquant votre nom et votre adresse (par exemple, facture de services publics, relevé bancaire, lettre officielle).</w:t>
      </w:r>
    </w:p>
    <w:p w14:paraId="5389439F" w14:textId="77777777" w:rsidR="007828D4" w:rsidRPr="00072BD9" w:rsidRDefault="004260F1">
      <w:pPr>
        <w:keepNext/>
        <w:pBdr>
          <w:bottom w:val="single" w:sz="4" w:space="2" w:color="D0D7DE"/>
        </w:pBdr>
        <w:spacing w:before="240"/>
        <w:rPr>
          <w:lang w:val="fr-FR"/>
        </w:rPr>
      </w:pPr>
      <w:r w:rsidRPr="00072BD9">
        <w:rPr>
          <w:b/>
          <w:color w:val="0072CE"/>
          <w:sz w:val="23"/>
          <w:lang w:val="fr-FR"/>
        </w:rPr>
        <w:t>1.2 Permis de conduire</w:t>
      </w:r>
    </w:p>
    <w:p w14:paraId="53F41B3A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Que taper (dans l'ordre) :</w:t>
      </w:r>
    </w:p>
    <w:p w14:paraId="56C5728F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1. </w:t>
      </w:r>
      <w:r w:rsidRPr="00072BD9">
        <w:rPr>
          <w:lang w:val="fr-FR"/>
        </w:rPr>
        <w:t>Votre numéro de permis de conduire.</w:t>
      </w:r>
    </w:p>
    <w:p w14:paraId="6FC8C6C4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2. </w:t>
      </w:r>
      <w:r w:rsidRPr="00072BD9">
        <w:rPr>
          <w:lang w:val="fr-FR"/>
        </w:rPr>
        <w:t>La date d'expiration.</w:t>
      </w:r>
    </w:p>
    <w:p w14:paraId="047E3FD9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Quoi téléverser :</w:t>
      </w:r>
    </w:p>
    <w:p w14:paraId="7A641802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Photo de l'AVANT de votre permis.</w:t>
      </w:r>
    </w:p>
    <w:p w14:paraId="6CF9FD0F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Photo de l'arrière de votre permis.</w:t>
      </w:r>
    </w:p>
    <w:p w14:paraId="4D6E1DDD" w14:textId="77777777" w:rsidR="007828D4" w:rsidRPr="00072BD9" w:rsidRDefault="004260F1">
      <w:pPr>
        <w:keepNext/>
        <w:pBdr>
          <w:bottom w:val="single" w:sz="4" w:space="2" w:color="D0D7DE"/>
        </w:pBdr>
        <w:spacing w:before="240"/>
        <w:rPr>
          <w:lang w:val="fr-FR"/>
        </w:rPr>
      </w:pPr>
      <w:r w:rsidRPr="00072BD9">
        <w:rPr>
          <w:b/>
          <w:color w:val="0072CE"/>
          <w:sz w:val="23"/>
          <w:lang w:val="fr-FR"/>
        </w:rPr>
        <w:t>1.3 Détails des insignes</w:t>
      </w:r>
    </w:p>
    <w:p w14:paraId="147C730A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Que taper (dans l'ordre) :</w:t>
      </w:r>
    </w:p>
    <w:p w14:paraId="0556129D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1. </w:t>
      </w:r>
      <w:r w:rsidRPr="00072BD9">
        <w:rPr>
          <w:lang w:val="fr-FR"/>
        </w:rPr>
        <w:t>Votre numéro de badge.</w:t>
      </w:r>
    </w:p>
    <w:p w14:paraId="5214CB8E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2. </w:t>
      </w:r>
      <w:r w:rsidRPr="00072BD9">
        <w:rPr>
          <w:lang w:val="fr-FR"/>
        </w:rPr>
        <w:t>Le type d'insigne (par exemple permis de taxi, permis de véhicule polyvalent).</w:t>
      </w:r>
    </w:p>
    <w:p w14:paraId="02D1DB1C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lastRenderedPageBreak/>
        <w:t xml:space="preserve">3. </w:t>
      </w:r>
      <w:r w:rsidRPr="00072BD9">
        <w:rPr>
          <w:lang w:val="fr-FR"/>
        </w:rPr>
        <w:t>La date d'expiration.</w:t>
      </w:r>
    </w:p>
    <w:p w14:paraId="47CF7074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Quoi téléverser :</w:t>
      </w:r>
    </w:p>
    <w:p w14:paraId="7C19DD38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Photo du badge / carte de permis.</w:t>
      </w:r>
    </w:p>
    <w:p w14:paraId="07489E57" w14:textId="77777777" w:rsidR="007828D4" w:rsidRPr="00072BD9" w:rsidRDefault="004260F1">
      <w:pPr>
        <w:keepNext/>
        <w:pBdr>
          <w:bottom w:val="single" w:sz="4" w:space="2" w:color="D0D7DE"/>
        </w:pBdr>
        <w:spacing w:before="240"/>
        <w:rPr>
          <w:lang w:val="fr-FR"/>
        </w:rPr>
      </w:pPr>
      <w:r w:rsidRPr="00072BD9">
        <w:rPr>
          <w:b/>
          <w:color w:val="0072CE"/>
          <w:sz w:val="23"/>
          <w:lang w:val="fr-FR"/>
        </w:rPr>
        <w:t>1.4 Détails du véhicule</w:t>
      </w:r>
    </w:p>
    <w:p w14:paraId="07EF1FCA" w14:textId="77777777" w:rsidR="007828D4" w:rsidRPr="00072BD9" w:rsidRDefault="004260F1">
      <w:pPr>
        <w:keepNext/>
        <w:spacing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Quoi choisir :</w:t>
      </w:r>
    </w:p>
    <w:p w14:paraId="7BA333FD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Choisis-en un : « Je loue la voiture » ou « Je possède la voiture ».</w:t>
      </w:r>
    </w:p>
    <w:p w14:paraId="3F0E662C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Sélectionnez la ville où vous allez travailler.</w:t>
      </w:r>
    </w:p>
    <w:p w14:paraId="26728A2A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Quoi téléverser :</w:t>
      </w:r>
    </w:p>
    <w:p w14:paraId="132B417B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(Rien à téléverser)</w:t>
      </w:r>
    </w:p>
    <w:p w14:paraId="7D7BC573" w14:textId="77777777" w:rsidR="007828D4" w:rsidRPr="00072BD9" w:rsidRDefault="004260F1">
      <w:pPr>
        <w:keepNext/>
        <w:pBdr>
          <w:bottom w:val="single" w:sz="4" w:space="2" w:color="D0D7DE"/>
        </w:pBdr>
        <w:spacing w:before="240"/>
        <w:rPr>
          <w:lang w:val="fr-FR"/>
        </w:rPr>
      </w:pPr>
      <w:r w:rsidRPr="00072BD9">
        <w:rPr>
          <w:b/>
          <w:color w:val="0072CE"/>
          <w:sz w:val="23"/>
          <w:lang w:val="fr-FR"/>
        </w:rPr>
        <w:t>1,5 Plaque de taxi / PHV (permis SAAQ)</w:t>
      </w:r>
    </w:p>
    <w:p w14:paraId="1052CEB5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Que taper (dans l'ordre) :</w:t>
      </w:r>
    </w:p>
    <w:p w14:paraId="53D0A808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1. </w:t>
      </w:r>
      <w:r w:rsidRPr="00072BD9">
        <w:rPr>
          <w:lang w:val="fr-FR"/>
        </w:rPr>
        <w:t>Votre numéro de plaque.</w:t>
      </w:r>
    </w:p>
    <w:p w14:paraId="06CB102E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2. </w:t>
      </w:r>
      <w:r w:rsidRPr="00072BD9">
        <w:rPr>
          <w:lang w:val="fr-FR"/>
        </w:rPr>
        <w:t>La date d'expiration du permis.</w:t>
      </w:r>
    </w:p>
    <w:p w14:paraId="37385CF3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Quoi téléverser :</w:t>
      </w:r>
    </w:p>
    <w:p w14:paraId="08529E83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Photo du permis officiel de la SAAQ (permis de taxi, similaire à l'immatriculation du véhicule).</w:t>
      </w:r>
    </w:p>
    <w:p w14:paraId="6497BEF6" w14:textId="77777777" w:rsidR="007828D4" w:rsidRPr="00072BD9" w:rsidRDefault="004260F1">
      <w:pPr>
        <w:keepNext/>
        <w:pBdr>
          <w:bottom w:val="single" w:sz="4" w:space="2" w:color="D0D7DE"/>
        </w:pBdr>
        <w:spacing w:before="240"/>
        <w:rPr>
          <w:lang w:val="fr-FR"/>
        </w:rPr>
      </w:pPr>
      <w:r w:rsidRPr="00072BD9">
        <w:rPr>
          <w:b/>
          <w:color w:val="0072CE"/>
          <w:sz w:val="23"/>
          <w:lang w:val="fr-FR"/>
        </w:rPr>
        <w:t>1.6 Police d'assurance</w:t>
      </w:r>
    </w:p>
    <w:p w14:paraId="2C85C620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Que taper (dans l'ordre) :</w:t>
      </w:r>
    </w:p>
    <w:p w14:paraId="230E7C8A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1. </w:t>
      </w:r>
      <w:r w:rsidRPr="00072BD9">
        <w:rPr>
          <w:lang w:val="fr-FR"/>
        </w:rPr>
        <w:t>Le nom de l'assureur (par exemple AXA, Amiral, etc.).</w:t>
      </w:r>
    </w:p>
    <w:p w14:paraId="7DCC7579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2. </w:t>
      </w:r>
      <w:r w:rsidRPr="00072BD9">
        <w:rPr>
          <w:lang w:val="fr-FR"/>
        </w:rPr>
        <w:t>Le numéro de police.</w:t>
      </w:r>
    </w:p>
    <w:p w14:paraId="27C39DC4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3. </w:t>
      </w:r>
      <w:r w:rsidRPr="00072BD9">
        <w:rPr>
          <w:lang w:val="fr-FR"/>
        </w:rPr>
        <w:t>La date d'expiration.</w:t>
      </w:r>
    </w:p>
    <w:p w14:paraId="168836F5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Quoi téléverser :</w:t>
      </w:r>
    </w:p>
    <w:p w14:paraId="02B104D0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Photo du certificat d'assurance.</w:t>
      </w:r>
    </w:p>
    <w:p w14:paraId="5C124EB1" w14:textId="77777777" w:rsidR="007828D4" w:rsidRPr="00072BD9" w:rsidRDefault="004260F1">
      <w:pPr>
        <w:keepNext/>
        <w:pBdr>
          <w:bottom w:val="single" w:sz="4" w:space="2" w:color="D0D7DE"/>
        </w:pBdr>
        <w:spacing w:before="240"/>
        <w:rPr>
          <w:lang w:val="fr-FR"/>
        </w:rPr>
      </w:pPr>
      <w:r w:rsidRPr="00072BD9">
        <w:rPr>
          <w:b/>
          <w:color w:val="0072CE"/>
          <w:sz w:val="23"/>
          <w:lang w:val="fr-FR"/>
        </w:rPr>
        <w:t>1.7 Soumettre</w:t>
      </w:r>
    </w:p>
    <w:p w14:paraId="4561BFCF" w14:textId="77777777" w:rsidR="007828D4" w:rsidRPr="00072BD9" w:rsidRDefault="004260F1">
      <w:pPr>
        <w:spacing w:after="6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Cliquez sur « Enregistrer et suivant » pour continuer.</w:t>
      </w:r>
    </w:p>
    <w:p w14:paraId="52083B12" w14:textId="77777777" w:rsidR="007828D4" w:rsidRPr="00072BD9" w:rsidRDefault="004260F1">
      <w:pPr>
        <w:spacing w:after="12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Si vous manquez quelque chose, vous pouvez cliquer sur « Passer pour l'instant » – mais vous devrez le compléter plus tard.</w:t>
      </w:r>
    </w:p>
    <w:p w14:paraId="20CEF756" w14:textId="77777777" w:rsidR="007828D4" w:rsidRPr="00072BD9" w:rsidRDefault="007828D4">
      <w:pPr>
        <w:spacing w:after="160"/>
        <w:rPr>
          <w:lang w:val="fr-F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7828D4" w14:paraId="177332F1" w14:textId="77777777">
        <w:trPr>
          <w:jc w:val="center"/>
        </w:trPr>
        <w:tc>
          <w:tcPr>
            <w:tcW w:w="9360" w:type="dxa"/>
            <w:shd w:val="clear" w:color="auto" w:fill="0F204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F350E5" w14:textId="77777777" w:rsidR="007828D4" w:rsidRDefault="004260F1">
            <w:pPr>
              <w:spacing w:after="0"/>
            </w:pPr>
            <w:r>
              <w:rPr>
                <w:b/>
                <w:color w:val="FFFFFF"/>
                <w:sz w:val="24"/>
              </w:rPr>
              <w:t>ÉTAPE 2 – DOCUMENTS SUPPLÉMENTAIRES</w:t>
            </w:r>
          </w:p>
        </w:tc>
      </w:tr>
    </w:tbl>
    <w:p w14:paraId="3976018C" w14:textId="77777777" w:rsidR="007828D4" w:rsidRPr="00072BD9" w:rsidRDefault="004260F1">
      <w:pPr>
        <w:spacing w:before="120" w:after="120"/>
        <w:rPr>
          <w:lang w:val="fr-FR"/>
        </w:rPr>
      </w:pPr>
      <w:r w:rsidRPr="00072BD9">
        <w:rPr>
          <w:lang w:val="fr-FR"/>
        </w:rPr>
        <w:t>C'est la deuxième étape après que le formulaire d'enregistrement a été soumis et approuvé par l'entreprise.</w:t>
      </w:r>
    </w:p>
    <w:p w14:paraId="7F2621F6" w14:textId="77777777" w:rsidR="007828D4" w:rsidRPr="00072BD9" w:rsidRDefault="004260F1">
      <w:pPr>
        <w:keepNext/>
        <w:pBdr>
          <w:bottom w:val="single" w:sz="4" w:space="2" w:color="D0D7DE"/>
        </w:pBdr>
        <w:spacing w:before="240"/>
        <w:rPr>
          <w:lang w:val="fr-FR"/>
        </w:rPr>
      </w:pPr>
      <w:r w:rsidRPr="00072BD9">
        <w:rPr>
          <w:b/>
          <w:color w:val="0072CE"/>
          <w:sz w:val="23"/>
          <w:lang w:val="fr-FR"/>
        </w:rPr>
        <w:lastRenderedPageBreak/>
        <w:t>2.1 Débit préautorisé (PAD)</w:t>
      </w:r>
    </w:p>
    <w:p w14:paraId="74F1CCDB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Quoi téléverser :</w:t>
      </w:r>
    </w:p>
    <w:p w14:paraId="7B4CDC60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Photo d'un chèque annulé pour paiements de débit préautorisés.</w:t>
      </w:r>
    </w:p>
    <w:p w14:paraId="4EAF4197" w14:textId="77777777" w:rsidR="007828D4" w:rsidRPr="00072BD9" w:rsidRDefault="004260F1">
      <w:pPr>
        <w:keepNext/>
        <w:pBdr>
          <w:bottom w:val="single" w:sz="4" w:space="2" w:color="D0D7DE"/>
        </w:pBdr>
        <w:spacing w:before="240"/>
        <w:rPr>
          <w:lang w:val="fr-FR"/>
        </w:rPr>
      </w:pPr>
      <w:r w:rsidRPr="00072BD9">
        <w:rPr>
          <w:b/>
          <w:color w:val="0072CE"/>
          <w:sz w:val="23"/>
          <w:lang w:val="fr-FR"/>
        </w:rPr>
        <w:t>2.2 SEV / SRS</w:t>
      </w:r>
    </w:p>
    <w:p w14:paraId="34741B4B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Que taper (dans l'ordre) :</w:t>
      </w:r>
    </w:p>
    <w:p w14:paraId="6547D320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1. </w:t>
      </w:r>
      <w:r w:rsidRPr="00072BD9">
        <w:rPr>
          <w:lang w:val="fr-FR"/>
        </w:rPr>
        <w:t>Votre numéro TPS.</w:t>
      </w:r>
    </w:p>
    <w:p w14:paraId="0F7B6C63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2. </w:t>
      </w:r>
      <w:r w:rsidRPr="00072BD9">
        <w:rPr>
          <w:lang w:val="fr-FR"/>
        </w:rPr>
        <w:t>Votre numéro TVQ.</w:t>
      </w:r>
    </w:p>
    <w:p w14:paraId="0CF9CBD0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3. </w:t>
      </w:r>
      <w:r w:rsidRPr="00072BD9">
        <w:rPr>
          <w:lang w:val="fr-FR"/>
        </w:rPr>
        <w:t>Votre code d'autorisation SEV (SRS).</w:t>
      </w:r>
    </w:p>
    <w:p w14:paraId="660CA6BA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4. </w:t>
      </w:r>
      <w:r w:rsidRPr="00072BD9">
        <w:rPr>
          <w:lang w:val="fr-FR"/>
        </w:rPr>
        <w:t>Votre numéro de dossier.</w:t>
      </w:r>
    </w:p>
    <w:p w14:paraId="0E65284E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Quoi téléverser :</w:t>
      </w:r>
    </w:p>
    <w:p w14:paraId="59C8000B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Copie du code d'autorisation TPS, TVQ, SEV (SRS) et du numéro de fichier.</w:t>
      </w:r>
    </w:p>
    <w:p w14:paraId="68B67950" w14:textId="77777777" w:rsidR="007828D4" w:rsidRPr="00072BD9" w:rsidRDefault="004260F1">
      <w:pPr>
        <w:keepNext/>
        <w:pBdr>
          <w:bottom w:val="single" w:sz="4" w:space="2" w:color="D0D7DE"/>
        </w:pBdr>
        <w:spacing w:before="240"/>
        <w:rPr>
          <w:lang w:val="fr-FR"/>
        </w:rPr>
      </w:pPr>
      <w:r w:rsidRPr="00072BD9">
        <w:rPr>
          <w:b/>
          <w:color w:val="0072CE"/>
          <w:sz w:val="23"/>
          <w:lang w:val="fr-FR"/>
        </w:rPr>
        <w:t>2.3 Inspection mécanique du taxi</w:t>
      </w:r>
    </w:p>
    <w:p w14:paraId="3B58F1AA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Quoi téléverser :</w:t>
      </w:r>
    </w:p>
    <w:p w14:paraId="5E3BED68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Photo ou copie du certificat d'inspection mécanique du taxi.</w:t>
      </w:r>
    </w:p>
    <w:p w14:paraId="3C0FA924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Important :</w:t>
      </w:r>
    </w:p>
    <w:p w14:paraId="3FD8954E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Si vous l'avez, téléchargez-le.</w:t>
      </w:r>
    </w:p>
    <w:p w14:paraId="72E4B942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Si c'est une voiture neuve et que vous ne l'avez pas encore, ce n'est pas grave – vous pouvez la sauter ou la fournir plus tard.</w:t>
      </w:r>
    </w:p>
    <w:p w14:paraId="4BA416B5" w14:textId="77777777" w:rsidR="007828D4" w:rsidRPr="00072BD9" w:rsidRDefault="004260F1">
      <w:pPr>
        <w:keepNext/>
        <w:pBdr>
          <w:bottom w:val="single" w:sz="4" w:space="2" w:color="D0D7DE"/>
        </w:pBdr>
        <w:spacing w:before="240"/>
        <w:rPr>
          <w:lang w:val="fr-FR"/>
        </w:rPr>
      </w:pPr>
      <w:r w:rsidRPr="00072BD9">
        <w:rPr>
          <w:b/>
          <w:color w:val="0072CE"/>
          <w:sz w:val="23"/>
          <w:lang w:val="fr-FR"/>
        </w:rPr>
        <w:t>2.4 Validation du compteur de taxi</w:t>
      </w:r>
    </w:p>
    <w:p w14:paraId="7107EFCC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Que taper (dans l'ordre) :</w:t>
      </w:r>
    </w:p>
    <w:p w14:paraId="58876157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1. </w:t>
      </w:r>
      <w:r w:rsidRPr="00072BD9">
        <w:rPr>
          <w:lang w:val="fr-FR"/>
        </w:rPr>
        <w:t>La date d'expiration de la validation du compteur de taxi.</w:t>
      </w:r>
    </w:p>
    <w:p w14:paraId="5CAE26BD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Quoi téléverser :</w:t>
      </w:r>
    </w:p>
    <w:p w14:paraId="2010FC3A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Photo ou copie du document de validation du compteur de taxi.</w:t>
      </w:r>
    </w:p>
    <w:p w14:paraId="46A8EF32" w14:textId="77777777" w:rsidR="007828D4" w:rsidRPr="00072BD9" w:rsidRDefault="004260F1">
      <w:pPr>
        <w:keepNext/>
        <w:pBdr>
          <w:bottom w:val="single" w:sz="4" w:space="2" w:color="D0D7DE"/>
        </w:pBdr>
        <w:spacing w:before="240"/>
        <w:rPr>
          <w:lang w:val="fr-FR"/>
        </w:rPr>
      </w:pPr>
      <w:r w:rsidRPr="00072BD9">
        <w:rPr>
          <w:b/>
          <w:color w:val="0072CE"/>
          <w:sz w:val="23"/>
          <w:lang w:val="fr-FR"/>
        </w:rPr>
        <w:t>2.5 Immatriculation des véhicules (SAAQ)</w:t>
      </w:r>
    </w:p>
    <w:p w14:paraId="59ED3EDC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Que taper (dans l'ordre) :</w:t>
      </w:r>
    </w:p>
    <w:p w14:paraId="7D9154C3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1. </w:t>
      </w:r>
      <w:r w:rsidRPr="00072BD9">
        <w:rPr>
          <w:lang w:val="fr-FR"/>
        </w:rPr>
        <w:t>La date d'expiration de l'immatriculation du véhicule.</w:t>
      </w:r>
    </w:p>
    <w:p w14:paraId="4B6DAAAF" w14:textId="77777777" w:rsidR="007828D4" w:rsidRPr="00072BD9" w:rsidRDefault="004260F1">
      <w:pPr>
        <w:keepNext/>
        <w:spacing w:before="80" w:after="40"/>
        <w:rPr>
          <w:lang w:val="fr-FR"/>
        </w:rPr>
      </w:pPr>
      <w:r w:rsidRPr="00072BD9">
        <w:rPr>
          <w:b/>
          <w:color w:val="0F2043"/>
          <w:sz w:val="21"/>
          <w:lang w:val="fr-FR"/>
        </w:rPr>
        <w:t>Quoi téléverser :</w:t>
      </w:r>
    </w:p>
    <w:p w14:paraId="4939E081" w14:textId="77777777" w:rsidR="007828D4" w:rsidRPr="00072BD9" w:rsidRDefault="004260F1">
      <w:pPr>
        <w:spacing w:after="40"/>
        <w:ind w:left="288"/>
        <w:rPr>
          <w:lang w:val="fr-FR"/>
        </w:rPr>
      </w:pPr>
      <w:r w:rsidRPr="00072BD9">
        <w:rPr>
          <w:b/>
          <w:color w:val="0072CE"/>
          <w:lang w:val="fr-FR"/>
        </w:rPr>
        <w:t xml:space="preserve">• </w:t>
      </w:r>
      <w:r w:rsidRPr="00072BD9">
        <w:rPr>
          <w:lang w:val="fr-FR"/>
        </w:rPr>
        <w:t>Photo ou copie du document d'immatriculation du véhicule SAAQ.</w:t>
      </w:r>
    </w:p>
    <w:p w14:paraId="4C66820A" w14:textId="77777777" w:rsidR="007828D4" w:rsidRPr="00072BD9" w:rsidRDefault="007828D4">
      <w:pPr>
        <w:spacing w:after="160"/>
        <w:rPr>
          <w:lang w:val="fr-F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15"/>
      </w:tblGrid>
      <w:tr w:rsidR="007828D4" w:rsidRPr="00072BD9" w14:paraId="74DB366C" w14:textId="77777777">
        <w:trPr>
          <w:jc w:val="center"/>
        </w:trPr>
        <w:tc>
          <w:tcPr>
            <w:tcW w:w="9360" w:type="dxa"/>
            <w:tcBorders>
              <w:left w:val="single" w:sz="36" w:space="0" w:color="0F2043"/>
            </w:tcBorders>
            <w:shd w:val="clear" w:color="auto" w:fill="EBF3FA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139796EC" w14:textId="77777777" w:rsidR="007828D4" w:rsidRPr="00072BD9" w:rsidRDefault="004260F1">
            <w:pPr>
              <w:spacing w:after="120"/>
              <w:rPr>
                <w:lang w:val="fr-FR"/>
              </w:rPr>
            </w:pPr>
            <w:r w:rsidRPr="00072BD9">
              <w:rPr>
                <w:b/>
                <w:color w:val="0F2043"/>
                <w:lang w:val="fr-FR"/>
              </w:rPr>
              <w:t>CONSEILS IMPORTANTS ET RÈGLES DE PROCÉDURE</w:t>
            </w:r>
          </w:p>
          <w:p w14:paraId="398594AE" w14:textId="5AC4F5E3" w:rsidR="007828D4" w:rsidRPr="00072BD9" w:rsidRDefault="004260F1">
            <w:pPr>
              <w:spacing w:after="60"/>
              <w:ind w:left="216"/>
              <w:rPr>
                <w:lang w:val="fr-FR"/>
              </w:rPr>
            </w:pPr>
            <w:r w:rsidRPr="00072BD9">
              <w:rPr>
                <w:b/>
                <w:color w:val="0072CE"/>
                <w:lang w:val="fr-FR"/>
              </w:rPr>
              <w:t xml:space="preserve">• </w:t>
            </w:r>
            <w:r w:rsidRPr="00072BD9">
              <w:rPr>
                <w:sz w:val="21"/>
                <w:lang w:val="fr-FR"/>
              </w:rPr>
              <w:t>Avant de commencer l'étape 1 : Les conducteurs doivent lire les règles de la compagnie à l'adresse www.taxiprime</w:t>
            </w:r>
            <w:r w:rsidR="00964BD1" w:rsidRPr="00072BD9">
              <w:rPr>
                <w:sz w:val="21"/>
                <w:lang w:val="fr-FR"/>
              </w:rPr>
              <w:t>.ca</w:t>
            </w:r>
            <w:r w:rsidRPr="00072BD9">
              <w:rPr>
                <w:sz w:val="21"/>
                <w:lang w:val="fr-FR"/>
              </w:rPr>
              <w:t>/rules.</w:t>
            </w:r>
          </w:p>
          <w:p w14:paraId="54A5B2D9" w14:textId="77777777" w:rsidR="007828D4" w:rsidRPr="00072BD9" w:rsidRDefault="004260F1">
            <w:pPr>
              <w:spacing w:after="60"/>
              <w:ind w:left="216"/>
              <w:rPr>
                <w:lang w:val="fr-FR"/>
              </w:rPr>
            </w:pPr>
            <w:r w:rsidRPr="00072BD9">
              <w:rPr>
                <w:b/>
                <w:color w:val="0072CE"/>
                <w:lang w:val="fr-FR"/>
              </w:rPr>
              <w:lastRenderedPageBreak/>
              <w:t xml:space="preserve">• </w:t>
            </w:r>
            <w:r w:rsidRPr="00072BD9">
              <w:rPr>
                <w:sz w:val="21"/>
                <w:lang w:val="fr-FR"/>
              </w:rPr>
              <w:t>Disponibilité de l'étape 2 : L'étape 2 ne sera disponible qu'après que l'étape 1 aura été examinée et approuvée par l'entreprise.</w:t>
            </w:r>
          </w:p>
          <w:p w14:paraId="73CB0E4A" w14:textId="77777777" w:rsidR="007828D4" w:rsidRPr="00072BD9" w:rsidRDefault="004260F1">
            <w:pPr>
              <w:spacing w:after="60"/>
              <w:ind w:left="216"/>
              <w:rPr>
                <w:lang w:val="fr-FR"/>
              </w:rPr>
            </w:pPr>
            <w:r w:rsidRPr="00072BD9">
              <w:rPr>
                <w:b/>
                <w:color w:val="0072CE"/>
                <w:lang w:val="fr-FR"/>
              </w:rPr>
              <w:t xml:space="preserve">• </w:t>
            </w:r>
            <w:r w:rsidRPr="00072BD9">
              <w:rPr>
                <w:sz w:val="21"/>
                <w:lang w:val="fr-FR"/>
              </w:rPr>
              <w:t>Dernière étape : Après avoir complété l'étape 2 et reçu l'approbation de l'entreprise, vous recevrez un petit accord par courriel à signer avant de commencer à travailler.</w:t>
            </w:r>
          </w:p>
          <w:p w14:paraId="4FF01675" w14:textId="77777777" w:rsidR="007828D4" w:rsidRPr="00072BD9" w:rsidRDefault="004260F1">
            <w:pPr>
              <w:spacing w:after="60"/>
              <w:ind w:left="216"/>
              <w:rPr>
                <w:lang w:val="fr-FR"/>
              </w:rPr>
            </w:pPr>
            <w:r w:rsidRPr="00072BD9">
              <w:rPr>
                <w:b/>
                <w:color w:val="0072CE"/>
                <w:lang w:val="fr-FR"/>
              </w:rPr>
              <w:t xml:space="preserve">• </w:t>
            </w:r>
            <w:r w:rsidRPr="00072BD9">
              <w:rPr>
                <w:sz w:val="21"/>
                <w:lang w:val="fr-FR"/>
              </w:rPr>
              <w:t>Assurez-vous que toutes les photos sont claires et lisibles – les images floues seront rejetées.</w:t>
            </w:r>
          </w:p>
          <w:p w14:paraId="489A5DCC" w14:textId="77777777" w:rsidR="007828D4" w:rsidRPr="00072BD9" w:rsidRDefault="004260F1">
            <w:pPr>
              <w:spacing w:after="60"/>
              <w:ind w:left="216"/>
              <w:rPr>
                <w:lang w:val="fr-FR"/>
              </w:rPr>
            </w:pPr>
            <w:r w:rsidRPr="00072BD9">
              <w:rPr>
                <w:b/>
                <w:color w:val="0072CE"/>
                <w:lang w:val="fr-FR"/>
              </w:rPr>
              <w:t xml:space="preserve">• </w:t>
            </w:r>
            <w:r w:rsidRPr="00072BD9">
              <w:rPr>
                <w:sz w:val="21"/>
                <w:lang w:val="fr-FR"/>
              </w:rPr>
              <w:t>Vérifiez toutes les dates d'expiration – elles doivent être valides aujourd'hui.</w:t>
            </w:r>
          </w:p>
          <w:p w14:paraId="650D2609" w14:textId="77777777" w:rsidR="007828D4" w:rsidRPr="00072BD9" w:rsidRDefault="004260F1">
            <w:pPr>
              <w:spacing w:after="60"/>
              <w:ind w:left="216"/>
              <w:rPr>
                <w:lang w:val="fr-FR"/>
              </w:rPr>
            </w:pPr>
            <w:r w:rsidRPr="00072BD9">
              <w:rPr>
                <w:b/>
                <w:color w:val="0072CE"/>
                <w:lang w:val="fr-FR"/>
              </w:rPr>
              <w:t xml:space="preserve">• </w:t>
            </w:r>
            <w:r w:rsidRPr="00072BD9">
              <w:rPr>
                <w:sz w:val="21"/>
                <w:lang w:val="fr-FR"/>
              </w:rPr>
              <w:t>Si vous êtes bloqué sur une étape, utilisez « Passer pour l'instant » et demandez de l'aide au bureau plus tard.</w:t>
            </w:r>
          </w:p>
          <w:p w14:paraId="447919AF" w14:textId="77777777" w:rsidR="007828D4" w:rsidRPr="00072BD9" w:rsidRDefault="004260F1">
            <w:pPr>
              <w:spacing w:after="60"/>
              <w:ind w:left="216"/>
              <w:rPr>
                <w:lang w:val="fr-FR"/>
              </w:rPr>
            </w:pPr>
            <w:r w:rsidRPr="00072BD9">
              <w:rPr>
                <w:b/>
                <w:color w:val="0072CE"/>
                <w:lang w:val="fr-FR"/>
              </w:rPr>
              <w:t xml:space="preserve">• </w:t>
            </w:r>
            <w:r w:rsidRPr="00072BD9">
              <w:rPr>
                <w:sz w:val="21"/>
                <w:lang w:val="fr-FR"/>
              </w:rPr>
              <w:t>Pour l'inspection mécanique : les voitures neuves sont exemptées si vous ne l'avez pas encore.</w:t>
            </w:r>
          </w:p>
        </w:tc>
      </w:tr>
    </w:tbl>
    <w:p w14:paraId="18C3C400" w14:textId="77777777" w:rsidR="004260F1" w:rsidRPr="00072BD9" w:rsidRDefault="004260F1">
      <w:pPr>
        <w:rPr>
          <w:lang w:val="fr-FR"/>
        </w:rPr>
      </w:pPr>
    </w:p>
    <w:p w14:paraId="3EFB6858" w14:textId="77777777" w:rsidR="008135FC" w:rsidRPr="00072BD9" w:rsidRDefault="008135FC">
      <w:pPr>
        <w:rPr>
          <w:lang w:val="fr-FR"/>
        </w:rPr>
      </w:pPr>
    </w:p>
    <w:p w14:paraId="75E1FDDD" w14:textId="3083CA13" w:rsidR="008135FC" w:rsidRPr="00072BD9" w:rsidRDefault="00936C5F" w:rsidP="00936C5F">
      <w:pPr>
        <w:jc w:val="center"/>
        <w:rPr>
          <w:b/>
          <w:bCs/>
          <w:u w:val="single"/>
          <w:lang w:val="fr-FR"/>
        </w:rPr>
      </w:pPr>
      <w:r w:rsidRPr="00072BD9">
        <w:rPr>
          <w:rFonts w:ascii="System Font" w:hAnsi="System Font" w:cs="System Font"/>
          <w:b/>
          <w:bCs/>
          <w:color w:val="auto"/>
          <w:sz w:val="26"/>
          <w:szCs w:val="26"/>
          <w:u w:val="single"/>
          <w:lang w:val="fr-FR"/>
        </w:rPr>
        <w:t>Scannez le code QR ci-dessous pour accéder directement au portail Taxi Prime Driver.</w:t>
      </w:r>
    </w:p>
    <w:p w14:paraId="7A2313E2" w14:textId="33E886B3" w:rsidR="008135FC" w:rsidRPr="00072BD9" w:rsidRDefault="008135FC">
      <w:pPr>
        <w:rPr>
          <w:lang w:val="fr-FR"/>
        </w:rPr>
      </w:pPr>
    </w:p>
    <w:p w14:paraId="401AE54A" w14:textId="0204106F" w:rsidR="00AE2342" w:rsidRDefault="00AE2342" w:rsidP="00AE2342">
      <w:pPr>
        <w:jc w:val="center"/>
      </w:pPr>
      <w:r>
        <w:rPr>
          <w:noProof/>
        </w:rPr>
        <w:drawing>
          <wp:inline distT="0" distB="0" distL="0" distR="0" wp14:anchorId="70F72426" wp14:editId="4F0C8A3F">
            <wp:extent cx="4791456" cy="4791456"/>
            <wp:effectExtent l="0" t="0" r="0" b="0"/>
            <wp:docPr id="1591620731" name="Picture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620731" name="Picture 1">
                      <a:hlinkClick r:id="rId9"/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802" cy="482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2342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ystem 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992353">
    <w:abstractNumId w:val="8"/>
  </w:num>
  <w:num w:numId="2" w16cid:durableId="382021379">
    <w:abstractNumId w:val="6"/>
  </w:num>
  <w:num w:numId="3" w16cid:durableId="1604217045">
    <w:abstractNumId w:val="5"/>
  </w:num>
  <w:num w:numId="4" w16cid:durableId="879056008">
    <w:abstractNumId w:val="4"/>
  </w:num>
  <w:num w:numId="5" w16cid:durableId="658074010">
    <w:abstractNumId w:val="7"/>
  </w:num>
  <w:num w:numId="6" w16cid:durableId="930964000">
    <w:abstractNumId w:val="3"/>
  </w:num>
  <w:num w:numId="7" w16cid:durableId="1067648726">
    <w:abstractNumId w:val="2"/>
  </w:num>
  <w:num w:numId="8" w16cid:durableId="899169649">
    <w:abstractNumId w:val="1"/>
  </w:num>
  <w:num w:numId="9" w16cid:durableId="519322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BD9"/>
    <w:rsid w:val="0015074B"/>
    <w:rsid w:val="0029639D"/>
    <w:rsid w:val="00326F90"/>
    <w:rsid w:val="004260F1"/>
    <w:rsid w:val="007828D4"/>
    <w:rsid w:val="008135FC"/>
    <w:rsid w:val="00893E61"/>
    <w:rsid w:val="00936C5F"/>
    <w:rsid w:val="00964BD1"/>
    <w:rsid w:val="00AA1D8D"/>
    <w:rsid w:val="00AE2342"/>
    <w:rsid w:val="00B47730"/>
    <w:rsid w:val="00CB0664"/>
    <w:rsid w:val="00D87AC1"/>
    <w:rsid w:val="00F968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3CC7A0"/>
  <w14:defaultImageDpi w14:val="300"/>
  <w15:docId w15:val="{768AC9A3-7779-7D48-9C50-8E3CB22A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828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AE234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072B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xiprime.ca/video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axiprime.ca/rule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axiprime.c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driver.icabbi.com/join-fleet/taxi-pr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Généré par Python-Docx</dc:description>
  <cp:lastModifiedBy>Manpreet Singh</cp:lastModifiedBy>
  <cp:revision>3</cp:revision>
  <dcterms:created xsi:type="dcterms:W3CDTF">2013-12-23T23:15:00Z</dcterms:created>
  <dcterms:modified xsi:type="dcterms:W3CDTF">2026-08-20T17:07:00Z</dcterms:modified>
  <cp:category/>
</cp:coreProperties>
</file>