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7828D4" w14:paraId="0BC49565" w14:textId="77777777">
        <w:trPr>
          <w:jc w:val="center"/>
        </w:trPr>
        <w:tc>
          <w:tcPr>
            <w:tcW w:w="9360" w:type="dxa"/>
            <w:shd w:val="clear" w:color="auto" w:fill="0F2043"/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651ADC1" w14:textId="77777777" w:rsidR="007828D4" w:rsidRDefault="009450EE">
            <w:r>
              <w:rPr>
                <w:b/>
                <w:color w:val="FFFFFF"/>
                <w:sz w:val="48"/>
              </w:rPr>
              <w:t>TAXI PRIME</w:t>
            </w:r>
          </w:p>
          <w:p w14:paraId="5683724B" w14:textId="77777777" w:rsidR="007828D4" w:rsidRDefault="009450EE">
            <w:pPr>
              <w:spacing w:after="0"/>
            </w:pPr>
            <w:r>
              <w:rPr>
                <w:b/>
                <w:color w:val="C8E1FF"/>
                <w:sz w:val="28"/>
              </w:rPr>
              <w:t>COMPLETE DRIVER ONBOARDING GUIDE</w:t>
            </w:r>
          </w:p>
        </w:tc>
      </w:tr>
    </w:tbl>
    <w:p w14:paraId="0FA3F79F" w14:textId="4D95D6F7" w:rsidR="007828D4" w:rsidRDefault="009450EE" w:rsidP="00893E61">
      <w:pPr>
        <w:spacing w:before="120" w:after="360"/>
        <w:jc w:val="center"/>
        <w:rPr>
          <w:i/>
          <w:color w:val="646464"/>
          <w:sz w:val="19"/>
        </w:rPr>
      </w:pPr>
      <w:r>
        <w:rPr>
          <w:i/>
          <w:color w:val="646464"/>
          <w:sz w:val="19"/>
        </w:rPr>
        <w:t>Version 1.0</w:t>
      </w:r>
      <w:r w:rsidR="00893E61">
        <w:rPr>
          <w:i/>
          <w:color w:val="646464"/>
          <w:sz w:val="19"/>
        </w:rPr>
        <w:t xml:space="preserve"> </w:t>
      </w:r>
    </w:p>
    <w:p w14:paraId="1E82CC8C" w14:textId="06D675C3" w:rsidR="00501506" w:rsidRPr="00305931" w:rsidRDefault="00501506" w:rsidP="00305931">
      <w:pPr>
        <w:spacing w:before="120" w:after="360"/>
        <w:jc w:val="center"/>
        <w:rPr>
          <w:i/>
          <w:color w:val="646464"/>
          <w:sz w:val="19"/>
        </w:rPr>
      </w:pPr>
      <w:hyperlink r:id="rId6" w:history="1">
        <w:r w:rsidRPr="005A4496">
          <w:rPr>
            <w:rStyle w:val="Hyperlink"/>
            <w:i/>
            <w:sz w:val="19"/>
          </w:rPr>
          <w:t>www.taxiprime.ca</w:t>
        </w:r>
      </w:hyperlink>
      <w:r>
        <w:rPr>
          <w:i/>
          <w:color w:val="646464"/>
          <w:sz w:val="19"/>
        </w:rPr>
        <w:t xml:space="preserve">                   </w:t>
      </w:r>
      <w:hyperlink r:id="rId7" w:history="1">
        <w:r w:rsidRPr="005A4496">
          <w:rPr>
            <w:rStyle w:val="Hyperlink"/>
            <w:i/>
            <w:sz w:val="19"/>
          </w:rPr>
          <w:t>www.taxiprime.ca/rules</w:t>
        </w:r>
      </w:hyperlink>
      <w:r>
        <w:rPr>
          <w:i/>
          <w:color w:val="646464"/>
          <w:sz w:val="19"/>
        </w:rPr>
        <w:t xml:space="preserve">          </w:t>
      </w:r>
      <w:hyperlink r:id="rId8" w:history="1">
        <w:r w:rsidR="00305931" w:rsidRPr="005A4496">
          <w:rPr>
            <w:rStyle w:val="Hyperlink"/>
            <w:i/>
            <w:sz w:val="19"/>
          </w:rPr>
          <w:t>www.taxiprime.ca/videos</w:t>
        </w:r>
      </w:hyperlink>
    </w:p>
    <w:p w14:paraId="205F3D85" w14:textId="77777777" w:rsidR="007828D4" w:rsidRDefault="007828D4">
      <w:pPr>
        <w:pBdr>
          <w:bottom w:val="single" w:sz="12" w:space="1" w:color="0F2043"/>
        </w:pBdr>
        <w:spacing w:after="240"/>
      </w:pPr>
    </w:p>
    <w:p w14:paraId="00C7D7FC" w14:textId="77777777" w:rsidR="007828D4" w:rsidRDefault="009450EE">
      <w:pPr>
        <w:spacing w:before="240" w:after="160"/>
      </w:pPr>
      <w:r>
        <w:rPr>
          <w:b/>
          <w:color w:val="0F2043"/>
          <w:sz w:val="26"/>
        </w:rPr>
        <w:t>TABLE OF CONTENTS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7828D4" w14:paraId="08487206" w14:textId="77777777">
        <w:trPr>
          <w:jc w:val="center"/>
        </w:trPr>
        <w:tc>
          <w:tcPr>
            <w:tcW w:w="9360" w:type="dxa"/>
            <w:shd w:val="clear" w:color="auto" w:fill="F4F6F9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DB588A9" w14:textId="77777777" w:rsidR="007828D4" w:rsidRDefault="009450EE">
            <w:pPr>
              <w:spacing w:after="0"/>
            </w:pPr>
            <w:r>
              <w:rPr>
                <w:b/>
                <w:color w:val="0F2043"/>
                <w:sz w:val="21"/>
              </w:rPr>
              <w:t>Introduction</w:t>
            </w:r>
          </w:p>
        </w:tc>
      </w:tr>
      <w:tr w:rsidR="007828D4" w14:paraId="7D35D884" w14:textId="77777777">
        <w:trPr>
          <w:jc w:val="center"/>
        </w:trPr>
        <w:tc>
          <w:tcPr>
            <w:tcW w:w="9360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5E4AF8C0" w14:textId="77777777" w:rsidR="007828D4" w:rsidRDefault="009450EE">
            <w:pPr>
              <w:spacing w:after="0"/>
            </w:pPr>
            <w:r>
              <w:rPr>
                <w:b/>
                <w:color w:val="0F2043"/>
                <w:sz w:val="21"/>
              </w:rPr>
              <w:t>Step 1 – Registration Form</w:t>
            </w:r>
          </w:p>
        </w:tc>
      </w:tr>
      <w:tr w:rsidR="007828D4" w14:paraId="0C196851" w14:textId="77777777">
        <w:trPr>
          <w:jc w:val="center"/>
        </w:trPr>
        <w:tc>
          <w:tcPr>
            <w:tcW w:w="9360" w:type="dxa"/>
            <w:shd w:val="clear" w:color="auto" w:fill="F4F6F9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5C044BB" w14:textId="77777777" w:rsidR="007828D4" w:rsidRDefault="009450EE">
            <w:pPr>
              <w:spacing w:after="0"/>
              <w:ind w:left="360"/>
            </w:pPr>
            <w:r>
              <w:rPr>
                <w:sz w:val="20"/>
              </w:rPr>
              <w:t>1.1 Proof of Address</w:t>
            </w:r>
          </w:p>
        </w:tc>
      </w:tr>
      <w:tr w:rsidR="007828D4" w14:paraId="7F34D8BF" w14:textId="77777777">
        <w:trPr>
          <w:jc w:val="center"/>
        </w:trPr>
        <w:tc>
          <w:tcPr>
            <w:tcW w:w="9360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5C3AF9C" w14:textId="77777777" w:rsidR="007828D4" w:rsidRDefault="009450EE">
            <w:pPr>
              <w:spacing w:after="0"/>
              <w:ind w:left="360"/>
            </w:pPr>
            <w:r>
              <w:rPr>
                <w:sz w:val="20"/>
              </w:rPr>
              <w:t>1.2 Driver License</w:t>
            </w:r>
          </w:p>
        </w:tc>
      </w:tr>
      <w:tr w:rsidR="007828D4" w14:paraId="3302AB54" w14:textId="77777777">
        <w:trPr>
          <w:jc w:val="center"/>
        </w:trPr>
        <w:tc>
          <w:tcPr>
            <w:tcW w:w="9360" w:type="dxa"/>
            <w:shd w:val="clear" w:color="auto" w:fill="F4F6F9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296C18DD" w14:textId="77777777" w:rsidR="007828D4" w:rsidRDefault="009450EE">
            <w:pPr>
              <w:spacing w:after="0"/>
              <w:ind w:left="360"/>
            </w:pPr>
            <w:r>
              <w:rPr>
                <w:sz w:val="20"/>
              </w:rPr>
              <w:t>1.3 Badge Details</w:t>
            </w:r>
          </w:p>
        </w:tc>
      </w:tr>
      <w:tr w:rsidR="007828D4" w14:paraId="553DFCFF" w14:textId="77777777">
        <w:trPr>
          <w:jc w:val="center"/>
        </w:trPr>
        <w:tc>
          <w:tcPr>
            <w:tcW w:w="9360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8739594" w14:textId="77777777" w:rsidR="007828D4" w:rsidRDefault="009450EE">
            <w:pPr>
              <w:spacing w:after="0"/>
              <w:ind w:left="360"/>
            </w:pPr>
            <w:r>
              <w:rPr>
                <w:sz w:val="20"/>
              </w:rPr>
              <w:t>1.4 Vehicle Details</w:t>
            </w:r>
          </w:p>
        </w:tc>
      </w:tr>
      <w:tr w:rsidR="007828D4" w14:paraId="462D2135" w14:textId="77777777">
        <w:trPr>
          <w:jc w:val="center"/>
        </w:trPr>
        <w:tc>
          <w:tcPr>
            <w:tcW w:w="9360" w:type="dxa"/>
            <w:shd w:val="clear" w:color="auto" w:fill="F4F6F9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61F9F3F" w14:textId="77777777" w:rsidR="007828D4" w:rsidRDefault="009450EE">
            <w:pPr>
              <w:spacing w:after="0"/>
              <w:ind w:left="360"/>
            </w:pPr>
            <w:r>
              <w:rPr>
                <w:sz w:val="20"/>
              </w:rPr>
              <w:t>1.5 Taxi / PHV Plate (SAAQ Permit)</w:t>
            </w:r>
          </w:p>
        </w:tc>
      </w:tr>
      <w:tr w:rsidR="007828D4" w14:paraId="11A0317D" w14:textId="77777777">
        <w:trPr>
          <w:jc w:val="center"/>
        </w:trPr>
        <w:tc>
          <w:tcPr>
            <w:tcW w:w="9360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C5FC89E" w14:textId="77777777" w:rsidR="007828D4" w:rsidRDefault="009450EE">
            <w:pPr>
              <w:spacing w:after="0"/>
              <w:ind w:left="360"/>
            </w:pPr>
            <w:r>
              <w:rPr>
                <w:sz w:val="20"/>
              </w:rPr>
              <w:t>1.6 Insurance Policy</w:t>
            </w:r>
          </w:p>
        </w:tc>
      </w:tr>
      <w:tr w:rsidR="007828D4" w14:paraId="4B3D157D" w14:textId="77777777">
        <w:trPr>
          <w:jc w:val="center"/>
        </w:trPr>
        <w:tc>
          <w:tcPr>
            <w:tcW w:w="9360" w:type="dxa"/>
            <w:shd w:val="clear" w:color="auto" w:fill="F4F6F9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499744F4" w14:textId="77777777" w:rsidR="007828D4" w:rsidRDefault="009450EE">
            <w:pPr>
              <w:spacing w:after="0"/>
              <w:ind w:left="360"/>
            </w:pPr>
            <w:r>
              <w:rPr>
                <w:sz w:val="20"/>
              </w:rPr>
              <w:t>1.7 Submit</w:t>
            </w:r>
          </w:p>
        </w:tc>
      </w:tr>
      <w:tr w:rsidR="007828D4" w14:paraId="7C15A791" w14:textId="77777777">
        <w:trPr>
          <w:jc w:val="center"/>
        </w:trPr>
        <w:tc>
          <w:tcPr>
            <w:tcW w:w="9360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016E35E1" w14:textId="77777777" w:rsidR="007828D4" w:rsidRDefault="009450EE">
            <w:pPr>
              <w:spacing w:after="0"/>
            </w:pPr>
            <w:r>
              <w:rPr>
                <w:b/>
                <w:color w:val="0F2043"/>
                <w:sz w:val="21"/>
              </w:rPr>
              <w:t>Step 2 – Additional Documents</w:t>
            </w:r>
          </w:p>
        </w:tc>
      </w:tr>
      <w:tr w:rsidR="007828D4" w14:paraId="1DF8C561" w14:textId="77777777">
        <w:trPr>
          <w:jc w:val="center"/>
        </w:trPr>
        <w:tc>
          <w:tcPr>
            <w:tcW w:w="9360" w:type="dxa"/>
            <w:shd w:val="clear" w:color="auto" w:fill="F4F6F9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5CA53AB" w14:textId="77777777" w:rsidR="007828D4" w:rsidRDefault="009450EE">
            <w:pPr>
              <w:spacing w:after="0"/>
              <w:ind w:left="360"/>
            </w:pPr>
            <w:r>
              <w:rPr>
                <w:sz w:val="20"/>
              </w:rPr>
              <w:t>2.1 Pre-Authorized Debit (PAD)</w:t>
            </w:r>
          </w:p>
        </w:tc>
      </w:tr>
      <w:tr w:rsidR="007828D4" w14:paraId="2C1792E3" w14:textId="77777777">
        <w:trPr>
          <w:jc w:val="center"/>
        </w:trPr>
        <w:tc>
          <w:tcPr>
            <w:tcW w:w="9360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BB8D02F" w14:textId="77777777" w:rsidR="007828D4" w:rsidRDefault="009450EE">
            <w:pPr>
              <w:spacing w:after="0"/>
              <w:ind w:left="360"/>
            </w:pPr>
            <w:r>
              <w:rPr>
                <w:sz w:val="20"/>
              </w:rPr>
              <w:t>2.2 SEV / SRS</w:t>
            </w:r>
          </w:p>
        </w:tc>
      </w:tr>
      <w:tr w:rsidR="007828D4" w14:paraId="602E6EBC" w14:textId="77777777">
        <w:trPr>
          <w:jc w:val="center"/>
        </w:trPr>
        <w:tc>
          <w:tcPr>
            <w:tcW w:w="9360" w:type="dxa"/>
            <w:shd w:val="clear" w:color="auto" w:fill="F4F6F9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1F6AD307" w14:textId="77777777" w:rsidR="007828D4" w:rsidRDefault="009450EE">
            <w:pPr>
              <w:spacing w:after="0"/>
              <w:ind w:left="360"/>
            </w:pPr>
            <w:r>
              <w:rPr>
                <w:sz w:val="20"/>
              </w:rPr>
              <w:t>2.3 Taxi Mechanical Inspection</w:t>
            </w:r>
          </w:p>
        </w:tc>
      </w:tr>
      <w:tr w:rsidR="007828D4" w14:paraId="7061BB89" w14:textId="77777777">
        <w:trPr>
          <w:jc w:val="center"/>
        </w:trPr>
        <w:tc>
          <w:tcPr>
            <w:tcW w:w="9360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05B0F2A" w14:textId="77777777" w:rsidR="007828D4" w:rsidRDefault="009450EE">
            <w:pPr>
              <w:spacing w:after="0"/>
              <w:ind w:left="360"/>
            </w:pPr>
            <w:r>
              <w:rPr>
                <w:sz w:val="20"/>
              </w:rPr>
              <w:t>2.4 Taxi Meter Validation</w:t>
            </w:r>
          </w:p>
        </w:tc>
      </w:tr>
      <w:tr w:rsidR="007828D4" w14:paraId="578013DC" w14:textId="77777777">
        <w:trPr>
          <w:jc w:val="center"/>
        </w:trPr>
        <w:tc>
          <w:tcPr>
            <w:tcW w:w="9360" w:type="dxa"/>
            <w:shd w:val="clear" w:color="auto" w:fill="F4F6F9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0646B95" w14:textId="77777777" w:rsidR="007828D4" w:rsidRDefault="009450EE">
            <w:pPr>
              <w:spacing w:after="0"/>
              <w:ind w:left="360"/>
            </w:pPr>
            <w:r>
              <w:rPr>
                <w:sz w:val="20"/>
              </w:rPr>
              <w:t>2.5 Vehicle Registration (SAAQ)</w:t>
            </w:r>
          </w:p>
        </w:tc>
      </w:tr>
      <w:tr w:rsidR="007828D4" w14:paraId="394AC168" w14:textId="77777777">
        <w:trPr>
          <w:jc w:val="center"/>
        </w:trPr>
        <w:tc>
          <w:tcPr>
            <w:tcW w:w="9360" w:type="dxa"/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6786CBF1" w14:textId="77777777" w:rsidR="007828D4" w:rsidRDefault="009450EE">
            <w:pPr>
              <w:spacing w:after="0"/>
            </w:pPr>
            <w:r>
              <w:rPr>
                <w:b/>
                <w:color w:val="0F2043"/>
                <w:sz w:val="21"/>
              </w:rPr>
              <w:t>Important Tips</w:t>
            </w:r>
          </w:p>
        </w:tc>
      </w:tr>
    </w:tbl>
    <w:p w14:paraId="03EA78FE" w14:textId="77777777" w:rsidR="007828D4" w:rsidRDefault="007828D4">
      <w:pPr>
        <w:spacing w:after="2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7828D4" w14:paraId="3C5EF95C" w14:textId="77777777">
        <w:trPr>
          <w:jc w:val="center"/>
        </w:trPr>
        <w:tc>
          <w:tcPr>
            <w:tcW w:w="9360" w:type="dxa"/>
            <w:shd w:val="clear" w:color="auto" w:fill="0F204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306351" w14:textId="77777777" w:rsidR="007828D4" w:rsidRDefault="009450EE">
            <w:pPr>
              <w:spacing w:after="0"/>
            </w:pPr>
            <w:r>
              <w:rPr>
                <w:b/>
                <w:color w:val="FFFFFF"/>
                <w:sz w:val="24"/>
              </w:rPr>
              <w:t>INTRODUCTION</w:t>
            </w:r>
          </w:p>
        </w:tc>
      </w:tr>
    </w:tbl>
    <w:p w14:paraId="22911D95" w14:textId="77777777" w:rsidR="007828D4" w:rsidRDefault="009450EE">
      <w:pPr>
        <w:spacing w:before="160" w:after="160"/>
      </w:pPr>
      <w:r>
        <w:t>Welcome to Taxi Prime! This guide will walk you through the entire onboarding process step by step.</w:t>
      </w:r>
    </w:p>
    <w:p w14:paraId="3428AAD5" w14:textId="77777777" w:rsidR="007828D4" w:rsidRDefault="009450EE">
      <w:pPr>
        <w:spacing w:before="120"/>
      </w:pPr>
      <w:r>
        <w:rPr>
          <w:b/>
          <w:color w:val="0F2043"/>
        </w:rPr>
        <w:t>Complete Onboarding Flow:</w:t>
      </w:r>
    </w:p>
    <w:p w14:paraId="172E6EB8" w14:textId="3C86845D" w:rsidR="007828D4" w:rsidRDefault="009450EE">
      <w:pPr>
        <w:spacing w:after="60"/>
        <w:ind w:left="288"/>
      </w:pPr>
      <w:r>
        <w:rPr>
          <w:b/>
          <w:color w:val="0072CE"/>
        </w:rPr>
        <w:t xml:space="preserve">1. </w:t>
      </w:r>
      <w:r>
        <w:rPr>
          <w:b/>
        </w:rPr>
        <w:t>Read Company Rules:</w:t>
      </w:r>
      <w:r>
        <w:t xml:space="preserve"> Before starting Step 1, drivers must read the company rules at www.taxiprime</w:t>
      </w:r>
      <w:r w:rsidR="00AC4472">
        <w:t>.ca</w:t>
      </w:r>
      <w:r>
        <w:t>/rules.</w:t>
      </w:r>
    </w:p>
    <w:p w14:paraId="6B5A4B4E" w14:textId="77777777" w:rsidR="007828D4" w:rsidRDefault="009450EE">
      <w:pPr>
        <w:spacing w:after="60"/>
        <w:ind w:left="288"/>
      </w:pPr>
      <w:r>
        <w:rPr>
          <w:b/>
          <w:color w:val="0072CE"/>
        </w:rPr>
        <w:lastRenderedPageBreak/>
        <w:t xml:space="preserve">2. </w:t>
      </w:r>
      <w:r>
        <w:rPr>
          <w:b/>
        </w:rPr>
        <w:t>Step 1 Submission:</w:t>
      </w:r>
      <w:r>
        <w:t xml:space="preserve"> Complete and submit the Registration Form.</w:t>
      </w:r>
    </w:p>
    <w:p w14:paraId="0207CD9A" w14:textId="77777777" w:rsidR="007828D4" w:rsidRDefault="009450EE">
      <w:pPr>
        <w:spacing w:after="60"/>
        <w:ind w:left="288"/>
      </w:pPr>
      <w:r>
        <w:rPr>
          <w:b/>
          <w:color w:val="0072CE"/>
        </w:rPr>
        <w:t xml:space="preserve">3. </w:t>
      </w:r>
      <w:r>
        <w:rPr>
          <w:b/>
        </w:rPr>
        <w:t>Company Approval (Step 1):</w:t>
      </w:r>
      <w:r>
        <w:t xml:space="preserve"> Wait for the company to review and approve Step 1. Step 2 will become available only after Step 1 is approved.</w:t>
      </w:r>
    </w:p>
    <w:p w14:paraId="00672D8B" w14:textId="77777777" w:rsidR="007828D4" w:rsidRDefault="009450EE">
      <w:pPr>
        <w:spacing w:after="60"/>
        <w:ind w:left="288"/>
      </w:pPr>
      <w:r>
        <w:rPr>
          <w:b/>
          <w:color w:val="0072CE"/>
        </w:rPr>
        <w:t xml:space="preserve">4. </w:t>
      </w:r>
      <w:r>
        <w:rPr>
          <w:b/>
        </w:rPr>
        <w:t>Step 2 Submission:</w:t>
      </w:r>
      <w:r>
        <w:t xml:space="preserve"> Complete and submit all additional required documents.</w:t>
      </w:r>
    </w:p>
    <w:p w14:paraId="114AE180" w14:textId="77777777" w:rsidR="007828D4" w:rsidRDefault="009450EE">
      <w:pPr>
        <w:spacing w:after="60"/>
        <w:ind w:left="288"/>
      </w:pPr>
      <w:r>
        <w:rPr>
          <w:b/>
          <w:color w:val="0072CE"/>
        </w:rPr>
        <w:t xml:space="preserve">5. </w:t>
      </w:r>
      <w:r>
        <w:rPr>
          <w:b/>
        </w:rPr>
        <w:t>Final Company Approval:</w:t>
      </w:r>
      <w:r>
        <w:t xml:space="preserve"> Wait for the company to review and approve all Step 2 documents.</w:t>
      </w:r>
    </w:p>
    <w:p w14:paraId="00B9B83A" w14:textId="77777777" w:rsidR="007828D4" w:rsidRDefault="009450EE">
      <w:pPr>
        <w:spacing w:after="60"/>
        <w:ind w:left="288"/>
      </w:pPr>
      <w:r>
        <w:rPr>
          <w:b/>
          <w:color w:val="0072CE"/>
        </w:rPr>
        <w:t xml:space="preserve">6. </w:t>
      </w:r>
      <w:r>
        <w:rPr>
          <w:b/>
        </w:rPr>
        <w:t>Sign Agreement:</w:t>
      </w:r>
      <w:r>
        <w:t xml:space="preserve"> Sign the small agreement sent via email.</w:t>
      </w:r>
    </w:p>
    <w:p w14:paraId="6FDD2C49" w14:textId="77777777" w:rsidR="007828D4" w:rsidRDefault="009450EE">
      <w:pPr>
        <w:spacing w:after="60"/>
        <w:ind w:left="288"/>
      </w:pPr>
      <w:r>
        <w:rPr>
          <w:b/>
          <w:color w:val="0072CE"/>
        </w:rPr>
        <w:t xml:space="preserve">7. </w:t>
      </w:r>
      <w:r>
        <w:rPr>
          <w:b/>
        </w:rPr>
        <w:t>Start Work:</w:t>
      </w:r>
      <w:r>
        <w:t xml:space="preserve"> Once the signed agreement is confirmed, you are officially ready to start driving with Taxi Prime!</w:t>
      </w:r>
    </w:p>
    <w:p w14:paraId="12F8D499" w14:textId="77777777" w:rsidR="007828D4" w:rsidRDefault="009450EE">
      <w:pPr>
        <w:spacing w:before="160"/>
      </w:pPr>
      <w:r>
        <w:rPr>
          <w:b/>
          <w:color w:val="0F2043"/>
        </w:rPr>
        <w:t>Before You Start</w:t>
      </w:r>
    </w:p>
    <w:p w14:paraId="6F00BC22" w14:textId="77777777" w:rsidR="007828D4" w:rsidRDefault="009450EE">
      <w:pPr>
        <w:spacing w:after="60"/>
        <w:ind w:left="288"/>
      </w:pPr>
      <w:r>
        <w:rPr>
          <w:b/>
          <w:color w:val="0072CE"/>
        </w:rPr>
        <w:t xml:space="preserve">• </w:t>
      </w:r>
      <w:r>
        <w:t>This page is in English.</w:t>
      </w:r>
    </w:p>
    <w:p w14:paraId="0A3E5A4B" w14:textId="77777777" w:rsidR="007828D4" w:rsidRDefault="009450EE">
      <w:pPr>
        <w:spacing w:after="60"/>
        <w:ind w:left="288"/>
      </w:pPr>
      <w:r>
        <w:rPr>
          <w:b/>
          <w:color w:val="0072CE"/>
        </w:rPr>
        <w:t xml:space="preserve">• </w:t>
      </w:r>
      <w:r>
        <w:t>To read in French: use your browser's Translate feature (right-click → "Translate to French").</w:t>
      </w:r>
    </w:p>
    <w:p w14:paraId="151A9F21" w14:textId="77777777" w:rsidR="007828D4" w:rsidRDefault="009450EE">
      <w:pPr>
        <w:spacing w:after="60"/>
        <w:ind w:left="288"/>
      </w:pPr>
      <w:r>
        <w:rPr>
          <w:b/>
          <w:color w:val="0072CE"/>
        </w:rPr>
        <w:t xml:space="preserve">• </w:t>
      </w:r>
      <w:r>
        <w:t>Have all your documents ready as clear photos on your phone or computer.</w:t>
      </w:r>
    </w:p>
    <w:p w14:paraId="39576B16" w14:textId="77777777" w:rsidR="007828D4" w:rsidRDefault="009450EE">
      <w:pPr>
        <w:spacing w:after="60"/>
        <w:ind w:left="288"/>
      </w:pPr>
      <w:r>
        <w:rPr>
          <w:b/>
          <w:color w:val="0072CE"/>
        </w:rPr>
        <w:t xml:space="preserve">• </w:t>
      </w:r>
      <w:r>
        <w:t>Make sure all photos are readable — blurry images will be rejected.</w:t>
      </w:r>
    </w:p>
    <w:p w14:paraId="69B40A60" w14:textId="77777777" w:rsidR="007828D4" w:rsidRDefault="007828D4">
      <w:pPr>
        <w:spacing w:after="16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7828D4" w14:paraId="60033505" w14:textId="77777777">
        <w:trPr>
          <w:jc w:val="center"/>
        </w:trPr>
        <w:tc>
          <w:tcPr>
            <w:tcW w:w="9360" w:type="dxa"/>
            <w:shd w:val="clear" w:color="auto" w:fill="0F204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FEE77B" w14:textId="77777777" w:rsidR="007828D4" w:rsidRDefault="009450EE">
            <w:pPr>
              <w:spacing w:after="0"/>
            </w:pPr>
            <w:r>
              <w:rPr>
                <w:b/>
                <w:color w:val="FFFFFF"/>
                <w:sz w:val="24"/>
              </w:rPr>
              <w:t>STEP 1 – REGISTRATION FORM</w:t>
            </w:r>
          </w:p>
        </w:tc>
      </w:tr>
    </w:tbl>
    <w:p w14:paraId="7615EAC3" w14:textId="77777777" w:rsidR="007828D4" w:rsidRDefault="009450EE">
      <w:pPr>
        <w:keepNext/>
        <w:pBdr>
          <w:bottom w:val="single" w:sz="4" w:space="2" w:color="D0D7DE"/>
        </w:pBdr>
        <w:spacing w:before="240"/>
      </w:pPr>
      <w:r>
        <w:rPr>
          <w:b/>
          <w:color w:val="0072CE"/>
          <w:sz w:val="23"/>
        </w:rPr>
        <w:t>1.1 Proof of Address</w:t>
      </w:r>
    </w:p>
    <w:p w14:paraId="41DC34E6" w14:textId="77777777" w:rsidR="007828D4" w:rsidRDefault="009450EE">
      <w:pPr>
        <w:keepNext/>
        <w:spacing w:before="80" w:after="40"/>
      </w:pPr>
      <w:r>
        <w:rPr>
          <w:b/>
          <w:color w:val="0F2043"/>
          <w:sz w:val="21"/>
        </w:rPr>
        <w:t>What to Type (in order):</w:t>
      </w:r>
    </w:p>
    <w:p w14:paraId="37E63159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1. </w:t>
      </w:r>
      <w:r>
        <w:t>Your full home address (house number, street, city, postcode).</w:t>
      </w:r>
    </w:p>
    <w:p w14:paraId="14FFFC5A" w14:textId="77777777" w:rsidR="007828D4" w:rsidRDefault="009450EE">
      <w:pPr>
        <w:keepNext/>
        <w:spacing w:before="80" w:after="40"/>
      </w:pPr>
      <w:r>
        <w:rPr>
          <w:b/>
          <w:color w:val="0F2043"/>
          <w:sz w:val="21"/>
        </w:rPr>
        <w:t>What to Upload:</w:t>
      </w:r>
    </w:p>
    <w:p w14:paraId="3B80B414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• </w:t>
      </w:r>
      <w:r>
        <w:t>Photo of a document showing your name and address (e.g. utility bill, bank statement, official letter).</w:t>
      </w:r>
    </w:p>
    <w:p w14:paraId="5389439F" w14:textId="77777777" w:rsidR="007828D4" w:rsidRDefault="009450EE">
      <w:pPr>
        <w:keepNext/>
        <w:pBdr>
          <w:bottom w:val="single" w:sz="4" w:space="2" w:color="D0D7DE"/>
        </w:pBdr>
        <w:spacing w:before="240"/>
      </w:pPr>
      <w:r>
        <w:rPr>
          <w:b/>
          <w:color w:val="0072CE"/>
          <w:sz w:val="23"/>
        </w:rPr>
        <w:t>1.2 Driver License</w:t>
      </w:r>
    </w:p>
    <w:p w14:paraId="53F41B3A" w14:textId="77777777" w:rsidR="007828D4" w:rsidRDefault="009450EE">
      <w:pPr>
        <w:keepNext/>
        <w:spacing w:before="80" w:after="40"/>
      </w:pPr>
      <w:r>
        <w:rPr>
          <w:b/>
          <w:color w:val="0F2043"/>
          <w:sz w:val="21"/>
        </w:rPr>
        <w:t>What to Type (in order):</w:t>
      </w:r>
    </w:p>
    <w:p w14:paraId="56C5728F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1. </w:t>
      </w:r>
      <w:r>
        <w:t>Your driving licence number.</w:t>
      </w:r>
    </w:p>
    <w:p w14:paraId="6FC8C6C4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2. </w:t>
      </w:r>
      <w:r>
        <w:t>The expiry date.</w:t>
      </w:r>
    </w:p>
    <w:p w14:paraId="047E3FD9" w14:textId="77777777" w:rsidR="007828D4" w:rsidRDefault="009450EE">
      <w:pPr>
        <w:keepNext/>
        <w:spacing w:before="80" w:after="40"/>
      </w:pPr>
      <w:r>
        <w:rPr>
          <w:b/>
          <w:color w:val="0F2043"/>
          <w:sz w:val="21"/>
        </w:rPr>
        <w:t>What to Upload:</w:t>
      </w:r>
    </w:p>
    <w:p w14:paraId="7A641802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• </w:t>
      </w:r>
      <w:r>
        <w:t>Photo of the FRONT of your licence.</w:t>
      </w:r>
    </w:p>
    <w:p w14:paraId="6CF9FD0F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• </w:t>
      </w:r>
      <w:r>
        <w:t>Photo of the BACK of your licence.</w:t>
      </w:r>
    </w:p>
    <w:p w14:paraId="4D6E1DDD" w14:textId="77777777" w:rsidR="007828D4" w:rsidRDefault="009450EE">
      <w:pPr>
        <w:keepNext/>
        <w:pBdr>
          <w:bottom w:val="single" w:sz="4" w:space="2" w:color="D0D7DE"/>
        </w:pBdr>
        <w:spacing w:before="240"/>
      </w:pPr>
      <w:r>
        <w:rPr>
          <w:b/>
          <w:color w:val="0072CE"/>
          <w:sz w:val="23"/>
        </w:rPr>
        <w:t>1.3 Badge Details</w:t>
      </w:r>
    </w:p>
    <w:p w14:paraId="147C730A" w14:textId="77777777" w:rsidR="007828D4" w:rsidRDefault="009450EE">
      <w:pPr>
        <w:keepNext/>
        <w:spacing w:before="80" w:after="40"/>
      </w:pPr>
      <w:r>
        <w:rPr>
          <w:b/>
          <w:color w:val="0F2043"/>
          <w:sz w:val="21"/>
        </w:rPr>
        <w:t>What to Type (in order):</w:t>
      </w:r>
    </w:p>
    <w:p w14:paraId="0556129D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1. </w:t>
      </w:r>
      <w:r>
        <w:t>Your badge number.</w:t>
      </w:r>
    </w:p>
    <w:p w14:paraId="5214CB8E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2. </w:t>
      </w:r>
      <w:r>
        <w:t>The badge type (e.g. Taxi Licence, PHV Licence).</w:t>
      </w:r>
    </w:p>
    <w:p w14:paraId="02D1DB1C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3. </w:t>
      </w:r>
      <w:r>
        <w:t>The expiry date.</w:t>
      </w:r>
    </w:p>
    <w:p w14:paraId="47CF7074" w14:textId="77777777" w:rsidR="007828D4" w:rsidRDefault="009450EE">
      <w:pPr>
        <w:keepNext/>
        <w:spacing w:before="80" w:after="40"/>
      </w:pPr>
      <w:r>
        <w:rPr>
          <w:b/>
          <w:color w:val="0F2043"/>
          <w:sz w:val="21"/>
        </w:rPr>
        <w:lastRenderedPageBreak/>
        <w:t>What to Upload:</w:t>
      </w:r>
    </w:p>
    <w:p w14:paraId="7C19DD38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• </w:t>
      </w:r>
      <w:r>
        <w:t>Photo of the badge / licence card.</w:t>
      </w:r>
    </w:p>
    <w:p w14:paraId="07489E57" w14:textId="77777777" w:rsidR="007828D4" w:rsidRDefault="009450EE">
      <w:pPr>
        <w:keepNext/>
        <w:pBdr>
          <w:bottom w:val="single" w:sz="4" w:space="2" w:color="D0D7DE"/>
        </w:pBdr>
        <w:spacing w:before="240"/>
      </w:pPr>
      <w:r>
        <w:rPr>
          <w:b/>
          <w:color w:val="0072CE"/>
          <w:sz w:val="23"/>
        </w:rPr>
        <w:t>1.4 Vehicle Details</w:t>
      </w:r>
    </w:p>
    <w:p w14:paraId="07EF1FCA" w14:textId="77777777" w:rsidR="007828D4" w:rsidRDefault="009450EE">
      <w:pPr>
        <w:keepNext/>
        <w:spacing w:after="40"/>
      </w:pPr>
      <w:r>
        <w:rPr>
          <w:b/>
          <w:color w:val="0F2043"/>
          <w:sz w:val="21"/>
        </w:rPr>
        <w:t>What to Select:</w:t>
      </w:r>
    </w:p>
    <w:p w14:paraId="7BA333FD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• </w:t>
      </w:r>
      <w:r>
        <w:t>Choose one: "I am renting the car" or "I own the car".</w:t>
      </w:r>
    </w:p>
    <w:p w14:paraId="3F0E662C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• </w:t>
      </w:r>
      <w:r>
        <w:t>Select the city where you will be working.</w:t>
      </w:r>
    </w:p>
    <w:p w14:paraId="26728A2A" w14:textId="77777777" w:rsidR="007828D4" w:rsidRDefault="009450EE">
      <w:pPr>
        <w:keepNext/>
        <w:spacing w:before="80" w:after="40"/>
      </w:pPr>
      <w:r>
        <w:rPr>
          <w:b/>
          <w:color w:val="0F2043"/>
          <w:sz w:val="21"/>
        </w:rPr>
        <w:t>What to Upload:</w:t>
      </w:r>
    </w:p>
    <w:p w14:paraId="132B417B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• </w:t>
      </w:r>
      <w:r>
        <w:t>(Nothing to upload)</w:t>
      </w:r>
    </w:p>
    <w:p w14:paraId="7D7BC573" w14:textId="77777777" w:rsidR="007828D4" w:rsidRDefault="009450EE">
      <w:pPr>
        <w:keepNext/>
        <w:pBdr>
          <w:bottom w:val="single" w:sz="4" w:space="2" w:color="D0D7DE"/>
        </w:pBdr>
        <w:spacing w:before="240"/>
      </w:pPr>
      <w:r>
        <w:rPr>
          <w:b/>
          <w:color w:val="0072CE"/>
          <w:sz w:val="23"/>
        </w:rPr>
        <w:t>1.5 Taxi / PHV Plate (SAAQ Permit)</w:t>
      </w:r>
    </w:p>
    <w:p w14:paraId="1052CEB5" w14:textId="77777777" w:rsidR="007828D4" w:rsidRDefault="009450EE">
      <w:pPr>
        <w:keepNext/>
        <w:spacing w:before="80" w:after="40"/>
      </w:pPr>
      <w:r>
        <w:rPr>
          <w:b/>
          <w:color w:val="0F2043"/>
          <w:sz w:val="21"/>
        </w:rPr>
        <w:t>What to Type (in order):</w:t>
      </w:r>
    </w:p>
    <w:p w14:paraId="53D0A808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1. </w:t>
      </w:r>
      <w:r>
        <w:t>Your plate number.</w:t>
      </w:r>
    </w:p>
    <w:p w14:paraId="06CB102E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2. </w:t>
      </w:r>
      <w:r>
        <w:t>The expiry date of the permit.</w:t>
      </w:r>
    </w:p>
    <w:p w14:paraId="37385CF3" w14:textId="77777777" w:rsidR="007828D4" w:rsidRDefault="009450EE">
      <w:pPr>
        <w:keepNext/>
        <w:spacing w:before="80" w:after="40"/>
      </w:pPr>
      <w:r>
        <w:rPr>
          <w:b/>
          <w:color w:val="0F2043"/>
          <w:sz w:val="21"/>
        </w:rPr>
        <w:t>What to Upload:</w:t>
      </w:r>
    </w:p>
    <w:p w14:paraId="08529E83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• </w:t>
      </w:r>
      <w:r>
        <w:t>Photo of the official SAAQ permit (taxi permit, similar to vehicle registration).</w:t>
      </w:r>
    </w:p>
    <w:p w14:paraId="6497BEF6" w14:textId="77777777" w:rsidR="007828D4" w:rsidRDefault="009450EE">
      <w:pPr>
        <w:keepNext/>
        <w:pBdr>
          <w:bottom w:val="single" w:sz="4" w:space="2" w:color="D0D7DE"/>
        </w:pBdr>
        <w:spacing w:before="240"/>
      </w:pPr>
      <w:r>
        <w:rPr>
          <w:b/>
          <w:color w:val="0072CE"/>
          <w:sz w:val="23"/>
        </w:rPr>
        <w:t>1.6 Insurance Policy</w:t>
      </w:r>
    </w:p>
    <w:p w14:paraId="2C85C620" w14:textId="77777777" w:rsidR="007828D4" w:rsidRDefault="009450EE">
      <w:pPr>
        <w:keepNext/>
        <w:spacing w:before="80" w:after="40"/>
      </w:pPr>
      <w:r>
        <w:rPr>
          <w:b/>
          <w:color w:val="0F2043"/>
          <w:sz w:val="21"/>
        </w:rPr>
        <w:t>What to Type (in order):</w:t>
      </w:r>
    </w:p>
    <w:p w14:paraId="230E7C8A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1. </w:t>
      </w:r>
      <w:r>
        <w:t>The name of the insurer (e.g. AXA, Admiral, etc.).</w:t>
      </w:r>
    </w:p>
    <w:p w14:paraId="7DCC7579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2. </w:t>
      </w:r>
      <w:r>
        <w:t>The policy number.</w:t>
      </w:r>
    </w:p>
    <w:p w14:paraId="27C39DC4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3. </w:t>
      </w:r>
      <w:r>
        <w:t>The expiry date.</w:t>
      </w:r>
    </w:p>
    <w:p w14:paraId="168836F5" w14:textId="77777777" w:rsidR="007828D4" w:rsidRDefault="009450EE">
      <w:pPr>
        <w:keepNext/>
        <w:spacing w:before="80" w:after="40"/>
      </w:pPr>
      <w:r>
        <w:rPr>
          <w:b/>
          <w:color w:val="0F2043"/>
          <w:sz w:val="21"/>
        </w:rPr>
        <w:t>What to Upload:</w:t>
      </w:r>
    </w:p>
    <w:p w14:paraId="02B104D0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• </w:t>
      </w:r>
      <w:r>
        <w:t>Photo of the insurance certificate.</w:t>
      </w:r>
    </w:p>
    <w:p w14:paraId="5C124EB1" w14:textId="77777777" w:rsidR="007828D4" w:rsidRDefault="009450EE">
      <w:pPr>
        <w:keepNext/>
        <w:pBdr>
          <w:bottom w:val="single" w:sz="4" w:space="2" w:color="D0D7DE"/>
        </w:pBdr>
        <w:spacing w:before="240"/>
      </w:pPr>
      <w:r>
        <w:rPr>
          <w:b/>
          <w:color w:val="0072CE"/>
          <w:sz w:val="23"/>
        </w:rPr>
        <w:t>1.7 Submit</w:t>
      </w:r>
    </w:p>
    <w:p w14:paraId="4561BFCF" w14:textId="77777777" w:rsidR="007828D4" w:rsidRDefault="009450EE">
      <w:pPr>
        <w:spacing w:after="60"/>
        <w:ind w:left="288"/>
      </w:pPr>
      <w:r>
        <w:rPr>
          <w:b/>
          <w:color w:val="0072CE"/>
        </w:rPr>
        <w:t xml:space="preserve">• </w:t>
      </w:r>
      <w:r>
        <w:t>Click "Save &amp; Next" to continue.</w:t>
      </w:r>
    </w:p>
    <w:p w14:paraId="52083B12" w14:textId="77777777" w:rsidR="007828D4" w:rsidRDefault="009450EE">
      <w:pPr>
        <w:spacing w:after="120"/>
        <w:ind w:left="288"/>
      </w:pPr>
      <w:r>
        <w:rPr>
          <w:b/>
          <w:color w:val="0072CE"/>
        </w:rPr>
        <w:t xml:space="preserve">• </w:t>
      </w:r>
      <w:r>
        <w:t>If you're missing something, you can click "Skip for now" – but you will need to complete it later.</w:t>
      </w:r>
    </w:p>
    <w:p w14:paraId="20CEF756" w14:textId="77777777" w:rsidR="007828D4" w:rsidRDefault="007828D4">
      <w:pPr>
        <w:spacing w:after="16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7828D4" w14:paraId="177332F1" w14:textId="77777777">
        <w:trPr>
          <w:jc w:val="center"/>
        </w:trPr>
        <w:tc>
          <w:tcPr>
            <w:tcW w:w="9360" w:type="dxa"/>
            <w:shd w:val="clear" w:color="auto" w:fill="0F204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F350E5" w14:textId="77777777" w:rsidR="007828D4" w:rsidRDefault="009450EE">
            <w:pPr>
              <w:spacing w:after="0"/>
            </w:pPr>
            <w:r>
              <w:rPr>
                <w:b/>
                <w:color w:val="FFFFFF"/>
                <w:sz w:val="24"/>
              </w:rPr>
              <w:t>STEP 2 – ADDITIONAL DOCUMENTS</w:t>
            </w:r>
          </w:p>
        </w:tc>
      </w:tr>
    </w:tbl>
    <w:p w14:paraId="3976018C" w14:textId="77777777" w:rsidR="007828D4" w:rsidRDefault="009450EE">
      <w:pPr>
        <w:spacing w:before="120" w:after="120"/>
      </w:pPr>
      <w:r>
        <w:t>This is the second step after the registration form is submitted and approved by the company.</w:t>
      </w:r>
    </w:p>
    <w:p w14:paraId="7F2621F6" w14:textId="77777777" w:rsidR="007828D4" w:rsidRDefault="009450EE">
      <w:pPr>
        <w:keepNext/>
        <w:pBdr>
          <w:bottom w:val="single" w:sz="4" w:space="2" w:color="D0D7DE"/>
        </w:pBdr>
        <w:spacing w:before="240"/>
      </w:pPr>
      <w:r>
        <w:rPr>
          <w:b/>
          <w:color w:val="0072CE"/>
          <w:sz w:val="23"/>
        </w:rPr>
        <w:t>2.1 Pre-Authorized Debit (PAD)</w:t>
      </w:r>
    </w:p>
    <w:p w14:paraId="74F1CCDB" w14:textId="77777777" w:rsidR="007828D4" w:rsidRDefault="009450EE">
      <w:pPr>
        <w:keepNext/>
        <w:spacing w:before="80" w:after="40"/>
      </w:pPr>
      <w:r>
        <w:rPr>
          <w:b/>
          <w:color w:val="0F2043"/>
          <w:sz w:val="21"/>
        </w:rPr>
        <w:t>What to Upload:</w:t>
      </w:r>
    </w:p>
    <w:p w14:paraId="7B4CDC60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• </w:t>
      </w:r>
      <w:r>
        <w:t>Photo of a void cheque for pre-authorized debit payments.</w:t>
      </w:r>
    </w:p>
    <w:p w14:paraId="4EAF4197" w14:textId="77777777" w:rsidR="007828D4" w:rsidRDefault="009450EE">
      <w:pPr>
        <w:keepNext/>
        <w:pBdr>
          <w:bottom w:val="single" w:sz="4" w:space="2" w:color="D0D7DE"/>
        </w:pBdr>
        <w:spacing w:before="240"/>
      </w:pPr>
      <w:r>
        <w:rPr>
          <w:b/>
          <w:color w:val="0072CE"/>
          <w:sz w:val="23"/>
        </w:rPr>
        <w:lastRenderedPageBreak/>
        <w:t>2.2 SEV / SRS</w:t>
      </w:r>
    </w:p>
    <w:p w14:paraId="34741B4B" w14:textId="77777777" w:rsidR="007828D4" w:rsidRDefault="009450EE">
      <w:pPr>
        <w:keepNext/>
        <w:spacing w:before="80" w:after="40"/>
      </w:pPr>
      <w:r>
        <w:rPr>
          <w:b/>
          <w:color w:val="0F2043"/>
          <w:sz w:val="21"/>
        </w:rPr>
        <w:t>What to Type (in order):</w:t>
      </w:r>
    </w:p>
    <w:p w14:paraId="6547D320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1. </w:t>
      </w:r>
      <w:r>
        <w:t>Your TPS number.</w:t>
      </w:r>
    </w:p>
    <w:p w14:paraId="0F7B6C63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2. </w:t>
      </w:r>
      <w:r>
        <w:t>Your TVQ number.</w:t>
      </w:r>
    </w:p>
    <w:p w14:paraId="0CF9CBD0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3. </w:t>
      </w:r>
      <w:r>
        <w:t>Your SEV (SRS) authorization code.</w:t>
      </w:r>
    </w:p>
    <w:p w14:paraId="660CA6BA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4. </w:t>
      </w:r>
      <w:r>
        <w:t>Your file number.</w:t>
      </w:r>
    </w:p>
    <w:p w14:paraId="0E65284E" w14:textId="77777777" w:rsidR="007828D4" w:rsidRDefault="009450EE">
      <w:pPr>
        <w:keepNext/>
        <w:spacing w:before="80" w:after="40"/>
      </w:pPr>
      <w:r>
        <w:rPr>
          <w:b/>
          <w:color w:val="0F2043"/>
          <w:sz w:val="21"/>
        </w:rPr>
        <w:t>What to Upload:</w:t>
      </w:r>
    </w:p>
    <w:p w14:paraId="59C8000B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• </w:t>
      </w:r>
      <w:r>
        <w:t>Copy of TPS, TVQ, SEV (SRS) authorization code, and file number document.</w:t>
      </w:r>
    </w:p>
    <w:p w14:paraId="68B67950" w14:textId="77777777" w:rsidR="007828D4" w:rsidRDefault="009450EE">
      <w:pPr>
        <w:keepNext/>
        <w:pBdr>
          <w:bottom w:val="single" w:sz="4" w:space="2" w:color="D0D7DE"/>
        </w:pBdr>
        <w:spacing w:before="240"/>
      </w:pPr>
      <w:r>
        <w:rPr>
          <w:b/>
          <w:color w:val="0072CE"/>
          <w:sz w:val="23"/>
        </w:rPr>
        <w:t>2.3 Taxi Mechanical Inspection</w:t>
      </w:r>
    </w:p>
    <w:p w14:paraId="3B58F1AA" w14:textId="77777777" w:rsidR="007828D4" w:rsidRDefault="009450EE">
      <w:pPr>
        <w:keepNext/>
        <w:spacing w:before="80" w:after="40"/>
      </w:pPr>
      <w:r>
        <w:rPr>
          <w:b/>
          <w:color w:val="0F2043"/>
          <w:sz w:val="21"/>
        </w:rPr>
        <w:t>What to Upload:</w:t>
      </w:r>
    </w:p>
    <w:p w14:paraId="5E3BED68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• </w:t>
      </w:r>
      <w:r>
        <w:t>Photo or copy of the taxi mechanical inspection certificate.</w:t>
      </w:r>
    </w:p>
    <w:p w14:paraId="3C0FA924" w14:textId="77777777" w:rsidR="007828D4" w:rsidRDefault="009450EE">
      <w:pPr>
        <w:keepNext/>
        <w:spacing w:before="80" w:after="40"/>
      </w:pPr>
      <w:r>
        <w:rPr>
          <w:b/>
          <w:color w:val="0F2043"/>
          <w:sz w:val="21"/>
        </w:rPr>
        <w:t>Important:</w:t>
      </w:r>
    </w:p>
    <w:p w14:paraId="3FD8954E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• </w:t>
      </w:r>
      <w:r>
        <w:t>If you have it, upload it.</w:t>
      </w:r>
    </w:p>
    <w:p w14:paraId="72E4B942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• </w:t>
      </w:r>
      <w:r>
        <w:t>If it's a new car and you don't have it yet, that is OK – you can skip or provide it later.</w:t>
      </w:r>
    </w:p>
    <w:p w14:paraId="4BA416B5" w14:textId="77777777" w:rsidR="007828D4" w:rsidRDefault="009450EE">
      <w:pPr>
        <w:keepNext/>
        <w:pBdr>
          <w:bottom w:val="single" w:sz="4" w:space="2" w:color="D0D7DE"/>
        </w:pBdr>
        <w:spacing w:before="240"/>
      </w:pPr>
      <w:r>
        <w:rPr>
          <w:b/>
          <w:color w:val="0072CE"/>
          <w:sz w:val="23"/>
        </w:rPr>
        <w:t>2.4 Taxi Meter Validation</w:t>
      </w:r>
    </w:p>
    <w:p w14:paraId="7107EFCC" w14:textId="77777777" w:rsidR="007828D4" w:rsidRDefault="009450EE">
      <w:pPr>
        <w:keepNext/>
        <w:spacing w:before="80" w:after="40"/>
      </w:pPr>
      <w:r>
        <w:rPr>
          <w:b/>
          <w:color w:val="0F2043"/>
          <w:sz w:val="21"/>
        </w:rPr>
        <w:t>What to Type (in order):</w:t>
      </w:r>
    </w:p>
    <w:p w14:paraId="58876157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1. </w:t>
      </w:r>
      <w:r>
        <w:t>The expiry date of the taxi meter validation.</w:t>
      </w:r>
    </w:p>
    <w:p w14:paraId="5CAE26BD" w14:textId="77777777" w:rsidR="007828D4" w:rsidRDefault="009450EE">
      <w:pPr>
        <w:keepNext/>
        <w:spacing w:before="80" w:after="40"/>
      </w:pPr>
      <w:r>
        <w:rPr>
          <w:b/>
          <w:color w:val="0F2043"/>
          <w:sz w:val="21"/>
        </w:rPr>
        <w:t>What to Upload:</w:t>
      </w:r>
    </w:p>
    <w:p w14:paraId="2010FC3A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• </w:t>
      </w:r>
      <w:r>
        <w:t>Photo or copy of the taxi meter validation document.</w:t>
      </w:r>
    </w:p>
    <w:p w14:paraId="46A8EF32" w14:textId="77777777" w:rsidR="007828D4" w:rsidRDefault="009450EE">
      <w:pPr>
        <w:keepNext/>
        <w:pBdr>
          <w:bottom w:val="single" w:sz="4" w:space="2" w:color="D0D7DE"/>
        </w:pBdr>
        <w:spacing w:before="240"/>
      </w:pPr>
      <w:r>
        <w:rPr>
          <w:b/>
          <w:color w:val="0072CE"/>
          <w:sz w:val="23"/>
        </w:rPr>
        <w:t>2.5 Vehicle Registration (SAAQ)</w:t>
      </w:r>
    </w:p>
    <w:p w14:paraId="59ED3EDC" w14:textId="77777777" w:rsidR="007828D4" w:rsidRDefault="009450EE">
      <w:pPr>
        <w:keepNext/>
        <w:spacing w:before="80" w:after="40"/>
      </w:pPr>
      <w:r>
        <w:rPr>
          <w:b/>
          <w:color w:val="0F2043"/>
          <w:sz w:val="21"/>
        </w:rPr>
        <w:t>What to Type (in order):</w:t>
      </w:r>
    </w:p>
    <w:p w14:paraId="7D9154C3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1. </w:t>
      </w:r>
      <w:r>
        <w:t>The expiry date of the vehicle registration.</w:t>
      </w:r>
    </w:p>
    <w:p w14:paraId="4B6DAAAF" w14:textId="77777777" w:rsidR="007828D4" w:rsidRDefault="009450EE">
      <w:pPr>
        <w:keepNext/>
        <w:spacing w:before="80" w:after="40"/>
      </w:pPr>
      <w:r>
        <w:rPr>
          <w:b/>
          <w:color w:val="0F2043"/>
          <w:sz w:val="21"/>
        </w:rPr>
        <w:t>What to Upload:</w:t>
      </w:r>
    </w:p>
    <w:p w14:paraId="4939E081" w14:textId="77777777" w:rsidR="007828D4" w:rsidRDefault="009450EE">
      <w:pPr>
        <w:spacing w:after="40"/>
        <w:ind w:left="288"/>
      </w:pPr>
      <w:r>
        <w:rPr>
          <w:b/>
          <w:color w:val="0072CE"/>
        </w:rPr>
        <w:t xml:space="preserve">• </w:t>
      </w:r>
      <w:r>
        <w:t>Photo or copy of the SAAQ vehicle registration document.</w:t>
      </w:r>
    </w:p>
    <w:p w14:paraId="4C66820A" w14:textId="77777777" w:rsidR="007828D4" w:rsidRDefault="007828D4">
      <w:pPr>
        <w:spacing w:after="16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15"/>
      </w:tblGrid>
      <w:tr w:rsidR="007828D4" w14:paraId="74DB366C" w14:textId="77777777">
        <w:trPr>
          <w:jc w:val="center"/>
        </w:trPr>
        <w:tc>
          <w:tcPr>
            <w:tcW w:w="9360" w:type="dxa"/>
            <w:tcBorders>
              <w:left w:val="single" w:sz="36" w:space="0" w:color="0F2043"/>
            </w:tcBorders>
            <w:shd w:val="clear" w:color="auto" w:fill="EBF3FA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139796EC" w14:textId="77777777" w:rsidR="007828D4" w:rsidRDefault="009450EE">
            <w:pPr>
              <w:spacing w:after="120"/>
            </w:pPr>
            <w:r>
              <w:rPr>
                <w:b/>
                <w:color w:val="0F2043"/>
              </w:rPr>
              <w:t>IMPORTANT TIPS &amp; PROCESS RULES</w:t>
            </w:r>
          </w:p>
          <w:p w14:paraId="398594AE" w14:textId="1D856CFF" w:rsidR="007828D4" w:rsidRDefault="009450EE">
            <w:pPr>
              <w:spacing w:after="60"/>
              <w:ind w:left="216"/>
            </w:pPr>
            <w:r>
              <w:rPr>
                <w:b/>
                <w:color w:val="0072CE"/>
              </w:rPr>
              <w:t xml:space="preserve">• </w:t>
            </w:r>
            <w:r>
              <w:rPr>
                <w:sz w:val="21"/>
              </w:rPr>
              <w:t>Before starting Step 1: Drivers must read the company rules at www.taxiprime</w:t>
            </w:r>
            <w:r w:rsidR="00DE3247">
              <w:rPr>
                <w:sz w:val="21"/>
              </w:rPr>
              <w:t>.ca</w:t>
            </w:r>
            <w:r>
              <w:rPr>
                <w:sz w:val="21"/>
              </w:rPr>
              <w:t>/rules.</w:t>
            </w:r>
          </w:p>
          <w:p w14:paraId="54A5B2D9" w14:textId="77777777" w:rsidR="007828D4" w:rsidRDefault="009450EE">
            <w:pPr>
              <w:spacing w:after="60"/>
              <w:ind w:left="216"/>
            </w:pPr>
            <w:r>
              <w:rPr>
                <w:b/>
                <w:color w:val="0072CE"/>
              </w:rPr>
              <w:t xml:space="preserve">• </w:t>
            </w:r>
            <w:r>
              <w:rPr>
                <w:sz w:val="21"/>
              </w:rPr>
              <w:t>Step 2 availability: Step 2 will only become available after Step 1 has been reviewed and approved by the company.</w:t>
            </w:r>
          </w:p>
          <w:p w14:paraId="73CB0E4A" w14:textId="77777777" w:rsidR="007828D4" w:rsidRDefault="009450EE">
            <w:pPr>
              <w:spacing w:after="60"/>
              <w:ind w:left="216"/>
            </w:pPr>
            <w:r>
              <w:rPr>
                <w:b/>
                <w:color w:val="0072CE"/>
              </w:rPr>
              <w:t xml:space="preserve">• </w:t>
            </w:r>
            <w:r>
              <w:rPr>
                <w:sz w:val="21"/>
              </w:rPr>
              <w:t>Final step: After completing Step 2 and receiving company approval, you will receive a small agreement by email to sign before starting work.</w:t>
            </w:r>
          </w:p>
          <w:p w14:paraId="4FF01675" w14:textId="77777777" w:rsidR="007828D4" w:rsidRDefault="009450EE">
            <w:pPr>
              <w:spacing w:after="60"/>
              <w:ind w:left="216"/>
            </w:pPr>
            <w:r>
              <w:rPr>
                <w:b/>
                <w:color w:val="0072CE"/>
              </w:rPr>
              <w:t xml:space="preserve">• </w:t>
            </w:r>
            <w:r>
              <w:rPr>
                <w:sz w:val="21"/>
              </w:rPr>
              <w:t>Make sure all photos are clear and readable – blurry pictures will be rejected.</w:t>
            </w:r>
          </w:p>
          <w:p w14:paraId="489A5DCC" w14:textId="77777777" w:rsidR="007828D4" w:rsidRDefault="009450EE">
            <w:pPr>
              <w:spacing w:after="60"/>
              <w:ind w:left="216"/>
            </w:pPr>
            <w:r>
              <w:rPr>
                <w:b/>
                <w:color w:val="0072CE"/>
              </w:rPr>
              <w:lastRenderedPageBreak/>
              <w:t xml:space="preserve">• </w:t>
            </w:r>
            <w:r>
              <w:rPr>
                <w:sz w:val="21"/>
              </w:rPr>
              <w:t>Double-check all expiry dates – they must be valid today.</w:t>
            </w:r>
          </w:p>
          <w:p w14:paraId="650D2609" w14:textId="77777777" w:rsidR="007828D4" w:rsidRDefault="009450EE">
            <w:pPr>
              <w:spacing w:after="60"/>
              <w:ind w:left="216"/>
            </w:pPr>
            <w:r>
              <w:rPr>
                <w:b/>
                <w:color w:val="0072CE"/>
              </w:rPr>
              <w:t xml:space="preserve">• </w:t>
            </w:r>
            <w:r>
              <w:rPr>
                <w:sz w:val="21"/>
              </w:rPr>
              <w:t>If you are stuck on any step, use "Skip for now" and ask the office for help later.</w:t>
            </w:r>
          </w:p>
          <w:p w14:paraId="447919AF" w14:textId="77777777" w:rsidR="007828D4" w:rsidRDefault="009450EE">
            <w:pPr>
              <w:spacing w:after="60"/>
              <w:ind w:left="216"/>
            </w:pPr>
            <w:r>
              <w:rPr>
                <w:b/>
                <w:color w:val="0072CE"/>
              </w:rPr>
              <w:t xml:space="preserve">• </w:t>
            </w:r>
            <w:r>
              <w:rPr>
                <w:sz w:val="21"/>
              </w:rPr>
              <w:t>For the mechanical inspection: new cars are exempt if you don't have it yet.</w:t>
            </w:r>
          </w:p>
        </w:tc>
      </w:tr>
    </w:tbl>
    <w:p w14:paraId="18C3C400" w14:textId="77777777" w:rsidR="00F45A0E" w:rsidRDefault="00F45A0E"/>
    <w:p w14:paraId="3EFB6858" w14:textId="77777777" w:rsidR="008135FC" w:rsidRDefault="008135FC"/>
    <w:p w14:paraId="75E1FDDD" w14:textId="3083CA13" w:rsidR="008135FC" w:rsidRPr="00936C5F" w:rsidRDefault="00936C5F" w:rsidP="00936C5F">
      <w:pPr>
        <w:jc w:val="center"/>
        <w:rPr>
          <w:b/>
          <w:bCs/>
          <w:u w:val="single"/>
        </w:rPr>
      </w:pPr>
      <w:r w:rsidRPr="00936C5F">
        <w:rPr>
          <w:rFonts w:ascii="System Font" w:hAnsi="System Font" w:cs="System Font"/>
          <w:b/>
          <w:bCs/>
          <w:color w:val="auto"/>
          <w:sz w:val="26"/>
          <w:szCs w:val="26"/>
          <w:u w:val="single"/>
        </w:rPr>
        <w:t>Scan the QR code below to access the Taxi Prime Driver Portal directly.</w:t>
      </w:r>
    </w:p>
    <w:p w14:paraId="7A2313E2" w14:textId="39743AA4" w:rsidR="008135FC" w:rsidRDefault="008135FC">
      <w:r>
        <w:rPr>
          <w:noProof/>
        </w:rPr>
        <w:drawing>
          <wp:inline distT="0" distB="0" distL="0" distR="0" wp14:anchorId="1097202E" wp14:editId="5640F690">
            <wp:extent cx="5943600" cy="5943600"/>
            <wp:effectExtent l="0" t="0" r="0" b="0"/>
            <wp:docPr id="578785675" name="Picture 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785675" name="Picture 1">
                      <a:hlinkClick r:id="rId9"/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35F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ystem 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8992353">
    <w:abstractNumId w:val="8"/>
  </w:num>
  <w:num w:numId="2" w16cid:durableId="382021379">
    <w:abstractNumId w:val="6"/>
  </w:num>
  <w:num w:numId="3" w16cid:durableId="1604217045">
    <w:abstractNumId w:val="5"/>
  </w:num>
  <w:num w:numId="4" w16cid:durableId="879056008">
    <w:abstractNumId w:val="4"/>
  </w:num>
  <w:num w:numId="5" w16cid:durableId="658074010">
    <w:abstractNumId w:val="7"/>
  </w:num>
  <w:num w:numId="6" w16cid:durableId="930964000">
    <w:abstractNumId w:val="3"/>
  </w:num>
  <w:num w:numId="7" w16cid:durableId="1067648726">
    <w:abstractNumId w:val="2"/>
  </w:num>
  <w:num w:numId="8" w16cid:durableId="899169649">
    <w:abstractNumId w:val="1"/>
  </w:num>
  <w:num w:numId="9" w16cid:durableId="519322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05931"/>
    <w:rsid w:val="00326F90"/>
    <w:rsid w:val="00501506"/>
    <w:rsid w:val="007227C6"/>
    <w:rsid w:val="007828D4"/>
    <w:rsid w:val="008135FC"/>
    <w:rsid w:val="00893E61"/>
    <w:rsid w:val="008C268B"/>
    <w:rsid w:val="00936C5F"/>
    <w:rsid w:val="009450EE"/>
    <w:rsid w:val="00A32C8F"/>
    <w:rsid w:val="00AA1D8D"/>
    <w:rsid w:val="00AC4472"/>
    <w:rsid w:val="00B47730"/>
    <w:rsid w:val="00CB0664"/>
    <w:rsid w:val="00DE3247"/>
    <w:rsid w:val="00F45A0E"/>
    <w:rsid w:val="00F968A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3CC7A0"/>
  <w14:defaultImageDpi w14:val="300"/>
  <w15:docId w15:val="{768AC9A3-7779-7D48-9C50-8E3CB22A0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828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227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2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xiprime.ca/video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axiprime.ca/rule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axiprime.c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driver.icabbi.com/join-fleet/taxi-pr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Manpreet Singh</cp:lastModifiedBy>
  <cp:revision>8</cp:revision>
  <dcterms:created xsi:type="dcterms:W3CDTF">2026-08-19T19:57:00Z</dcterms:created>
  <dcterms:modified xsi:type="dcterms:W3CDTF">2026-08-20T17:07:00Z</dcterms:modified>
  <cp:category/>
</cp:coreProperties>
</file>