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9BE90" w14:textId="77777777" w:rsidR="006C6314" w:rsidRDefault="00552639">
      <w:pPr>
        <w:pStyle w:val="Heading1"/>
        <w:jc w:val="center"/>
      </w:pPr>
      <w:r>
        <w:t>Integrated Marketing Plan: Hospital Volunteer Recruitment</w:t>
      </w:r>
    </w:p>
    <w:p w14:paraId="6090799F" w14:textId="77777777" w:rsidR="006C6314" w:rsidRDefault="00552639">
      <w:pPr>
        <w:pStyle w:val="Heading2"/>
      </w:pPr>
      <w:r>
        <w:t>🎯</w:t>
      </w:r>
      <w:r>
        <w:t xml:space="preserve"> Campaign Objective</w:t>
      </w:r>
    </w:p>
    <w:p w14:paraId="2196A467" w14:textId="64D8A03C" w:rsidR="006C6314" w:rsidRDefault="00552639" w:rsidP="004E2E5E">
      <w:pPr>
        <w:pStyle w:val="NoSpacing"/>
      </w:pPr>
      <w:r>
        <w:t>Primary Goal:</w:t>
      </w:r>
      <w:r>
        <w:t xml:space="preserve"> Increase volunteer applications from adults aged 50–70 in the Camden Clark service region by leveraging compelling storytelling, strategic digital </w:t>
      </w:r>
      <w:r>
        <w:t>placement, and community presence.</w:t>
      </w:r>
    </w:p>
    <w:p w14:paraId="2B2DBC84" w14:textId="2D19EF8B" w:rsidR="006C6314" w:rsidRDefault="00552639" w:rsidP="004E2E5E">
      <w:pPr>
        <w:pStyle w:val="NoSpacing"/>
      </w:pPr>
      <w:r>
        <w:t>Key Messages:</w:t>
      </w:r>
    </w:p>
    <w:p w14:paraId="14A5D72B" w14:textId="36A2D6A6" w:rsidR="006C6314" w:rsidRDefault="00552639" w:rsidP="004E2E5E">
      <w:pPr>
        <w:pStyle w:val="NoSpacing"/>
        <w:numPr>
          <w:ilvl w:val="0"/>
          <w:numId w:val="14"/>
        </w:numPr>
      </w:pPr>
      <w:r>
        <w:t>“Make a Difference Where It Matters Most.”</w:t>
      </w:r>
    </w:p>
    <w:p w14:paraId="393C3D7A" w14:textId="65B9BBC3" w:rsidR="006C6314" w:rsidRDefault="00552639" w:rsidP="004E2E5E">
      <w:pPr>
        <w:pStyle w:val="NoSpacing"/>
        <w:numPr>
          <w:ilvl w:val="0"/>
          <w:numId w:val="14"/>
        </w:numPr>
      </w:pPr>
      <w:r>
        <w:t>“Your Time, Their Comfort—Volunteer at Camden Clark.”</w:t>
      </w:r>
    </w:p>
    <w:p w14:paraId="570F3547" w14:textId="79A976D7" w:rsidR="006C6314" w:rsidRDefault="00552639" w:rsidP="004E2E5E">
      <w:pPr>
        <w:pStyle w:val="NoSpacing"/>
        <w:numPr>
          <w:ilvl w:val="0"/>
          <w:numId w:val="14"/>
        </w:numPr>
      </w:pPr>
      <w:r>
        <w:t>“Giving Back is a Gift You Can Feel.”</w:t>
      </w:r>
    </w:p>
    <w:p w14:paraId="7D7BDB53" w14:textId="77777777" w:rsidR="006C6314" w:rsidRDefault="00552639">
      <w:pPr>
        <w:pStyle w:val="Heading2"/>
      </w:pPr>
      <w:r>
        <w:rPr>
          <w:rFonts w:ascii="Segoe UI Symbol" w:hAnsi="Segoe UI Symbol" w:cs="Segoe UI Symbol"/>
        </w:rPr>
        <w:t>📽</w:t>
      </w:r>
      <w:r>
        <w:t xml:space="preserve"> 1. Short-Form Video Strategy (15–30 Seconds)</w:t>
      </w:r>
    </w:p>
    <w:p w14:paraId="139A0CFF" w14:textId="22034A30" w:rsidR="006C6314" w:rsidRDefault="00552639" w:rsidP="004E2E5E">
      <w:pPr>
        <w:pStyle w:val="NoSpacing"/>
      </w:pPr>
      <w:r w:rsidRPr="00985F4D">
        <w:rPr>
          <w:b/>
          <w:bCs/>
        </w:rPr>
        <w:t>Use On:</w:t>
      </w:r>
      <w:r>
        <w:t xml:space="preserve"> WTAP Pre-roll, Facebook, Instagram, Website Homepage, YouTube</w:t>
      </w:r>
    </w:p>
    <w:p w14:paraId="17F14045" w14:textId="7777073D" w:rsidR="006C6314" w:rsidRPr="00985F4D" w:rsidRDefault="00552639" w:rsidP="004E2E5E">
      <w:pPr>
        <w:pStyle w:val="NoSpacing"/>
        <w:rPr>
          <w:b/>
          <w:bCs/>
        </w:rPr>
      </w:pPr>
      <w:r w:rsidRPr="00985F4D">
        <w:rPr>
          <w:b/>
          <w:bCs/>
        </w:rPr>
        <w:t>Concept:</w:t>
      </w:r>
    </w:p>
    <w:p w14:paraId="1D3B624C" w14:textId="4BDE1CE8" w:rsidR="006C6314" w:rsidRDefault="00552639" w:rsidP="004E2E5E">
      <w:pPr>
        <w:pStyle w:val="NoSpacing"/>
      </w:pPr>
      <w:r>
        <w:t>Testimonials from 2–3 volunteers sharing:</w:t>
      </w:r>
    </w:p>
    <w:p w14:paraId="0A36BF2D" w14:textId="111F2DED" w:rsidR="006C6314" w:rsidRDefault="00552639" w:rsidP="004E2E5E">
      <w:pPr>
        <w:pStyle w:val="NoSpacing"/>
        <w:numPr>
          <w:ilvl w:val="0"/>
          <w:numId w:val="15"/>
        </w:numPr>
      </w:pPr>
      <w:r>
        <w:t>Why they volunteer</w:t>
      </w:r>
    </w:p>
    <w:p w14:paraId="7150D259" w14:textId="501BEDAD" w:rsidR="006C6314" w:rsidRDefault="00552639" w:rsidP="004E2E5E">
      <w:pPr>
        <w:pStyle w:val="NoSpacing"/>
        <w:numPr>
          <w:ilvl w:val="0"/>
          <w:numId w:val="15"/>
        </w:numPr>
      </w:pPr>
      <w:r>
        <w:t>What they love about their role</w:t>
      </w:r>
    </w:p>
    <w:p w14:paraId="44A29898" w14:textId="7E890325" w:rsidR="006C6314" w:rsidRDefault="00552639" w:rsidP="004E2E5E">
      <w:pPr>
        <w:pStyle w:val="NoSpacing"/>
        <w:numPr>
          <w:ilvl w:val="0"/>
          <w:numId w:val="15"/>
        </w:numPr>
      </w:pPr>
      <w:r>
        <w:t>The impact they see firsthand</w:t>
      </w:r>
    </w:p>
    <w:p w14:paraId="2CC4C73A" w14:textId="1EA6F3FD" w:rsidR="006C6314" w:rsidRDefault="00552639" w:rsidP="004E2E5E">
      <w:pPr>
        <w:pStyle w:val="NoSpacing"/>
      </w:pPr>
      <w:r w:rsidRPr="004E2E5E">
        <w:rPr>
          <w:b/>
          <w:bCs/>
        </w:rPr>
        <w:t>B-roll shots:</w:t>
      </w:r>
      <w:r>
        <w:t xml:space="preserve"> Volunteers in gift shop, snack cart, central registration, outpatient waiting areas</w:t>
      </w:r>
    </w:p>
    <w:p w14:paraId="141BC4E7" w14:textId="77D944C3" w:rsidR="006C6314" w:rsidRDefault="00552639" w:rsidP="004E2E5E">
      <w:pPr>
        <w:pStyle w:val="NoSpacing"/>
      </w:pPr>
      <w:r w:rsidRPr="00985F4D">
        <w:rPr>
          <w:b/>
          <w:bCs/>
        </w:rPr>
        <w:t>CTA:</w:t>
      </w:r>
      <w:r w:rsidRPr="00985F4D">
        <w:t xml:space="preserve"> “</w:t>
      </w:r>
      <w:r>
        <w:t>Volunteer Today at wvumedicine.org/</w:t>
      </w:r>
      <w:r w:rsidR="004E2E5E">
        <w:t>Camden-</w:t>
      </w:r>
      <w:proofErr w:type="spellStart"/>
      <w:r w:rsidR="004E2E5E">
        <w:t>clark</w:t>
      </w:r>
      <w:proofErr w:type="spellEnd"/>
      <w:proofErr w:type="gramStart"/>
      <w:r w:rsidR="004E2E5E">
        <w:t>/</w:t>
      </w:r>
      <w:r w:rsidR="004E2E5E" w:rsidRPr="004E2E5E">
        <w:rPr>
          <w:i/>
          <w:iCs/>
        </w:rPr>
        <w:t>(</w:t>
      </w:r>
      <w:proofErr w:type="gramEnd"/>
      <w:r w:rsidR="004E2E5E" w:rsidRPr="004E2E5E">
        <w:rPr>
          <w:i/>
          <w:iCs/>
        </w:rPr>
        <w:t>volunteer page, reactivated)</w:t>
      </w:r>
    </w:p>
    <w:p w14:paraId="085D9AAD" w14:textId="31AE39DC" w:rsidR="006C6314" w:rsidRDefault="00552639" w:rsidP="004E2E5E">
      <w:pPr>
        <w:pStyle w:val="NoSpacing"/>
      </w:pPr>
      <w:r w:rsidRPr="00985F4D">
        <w:rPr>
          <w:b/>
          <w:bCs/>
        </w:rPr>
        <w:t>Tone:</w:t>
      </w:r>
      <w:r>
        <w:t xml:space="preserve"> Warm, personal, community-focused</w:t>
      </w:r>
    </w:p>
    <w:p w14:paraId="0A03A0A3" w14:textId="6D845D3D" w:rsidR="006C6314" w:rsidRPr="00985F4D" w:rsidRDefault="00552639" w:rsidP="004E2E5E">
      <w:pPr>
        <w:pStyle w:val="NoSpacing"/>
        <w:rPr>
          <w:b/>
          <w:bCs/>
        </w:rPr>
      </w:pPr>
      <w:r w:rsidRPr="00985F4D">
        <w:rPr>
          <w:b/>
          <w:bCs/>
        </w:rPr>
        <w:t>Distribution Plan:</w:t>
      </w:r>
    </w:p>
    <w:p w14:paraId="4836531F" w14:textId="35275542" w:rsidR="006C6314" w:rsidRDefault="00552639" w:rsidP="004E2E5E">
      <w:pPr>
        <w:pStyle w:val="NoSpacing"/>
      </w:pPr>
      <w:r>
        <w:t>3–4 total video cuts, rotated to avoid ad fatigue</w:t>
      </w:r>
    </w:p>
    <w:p w14:paraId="671FB828" w14:textId="4F496B66" w:rsidR="006C6314" w:rsidRDefault="00552639" w:rsidP="00985F4D">
      <w:pPr>
        <w:pStyle w:val="ListParagraph"/>
        <w:numPr>
          <w:ilvl w:val="0"/>
          <w:numId w:val="12"/>
        </w:numPr>
      </w:pPr>
      <w:r>
        <w:t>Boosted 2x/month on social media</w:t>
      </w:r>
    </w:p>
    <w:p w14:paraId="46E8C5F3" w14:textId="0AE99733" w:rsidR="006C6314" w:rsidRDefault="00552639" w:rsidP="00985F4D">
      <w:pPr>
        <w:pStyle w:val="ListParagraph"/>
        <w:numPr>
          <w:ilvl w:val="0"/>
          <w:numId w:val="12"/>
        </w:numPr>
      </w:pPr>
      <w:r>
        <w:t>Embedded on Volunteer landing page</w:t>
      </w:r>
    </w:p>
    <w:p w14:paraId="6AFED8EF" w14:textId="15C5136E" w:rsidR="006C6314" w:rsidRDefault="00552639" w:rsidP="00985F4D">
      <w:pPr>
        <w:pStyle w:val="ListParagraph"/>
        <w:numPr>
          <w:ilvl w:val="0"/>
          <w:numId w:val="12"/>
        </w:numPr>
      </w:pPr>
      <w:r>
        <w:t>Included in newsletters and shared organically</w:t>
      </w:r>
    </w:p>
    <w:p w14:paraId="4DD54AF9" w14:textId="77777777" w:rsidR="006C6314" w:rsidRDefault="00552639">
      <w:pPr>
        <w:pStyle w:val="Heading2"/>
      </w:pPr>
      <w:r>
        <w:rPr>
          <w:rFonts w:ascii="Segoe UI Symbol" w:hAnsi="Segoe UI Symbol" w:cs="Segoe UI Symbol"/>
        </w:rPr>
        <w:t>🖼</w:t>
      </w:r>
      <w:r>
        <w:t xml:space="preserve"> 2. Display Ads</w:t>
      </w:r>
    </w:p>
    <w:p w14:paraId="0AAA1FEE" w14:textId="75A653F7" w:rsidR="006C6314" w:rsidRDefault="00552639" w:rsidP="004E2E5E">
      <w:pPr>
        <w:pStyle w:val="NoSpacing"/>
      </w:pPr>
      <w:r w:rsidRPr="004E2E5E">
        <w:rPr>
          <w:b/>
          <w:bCs/>
        </w:rPr>
        <w:t>Platforms:</w:t>
      </w:r>
      <w:r>
        <w:t xml:space="preserve"> WTAP, Marietta Times, Parkersburg News and Sentinel</w:t>
      </w:r>
    </w:p>
    <w:p w14:paraId="3B97AF66" w14:textId="7D140DF4" w:rsidR="006C6314" w:rsidRDefault="00552639" w:rsidP="004E2E5E">
      <w:pPr>
        <w:pStyle w:val="NoSpacing"/>
      </w:pPr>
      <w:r w:rsidRPr="004E2E5E">
        <w:rPr>
          <w:b/>
          <w:bCs/>
        </w:rPr>
        <w:t>Ad Sizes:</w:t>
      </w:r>
      <w:r>
        <w:t xml:space="preserve"> Leaderboard (728x90), Medium Rectangle (300x250), Mobile Banner (320x50)</w:t>
      </w:r>
    </w:p>
    <w:p w14:paraId="4530AFE6" w14:textId="0A47F36D" w:rsidR="006C6314" w:rsidRPr="004E2E5E" w:rsidRDefault="00552639" w:rsidP="004E2E5E">
      <w:pPr>
        <w:pStyle w:val="NoSpacing"/>
        <w:rPr>
          <w:b/>
          <w:bCs/>
        </w:rPr>
      </w:pPr>
      <w:r w:rsidRPr="004E2E5E">
        <w:rPr>
          <w:b/>
          <w:bCs/>
        </w:rPr>
        <w:t>Messaging Variants:</w:t>
      </w:r>
    </w:p>
    <w:p w14:paraId="77D8EE35" w14:textId="6387BC7C" w:rsidR="006C6314" w:rsidRDefault="00552639" w:rsidP="004E2E5E">
      <w:pPr>
        <w:pStyle w:val="NoSpacing"/>
        <w:numPr>
          <w:ilvl w:val="0"/>
          <w:numId w:val="12"/>
        </w:numPr>
      </w:pPr>
      <w:r>
        <w:t>“Looking for a new way to give back? Volunteer with us.”</w:t>
      </w:r>
    </w:p>
    <w:p w14:paraId="5837576C" w14:textId="6956CEF7" w:rsidR="006C6314" w:rsidRDefault="00552639" w:rsidP="004E2E5E">
      <w:pPr>
        <w:pStyle w:val="NoSpacing"/>
        <w:numPr>
          <w:ilvl w:val="0"/>
          <w:numId w:val="12"/>
        </w:numPr>
      </w:pPr>
      <w:r>
        <w:t>“Find fulfillment. Make a friend. Be a hospital volunteer.”</w:t>
      </w:r>
    </w:p>
    <w:p w14:paraId="5E21A0ED" w14:textId="5178237A" w:rsidR="006C6314" w:rsidRDefault="00552639" w:rsidP="004E2E5E">
      <w:pPr>
        <w:pStyle w:val="NoSpacing"/>
      </w:pPr>
      <w:r w:rsidRPr="004E2E5E">
        <w:rPr>
          <w:b/>
          <w:bCs/>
        </w:rPr>
        <w:t>Visuals:</w:t>
      </w:r>
      <w:r>
        <w:t xml:space="preserve"> Smiling volunteers in-action; branded with Camden Clark logo and </w:t>
      </w:r>
      <w:r>
        <w:t>“Volunteer Today” button</w:t>
      </w:r>
    </w:p>
    <w:p w14:paraId="4B278401" w14:textId="77777777" w:rsidR="006C6314" w:rsidRDefault="00552639">
      <w:pPr>
        <w:pStyle w:val="Heading2"/>
      </w:pPr>
      <w:r>
        <w:t>📣</w:t>
      </w:r>
      <w:r>
        <w:t xml:space="preserve"> 3. Paid Social Media Ads</w:t>
      </w:r>
    </w:p>
    <w:p w14:paraId="46000762" w14:textId="156168CF" w:rsidR="006C6314" w:rsidRDefault="00552639" w:rsidP="004E2E5E">
      <w:pPr>
        <w:pStyle w:val="NoSpacing"/>
      </w:pPr>
      <w:r w:rsidRPr="004E2E5E">
        <w:rPr>
          <w:b/>
          <w:bCs/>
        </w:rPr>
        <w:t>Target Audience:</w:t>
      </w:r>
      <w:r>
        <w:t xml:space="preserve"> Females aged 50–70 within 30 miles of Camden Clark with interests in volunteering, non-profits, and community service.</w:t>
      </w:r>
    </w:p>
    <w:p w14:paraId="0A281F75" w14:textId="54FE894A" w:rsidR="006C6314" w:rsidRDefault="00552639" w:rsidP="004E2E5E">
      <w:pPr>
        <w:pStyle w:val="NoSpacing"/>
      </w:pPr>
      <w:r w:rsidRPr="004E2E5E">
        <w:rPr>
          <w:b/>
          <w:bCs/>
        </w:rPr>
        <w:t>Platforms:</w:t>
      </w:r>
      <w:r>
        <w:t xml:space="preserve"> Facebook, Instagram, YouTube (pre-roll)</w:t>
      </w:r>
    </w:p>
    <w:p w14:paraId="404B91B6" w14:textId="43E5CFA6" w:rsidR="006C6314" w:rsidRPr="004E2E5E" w:rsidRDefault="00552639" w:rsidP="004E2E5E">
      <w:pPr>
        <w:pStyle w:val="NoSpacing"/>
        <w:rPr>
          <w:b/>
          <w:bCs/>
        </w:rPr>
      </w:pPr>
      <w:r w:rsidRPr="004E2E5E">
        <w:rPr>
          <w:b/>
          <w:bCs/>
        </w:rPr>
        <w:t>Tactics:</w:t>
      </w:r>
    </w:p>
    <w:p w14:paraId="2E21D486" w14:textId="1C6130B0" w:rsidR="006C6314" w:rsidRDefault="00552639" w:rsidP="004E2E5E">
      <w:pPr>
        <w:pStyle w:val="NoSpacing"/>
        <w:numPr>
          <w:ilvl w:val="0"/>
          <w:numId w:val="12"/>
        </w:numPr>
      </w:pPr>
      <w:r>
        <w:t>A/B test static image vs. short video</w:t>
      </w:r>
    </w:p>
    <w:p w14:paraId="62E2F79D" w14:textId="5795916C" w:rsidR="006C6314" w:rsidRDefault="00552639" w:rsidP="004E2E5E">
      <w:pPr>
        <w:pStyle w:val="NoSpacing"/>
        <w:numPr>
          <w:ilvl w:val="0"/>
          <w:numId w:val="12"/>
        </w:numPr>
      </w:pPr>
      <w:r>
        <w:t>Highlight testimonials vs. event perks</w:t>
      </w:r>
    </w:p>
    <w:p w14:paraId="38422132" w14:textId="1CAD7BBE" w:rsidR="006C6314" w:rsidRDefault="00552639" w:rsidP="004E2E5E">
      <w:pPr>
        <w:pStyle w:val="NoSpacing"/>
      </w:pPr>
      <w:r w:rsidRPr="004E2E5E">
        <w:rPr>
          <w:b/>
          <w:bCs/>
        </w:rPr>
        <w:t>KPIs:</w:t>
      </w:r>
      <w:r>
        <w:t xml:space="preserve"> CTR, CPC, landing page visits and sign-ups</w:t>
      </w:r>
    </w:p>
    <w:p w14:paraId="5C0048DD" w14:textId="77777777" w:rsidR="006C6314" w:rsidRDefault="00552639">
      <w:pPr>
        <w:pStyle w:val="Heading2"/>
      </w:pPr>
      <w:r>
        <w:lastRenderedPageBreak/>
        <w:t>📱</w:t>
      </w:r>
      <w:r>
        <w:t xml:space="preserve"> 4. Organic Facebook Posts</w:t>
      </w:r>
    </w:p>
    <w:p w14:paraId="11F82DFD" w14:textId="272458FD" w:rsidR="006C6314" w:rsidRDefault="00552639" w:rsidP="004E2E5E">
      <w:pPr>
        <w:pStyle w:val="NoSpacing"/>
      </w:pPr>
      <w:r w:rsidRPr="004E2E5E">
        <w:rPr>
          <w:b/>
          <w:bCs/>
        </w:rPr>
        <w:t>Cadence:</w:t>
      </w:r>
      <w:r>
        <w:t xml:space="preserve"> 2–3 per month integrated into overall content plan</w:t>
      </w:r>
    </w:p>
    <w:p w14:paraId="7909055E" w14:textId="3AE8AAA2" w:rsidR="006C6314" w:rsidRPr="004E2E5E" w:rsidRDefault="00552639" w:rsidP="004E2E5E">
      <w:pPr>
        <w:pStyle w:val="NoSpacing"/>
        <w:rPr>
          <w:b/>
          <w:bCs/>
        </w:rPr>
      </w:pPr>
      <w:r w:rsidRPr="004E2E5E">
        <w:rPr>
          <w:b/>
          <w:bCs/>
        </w:rPr>
        <w:t>Types of Posts:</w:t>
      </w:r>
    </w:p>
    <w:p w14:paraId="6A1FEBC5" w14:textId="1C151A7C" w:rsidR="006C6314" w:rsidRDefault="00552639" w:rsidP="004E2E5E">
      <w:pPr>
        <w:pStyle w:val="NoSpacing"/>
        <w:numPr>
          <w:ilvl w:val="0"/>
          <w:numId w:val="12"/>
        </w:numPr>
      </w:pPr>
      <w:r>
        <w:t>Volunteer Spotlights</w:t>
      </w:r>
    </w:p>
    <w:p w14:paraId="65A4D1E3" w14:textId="70A5B679" w:rsidR="006C6314" w:rsidRDefault="00552639" w:rsidP="004E2E5E">
      <w:pPr>
        <w:pStyle w:val="NoSpacing"/>
        <w:numPr>
          <w:ilvl w:val="0"/>
          <w:numId w:val="12"/>
        </w:numPr>
      </w:pPr>
      <w:r>
        <w:t>“Day in the Life” Snapshots</w:t>
      </w:r>
    </w:p>
    <w:p w14:paraId="7F14CBD3" w14:textId="20563F56" w:rsidR="006C6314" w:rsidRDefault="00552639" w:rsidP="004E2E5E">
      <w:pPr>
        <w:pStyle w:val="NoSpacing"/>
        <w:numPr>
          <w:ilvl w:val="0"/>
          <w:numId w:val="12"/>
        </w:numPr>
      </w:pPr>
      <w:r>
        <w:t>Behind-the-Scenes at Events</w:t>
      </w:r>
    </w:p>
    <w:p w14:paraId="5BDC601A" w14:textId="27C897FE" w:rsidR="006C6314" w:rsidRDefault="00552639" w:rsidP="004E2E5E">
      <w:pPr>
        <w:pStyle w:val="NoSpacing"/>
        <w:numPr>
          <w:ilvl w:val="0"/>
          <w:numId w:val="12"/>
        </w:numPr>
      </w:pPr>
      <w:r>
        <w:t>Event Promo</w:t>
      </w:r>
    </w:p>
    <w:p w14:paraId="305FA86D" w14:textId="0380122D" w:rsidR="006C6314" w:rsidRDefault="00552639" w:rsidP="004E2E5E">
      <w:pPr>
        <w:pStyle w:val="NoSpacing"/>
      </w:pPr>
      <w:r w:rsidRPr="004E2E5E">
        <w:rPr>
          <w:b/>
          <w:bCs/>
        </w:rPr>
        <w:t>Hashtags:</w:t>
      </w:r>
      <w:r>
        <w:t xml:space="preserve"> #CamdenClarkVolunteers #GiveBackMOV #VolunteerVoices</w:t>
      </w:r>
    </w:p>
    <w:p w14:paraId="60CD3569" w14:textId="77777777" w:rsidR="006C6314" w:rsidRDefault="00552639">
      <w:pPr>
        <w:pStyle w:val="Heading2"/>
      </w:pPr>
      <w:r>
        <w:t>📰</w:t>
      </w:r>
      <w:r>
        <w:t xml:space="preserve"> 5. Flyers / Rack Cards</w:t>
      </w:r>
    </w:p>
    <w:p w14:paraId="3B86F8DA" w14:textId="0AA3A99E" w:rsidR="006C6314" w:rsidRDefault="00552639" w:rsidP="004E2E5E">
      <w:pPr>
        <w:pStyle w:val="NoSpacing"/>
      </w:pPr>
      <w:r w:rsidRPr="004E2E5E">
        <w:rPr>
          <w:b/>
          <w:bCs/>
        </w:rPr>
        <w:t>Distribution Plan:</w:t>
      </w:r>
      <w:r>
        <w:t xml:space="preserve"> Libraries, senior centers, churches, civic groups, welcome bags, volunteer fairs</w:t>
      </w:r>
    </w:p>
    <w:p w14:paraId="440598C3" w14:textId="25653778" w:rsidR="006C6314" w:rsidRDefault="00552639" w:rsidP="004E2E5E">
      <w:pPr>
        <w:pStyle w:val="NoSpacing"/>
      </w:pPr>
      <w:r w:rsidRPr="004E2E5E">
        <w:rPr>
          <w:b/>
          <w:bCs/>
        </w:rPr>
        <w:t>Design Elements:</w:t>
      </w:r>
      <w:r>
        <w:t xml:space="preserve"> Smiling volunteer photo, brief CTA, contact info, URL, QR code</w:t>
      </w:r>
    </w:p>
    <w:p w14:paraId="25C25B51" w14:textId="23AF55CA" w:rsidR="006C6314" w:rsidRDefault="00552639" w:rsidP="004E2E5E">
      <w:pPr>
        <w:pStyle w:val="NoSpacing"/>
      </w:pPr>
      <w:r w:rsidRPr="004E2E5E">
        <w:rPr>
          <w:b/>
          <w:bCs/>
        </w:rPr>
        <w:t>Tone:</w:t>
      </w:r>
      <w:r>
        <w:t xml:space="preserve"> Friendly, informative, confidence-inspiring</w:t>
      </w:r>
    </w:p>
    <w:p w14:paraId="2C35EA2D" w14:textId="77777777" w:rsidR="006C6314" w:rsidRDefault="00552639">
      <w:pPr>
        <w:pStyle w:val="Heading2"/>
      </w:pPr>
      <w:r>
        <w:t>🗞</w:t>
      </w:r>
      <w:r>
        <w:t xml:space="preserve"> 6. Newsletter + Print Integration</w:t>
      </w:r>
    </w:p>
    <w:p w14:paraId="2B657938" w14:textId="51FBC326" w:rsidR="006C6314" w:rsidRDefault="00552639" w:rsidP="004E2E5E">
      <w:pPr>
        <w:pStyle w:val="NoSpacing"/>
      </w:pPr>
      <w:r w:rsidRPr="004E2E5E">
        <w:rPr>
          <w:b/>
          <w:bCs/>
        </w:rPr>
        <w:t>Channels:</w:t>
      </w:r>
      <w:r>
        <w:t xml:space="preserve"> Pulse, Edge, </w:t>
      </w:r>
      <w:proofErr w:type="spellStart"/>
      <w:r>
        <w:t>HealthCheck</w:t>
      </w:r>
      <w:proofErr w:type="spellEnd"/>
      <w:r>
        <w:t xml:space="preserve"> Magazine, Foundation Newsletter</w:t>
      </w:r>
    </w:p>
    <w:p w14:paraId="6EE82E03" w14:textId="500459F4" w:rsidR="006C6314" w:rsidRDefault="00552639" w:rsidP="004E2E5E">
      <w:pPr>
        <w:pStyle w:val="NoSpacing"/>
      </w:pPr>
      <w:r w:rsidRPr="004E2E5E">
        <w:rPr>
          <w:b/>
          <w:bCs/>
        </w:rPr>
        <w:t>Content:</w:t>
      </w:r>
      <w:r>
        <w:t xml:space="preserve"> Feature stories, photos, testimonials, sign-up links/QR</w:t>
      </w:r>
    </w:p>
    <w:p w14:paraId="5C3A0CAB" w14:textId="0ED65840" w:rsidR="006C6314" w:rsidRDefault="00552639" w:rsidP="004E2E5E">
      <w:pPr>
        <w:pStyle w:val="NoSpacing"/>
      </w:pPr>
      <w:r w:rsidRPr="004E2E5E">
        <w:rPr>
          <w:b/>
          <w:bCs/>
        </w:rPr>
        <w:t>Timing:</w:t>
      </w:r>
      <w:r>
        <w:t xml:space="preserve"> Feature in next 2 quarterly issues</w:t>
      </w:r>
    </w:p>
    <w:p w14:paraId="3A04E565" w14:textId="77777777" w:rsidR="006C6314" w:rsidRDefault="00552639">
      <w:pPr>
        <w:pStyle w:val="Heading2"/>
      </w:pPr>
      <w:r>
        <w:t>👥</w:t>
      </w:r>
      <w:r>
        <w:t xml:space="preserve"> Team Coordination Plan</w:t>
      </w:r>
    </w:p>
    <w:p w14:paraId="68E13565" w14:textId="1E8F7941" w:rsidR="006C6314" w:rsidRPr="004E2E5E" w:rsidRDefault="00552639" w:rsidP="004E2E5E">
      <w:pPr>
        <w:pStyle w:val="NoSpacing"/>
        <w:rPr>
          <w:b/>
          <w:bCs/>
        </w:rPr>
      </w:pPr>
      <w:r w:rsidRPr="004E2E5E">
        <w:rPr>
          <w:b/>
          <w:bCs/>
        </w:rPr>
        <w:t>Volunteer Recruitment Team Will:</w:t>
      </w:r>
    </w:p>
    <w:p w14:paraId="22CA5E80" w14:textId="52BB1996" w:rsidR="006C6314" w:rsidRDefault="00552639" w:rsidP="004E2E5E">
      <w:pPr>
        <w:pStyle w:val="NoSpacing"/>
        <w:numPr>
          <w:ilvl w:val="0"/>
          <w:numId w:val="12"/>
        </w:numPr>
      </w:pPr>
      <w:r>
        <w:t xml:space="preserve">Identify volunteers for video and </w:t>
      </w:r>
      <w:r>
        <w:t>photography</w:t>
      </w:r>
    </w:p>
    <w:p w14:paraId="4898232D" w14:textId="6ED16ECC" w:rsidR="006C6314" w:rsidRDefault="00552639" w:rsidP="004E2E5E">
      <w:pPr>
        <w:pStyle w:val="NoSpacing"/>
        <w:numPr>
          <w:ilvl w:val="0"/>
          <w:numId w:val="12"/>
        </w:numPr>
      </w:pPr>
      <w:r>
        <w:t>Schedule participants</w:t>
      </w:r>
    </w:p>
    <w:p w14:paraId="0F8A448D" w14:textId="7ADB3C4C" w:rsidR="006C6314" w:rsidRPr="004E2E5E" w:rsidRDefault="00552639" w:rsidP="004E2E5E">
      <w:pPr>
        <w:pStyle w:val="NoSpacing"/>
        <w:rPr>
          <w:b/>
          <w:bCs/>
        </w:rPr>
      </w:pPr>
      <w:r w:rsidRPr="004E2E5E">
        <w:rPr>
          <w:b/>
          <w:bCs/>
        </w:rPr>
        <w:t>Marketing Team Will:</w:t>
      </w:r>
    </w:p>
    <w:p w14:paraId="46748879" w14:textId="03EF0700" w:rsidR="006C6314" w:rsidRDefault="00552639" w:rsidP="004E2E5E">
      <w:pPr>
        <w:pStyle w:val="NoSpacing"/>
        <w:numPr>
          <w:ilvl w:val="0"/>
          <w:numId w:val="12"/>
        </w:numPr>
      </w:pPr>
      <w:r>
        <w:t>Script and film</w:t>
      </w:r>
    </w:p>
    <w:p w14:paraId="7FA46D15" w14:textId="03EC48D2" w:rsidR="006C6314" w:rsidRDefault="00552639" w:rsidP="004E2E5E">
      <w:pPr>
        <w:pStyle w:val="NoSpacing"/>
        <w:numPr>
          <w:ilvl w:val="0"/>
          <w:numId w:val="12"/>
        </w:numPr>
      </w:pPr>
      <w:r>
        <w:t>Manage media creation and ad placement</w:t>
      </w:r>
    </w:p>
    <w:p w14:paraId="61F9CABE" w14:textId="77777777" w:rsidR="006C6314" w:rsidRDefault="00552639">
      <w:pPr>
        <w:pStyle w:val="Heading2"/>
      </w:pPr>
      <w:r>
        <w:t>📆</w:t>
      </w:r>
      <w:r>
        <w:t xml:space="preserve"> Recommended Timeline (12 Weeks)</w:t>
      </w:r>
    </w:p>
    <w:p w14:paraId="0BA601C9" w14:textId="2C04CCD3" w:rsidR="006C6314" w:rsidRDefault="00552639" w:rsidP="004E2E5E">
      <w:pPr>
        <w:pStyle w:val="NoSpacing"/>
      </w:pPr>
      <w:r>
        <w:t>|</w:t>
      </w:r>
      <w:r w:rsidR="004E2E5E">
        <w:t>Weeks</w:t>
      </w:r>
      <w:r>
        <w:t xml:space="preserve"> 1–2 | Identify volunteer participants; begin creative </w:t>
      </w:r>
      <w:r>
        <w:t xml:space="preserve">scripting </w:t>
      </w:r>
    </w:p>
    <w:p w14:paraId="7A9F31AA" w14:textId="2A05651D" w:rsidR="006C6314" w:rsidRDefault="00552639" w:rsidP="004E2E5E">
      <w:pPr>
        <w:pStyle w:val="NoSpacing"/>
      </w:pPr>
      <w:r>
        <w:t>|</w:t>
      </w:r>
      <w:r w:rsidR="004E2E5E" w:rsidRPr="004E2E5E">
        <w:t xml:space="preserve"> </w:t>
      </w:r>
      <w:r w:rsidR="004E2E5E">
        <w:t>Weeks</w:t>
      </w:r>
      <w:r>
        <w:t xml:space="preserve"> 3–4 | Film and photograph volunteers </w:t>
      </w:r>
    </w:p>
    <w:p w14:paraId="4841490F" w14:textId="3FB55186" w:rsidR="006C6314" w:rsidRDefault="00552639" w:rsidP="004E2E5E">
      <w:pPr>
        <w:pStyle w:val="NoSpacing"/>
      </w:pPr>
      <w:r>
        <w:t>|</w:t>
      </w:r>
      <w:r w:rsidR="004E2E5E" w:rsidRPr="004E2E5E">
        <w:t xml:space="preserve"> </w:t>
      </w:r>
      <w:r w:rsidR="004E2E5E">
        <w:t>Weeks</w:t>
      </w:r>
      <w:r>
        <w:t xml:space="preserve"> 5–6 | Edit videos and create display/social graphics </w:t>
      </w:r>
    </w:p>
    <w:p w14:paraId="0B9C997F" w14:textId="002FAABA" w:rsidR="006C6314" w:rsidRDefault="00552639" w:rsidP="004E2E5E">
      <w:pPr>
        <w:pStyle w:val="NoSpacing"/>
      </w:pPr>
      <w:r>
        <w:t>|</w:t>
      </w:r>
      <w:r w:rsidR="004E2E5E" w:rsidRPr="004E2E5E">
        <w:t xml:space="preserve"> </w:t>
      </w:r>
      <w:r w:rsidR="004E2E5E">
        <w:t>Weeks</w:t>
      </w:r>
      <w:r>
        <w:t xml:space="preserve"> 7 | Launch video and display ads </w:t>
      </w:r>
    </w:p>
    <w:p w14:paraId="11B956D6" w14:textId="396F5C2B" w:rsidR="006C6314" w:rsidRDefault="00552639" w:rsidP="004E2E5E">
      <w:pPr>
        <w:pStyle w:val="NoSpacing"/>
      </w:pPr>
      <w:r>
        <w:t>|</w:t>
      </w:r>
      <w:r w:rsidR="004E2E5E" w:rsidRPr="004E2E5E">
        <w:t xml:space="preserve"> </w:t>
      </w:r>
      <w:r w:rsidR="004E2E5E">
        <w:t>Weeks</w:t>
      </w:r>
      <w:r>
        <w:t xml:space="preserve"> 8 | Start social ad campaign &amp; organic posts </w:t>
      </w:r>
    </w:p>
    <w:p w14:paraId="0E44FDFA" w14:textId="059ED573" w:rsidR="006C6314" w:rsidRDefault="00552639" w:rsidP="004E2E5E">
      <w:pPr>
        <w:pStyle w:val="NoSpacing"/>
      </w:pPr>
      <w:r>
        <w:t>|</w:t>
      </w:r>
      <w:r w:rsidR="004E2E5E" w:rsidRPr="004E2E5E">
        <w:t xml:space="preserve"> </w:t>
      </w:r>
      <w:r w:rsidR="004E2E5E">
        <w:t>Weeks</w:t>
      </w:r>
      <w:r>
        <w:t xml:space="preserve"> 9–12 | Flyer distribution and newsletter placements </w:t>
      </w:r>
    </w:p>
    <w:p w14:paraId="07D01612" w14:textId="77777777" w:rsidR="006C6314" w:rsidRDefault="00552639">
      <w:pPr>
        <w:pStyle w:val="Heading2"/>
      </w:pPr>
      <w:r>
        <w:t>📊</w:t>
      </w:r>
      <w:r>
        <w:t xml:space="preserve"> Success Metrics</w:t>
      </w:r>
    </w:p>
    <w:p w14:paraId="54EB777F" w14:textId="57E4FA56" w:rsidR="006C6314" w:rsidRDefault="00552639" w:rsidP="004E2E5E">
      <w:pPr>
        <w:pStyle w:val="NoSpacing"/>
        <w:numPr>
          <w:ilvl w:val="0"/>
          <w:numId w:val="12"/>
        </w:numPr>
      </w:pPr>
      <w:r>
        <w:t>Volunteer Sign-ups: % increase vs. baseline</w:t>
      </w:r>
    </w:p>
    <w:p w14:paraId="68541D80" w14:textId="06648A84" w:rsidR="006C6314" w:rsidRDefault="00552639" w:rsidP="004E2E5E">
      <w:pPr>
        <w:pStyle w:val="NoSpacing"/>
        <w:numPr>
          <w:ilvl w:val="0"/>
          <w:numId w:val="12"/>
        </w:numPr>
      </w:pPr>
      <w:r>
        <w:t>Landing Page Visits: CTR from each channel</w:t>
      </w:r>
    </w:p>
    <w:p w14:paraId="7DFC9395" w14:textId="5A229230" w:rsidR="006C6314" w:rsidRDefault="00552639" w:rsidP="004E2E5E">
      <w:pPr>
        <w:pStyle w:val="NoSpacing"/>
        <w:numPr>
          <w:ilvl w:val="0"/>
          <w:numId w:val="12"/>
        </w:numPr>
      </w:pPr>
      <w:r>
        <w:t>Social Engagement: Shares, likes, comments</w:t>
      </w:r>
    </w:p>
    <w:p w14:paraId="5DB6C465" w14:textId="7B4F2A07" w:rsidR="006C6314" w:rsidRDefault="00552639" w:rsidP="004E2E5E">
      <w:pPr>
        <w:pStyle w:val="NoSpacing"/>
        <w:numPr>
          <w:ilvl w:val="0"/>
          <w:numId w:val="12"/>
        </w:numPr>
      </w:pPr>
      <w:r>
        <w:t>Media Reach: Impressions from ads and articles</w:t>
      </w:r>
    </w:p>
    <w:sectPr w:rsidR="006C631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47625E"/>
    <w:multiLevelType w:val="hybridMultilevel"/>
    <w:tmpl w:val="000E8ED2"/>
    <w:lvl w:ilvl="0" w:tplc="34A4DB3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BF0AE9"/>
    <w:multiLevelType w:val="hybridMultilevel"/>
    <w:tmpl w:val="68A87B64"/>
    <w:lvl w:ilvl="0" w:tplc="34A4DB3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A94624"/>
    <w:multiLevelType w:val="hybridMultilevel"/>
    <w:tmpl w:val="41744A04"/>
    <w:lvl w:ilvl="0" w:tplc="34A4DB3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EE042E"/>
    <w:multiLevelType w:val="hybridMultilevel"/>
    <w:tmpl w:val="34E47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8C324F"/>
    <w:multiLevelType w:val="hybridMultilevel"/>
    <w:tmpl w:val="56D227C8"/>
    <w:lvl w:ilvl="0" w:tplc="34A4DB3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60203"/>
    <w:multiLevelType w:val="hybridMultilevel"/>
    <w:tmpl w:val="CF5CB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AE11BF"/>
    <w:multiLevelType w:val="hybridMultilevel"/>
    <w:tmpl w:val="F3F80A12"/>
    <w:lvl w:ilvl="0" w:tplc="34A4DB3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E8653F"/>
    <w:multiLevelType w:val="hybridMultilevel"/>
    <w:tmpl w:val="C2F4BE2E"/>
    <w:lvl w:ilvl="0" w:tplc="34A4DB3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EC57BE"/>
    <w:multiLevelType w:val="hybridMultilevel"/>
    <w:tmpl w:val="963627DE"/>
    <w:lvl w:ilvl="0" w:tplc="34A4DB3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D46D0"/>
    <w:multiLevelType w:val="hybridMultilevel"/>
    <w:tmpl w:val="991A21B2"/>
    <w:lvl w:ilvl="0" w:tplc="34A4DB3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7C0AA4"/>
    <w:multiLevelType w:val="hybridMultilevel"/>
    <w:tmpl w:val="BFE8A396"/>
    <w:lvl w:ilvl="0" w:tplc="34A4DB3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784929"/>
    <w:multiLevelType w:val="hybridMultilevel"/>
    <w:tmpl w:val="F2BE214A"/>
    <w:lvl w:ilvl="0" w:tplc="34A4DB3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0594802">
    <w:abstractNumId w:val="8"/>
  </w:num>
  <w:num w:numId="2" w16cid:durableId="1150246579">
    <w:abstractNumId w:val="6"/>
  </w:num>
  <w:num w:numId="3" w16cid:durableId="943340533">
    <w:abstractNumId w:val="5"/>
  </w:num>
  <w:num w:numId="4" w16cid:durableId="1695768009">
    <w:abstractNumId w:val="4"/>
  </w:num>
  <w:num w:numId="5" w16cid:durableId="325868422">
    <w:abstractNumId w:val="7"/>
  </w:num>
  <w:num w:numId="6" w16cid:durableId="162549169">
    <w:abstractNumId w:val="3"/>
  </w:num>
  <w:num w:numId="7" w16cid:durableId="1938245338">
    <w:abstractNumId w:val="2"/>
  </w:num>
  <w:num w:numId="8" w16cid:durableId="1120339207">
    <w:abstractNumId w:val="1"/>
  </w:num>
  <w:num w:numId="9" w16cid:durableId="1375422141">
    <w:abstractNumId w:val="0"/>
  </w:num>
  <w:num w:numId="10" w16cid:durableId="1336224160">
    <w:abstractNumId w:val="12"/>
  </w:num>
  <w:num w:numId="11" w16cid:durableId="2044555359">
    <w:abstractNumId w:val="14"/>
  </w:num>
  <w:num w:numId="12" w16cid:durableId="710106048">
    <w:abstractNumId w:val="13"/>
  </w:num>
  <w:num w:numId="13" w16cid:durableId="1341784346">
    <w:abstractNumId w:val="9"/>
  </w:num>
  <w:num w:numId="14" w16cid:durableId="1970627793">
    <w:abstractNumId w:val="20"/>
  </w:num>
  <w:num w:numId="15" w16cid:durableId="46144528">
    <w:abstractNumId w:val="18"/>
  </w:num>
  <w:num w:numId="16" w16cid:durableId="1338851959">
    <w:abstractNumId w:val="10"/>
  </w:num>
  <w:num w:numId="17" w16cid:durableId="1012144813">
    <w:abstractNumId w:val="11"/>
  </w:num>
  <w:num w:numId="18" w16cid:durableId="72359351">
    <w:abstractNumId w:val="16"/>
  </w:num>
  <w:num w:numId="19" w16cid:durableId="1105998104">
    <w:abstractNumId w:val="17"/>
  </w:num>
  <w:num w:numId="20" w16cid:durableId="112873355">
    <w:abstractNumId w:val="19"/>
  </w:num>
  <w:num w:numId="21" w16cid:durableId="208610795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E2E5E"/>
    <w:rsid w:val="00552639"/>
    <w:rsid w:val="006C6314"/>
    <w:rsid w:val="00985F4D"/>
    <w:rsid w:val="00AA1D8D"/>
    <w:rsid w:val="00B20754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275F1ED2-F6CB-4D32-ABCA-DA635632D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Williams, Nicole</cp:lastModifiedBy>
  <cp:revision>2</cp:revision>
  <dcterms:created xsi:type="dcterms:W3CDTF">2025-06-26T18:13:00Z</dcterms:created>
  <dcterms:modified xsi:type="dcterms:W3CDTF">2025-06-26T18:13:00Z</dcterms:modified>
  <cp:category/>
</cp:coreProperties>
</file>