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9AACA1-DFBA-4CCA-B624-615C3ABFC89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Destination Wedding Guide</w:t>
      </w:r>
    </w:p>
    <w:p>
      <w:r>
        <w:t>Brought to you by The Island Life Agency</w:t>
        <w:br/>
        <w:br/>
      </w:r>
    </w:p>
    <w:p>
      <w:r>
        <w:br/>
        <w:t>I. Client Intake: Information to Collect from Bride &amp; Groom</w:t>
        <w:br/>
        <w:br/>
        <w:t>1. Basic Details</w:t>
        <w:br/>
        <w:t>- Full names, contact info (email, phone)</w:t>
        <w:br/>
        <w:t>- Desired wedding date(s)</w:t>
        <w:br/>
        <w:t>- Preferred destination(s)</w:t>
        <w:br/>
        <w:t>- Estimated guest count</w:t>
        <w:br/>
        <w:t>- Wedding budget range</w:t>
        <w:br/>
        <w:br/>
        <w:t>2. Wedding Preferences</w:t>
        <w:br/>
        <w:t>- Ceremony type (civil, symbolic, religious)</w:t>
        <w:br/>
        <w:t>- Style (beach, garden, gazebo, etc.)</w:t>
        <w:br/>
        <w:t>- Private vs. semi-private reception</w:t>
        <w:br/>
        <w:t>- Wedding package features (photography, décor, DJ, etc.)</w:t>
        <w:br/>
        <w:br/>
        <w:t>3. Travel Preferences</w:t>
        <w:br/>
        <w:t>- Departure airport(s)</w:t>
        <w:br/>
        <w:t>- Room category/budget per night</w:t>
        <w:br/>
        <w:t>- Preferred length of stay</w:t>
        <w:br/>
        <w:t>- Travel dates (pre/post wedding)</w:t>
        <w:br/>
        <w:br/>
        <w:t>4. Legal Requirements</w:t>
        <w:br/>
        <w:t>- Are they legally marrying abroad or doing paperwork at home?</w:t>
        <w:br/>
        <w:br/>
        <w:t>II. Selecting the Right Resort</w:t>
        <w:br/>
        <w:br/>
        <w:t>1. Research Based on Preferences</w:t>
        <w:br/>
        <w:t>- Resort rating &amp; amenities</w:t>
        <w:br/>
        <w:t>- Adults-only vs. family-friendly</w:t>
        <w:br/>
        <w:t>- Group-friendly policies (group perks, comps)</w:t>
        <w:br/>
        <w:t>- On-site wedding coordinator services</w:t>
        <w:br/>
        <w:br/>
        <w:t>2. Confirm Wedding Availability</w:t>
        <w:br/>
        <w:t>- Contact the resort wedding department directly</w:t>
        <w:br/>
        <w:t>- Confirm if the desired date/time is available</w:t>
        <w:br/>
        <w:t>- Ask about backup options (rain plans, second choices)</w:t>
        <w:br/>
        <w:t>- Hold the date if possible (some resorts allow a soft hold)</w:t>
        <w:br/>
        <w:br/>
        <w:t>III. Coordinating with the Resort Wedding Department</w:t>
        <w:br/>
        <w:br/>
        <w:t>1. Point of Contact</w:t>
        <w:br/>
        <w:t>- Establish the main wedding coordinator at the resort</w:t>
        <w:br/>
        <w:t>- Introduce yourself as the travel agent supporting the couple</w:t>
        <w:br/>
        <w:br/>
        <w:t>2. Wedding Package Coordination</w:t>
        <w:br/>
        <w:t>- Share client’s wedding vision &amp; preferences</w:t>
        <w:br/>
        <w:t>- Get updated pricing, inclusions, and custom options</w:t>
        <w:br/>
        <w:t>- Track payment timelines and documentation</w:t>
        <w:br/>
        <w:br/>
        <w:t>3. Ongoing Communication</w:t>
        <w:br/>
        <w:t>- Maintain a log of all email/phone conversations</w:t>
        <w:br/>
        <w:t>- Update the couple regularly on progress &amp; resort correspondence</w:t>
        <w:br/>
        <w:br/>
        <w:t>IV. Guest Management &amp; Bookings</w:t>
        <w:br/>
        <w:br/>
        <w:t>1. Communication</w:t>
        <w:br/>
        <w:t>- Create a wedding website or digital info packet</w:t>
        <w:br/>
        <w:t>- Include travel dates, resort info, room rates, RSVP deadline, booking instructions</w:t>
        <w:br/>
        <w:br/>
        <w:t>2. Booking Process</w:t>
        <w:br/>
        <w:t>- Set up a group booking with the resort and/or tour operator</w:t>
        <w:br/>
        <w:t>- Manage flight + hotel packages for each guest</w:t>
        <w:br/>
        <w:t>- Offer travel insurance options</w:t>
        <w:br/>
        <w:br/>
        <w:t>3. Room Block Management</w:t>
        <w:br/>
        <w:t>- Monitor room inventory</w:t>
        <w:br/>
        <w:t>- Track guest confirmations</w:t>
        <w:br/>
        <w:t>- Coordinate payment deadlines and rooming lists</w:t>
        <w:br/>
        <w:br/>
        <w:t>V. Flights, Transfers &amp; Optional Excursions</w:t>
        <w:br/>
        <w:br/>
        <w:t>1. Flights</w:t>
        <w:br/>
        <w:t>- Assist in finding group rates or individual bookings</w:t>
        <w:br/>
        <w:t>- Offer multiple airport options if guests are from different areas</w:t>
        <w:br/>
        <w:br/>
        <w:t>2. Airport Transfers</w:t>
        <w:br/>
        <w:t>- Arrange shared or private transfers</w:t>
        <w:br/>
        <w:t>- Confirm arrival/departure manifests</w:t>
        <w:br/>
        <w:br/>
        <w:t>3. Optional Excursions</w:t>
        <w:br/>
        <w:t>- Offer group excursions (catamaran cruise, ziplining, cultural tours)</w:t>
        <w:br/>
        <w:t>- Customize options for different guest interests</w:t>
        <w:br/>
        <w:t>- Coordinate with local DMCs (destination management companies)</w:t>
        <w:br/>
        <w:br/>
        <w:t>VI. Staying Organized as the Agent</w:t>
        <w:br/>
        <w:br/>
        <w:t>1. Tools</w:t>
        <w:br/>
        <w:t>- Use a CRM or project management tool (e.g., Trello, Asana, or Excel)</w:t>
        <w:br/>
        <w:t>- Create folders: couple info, resort details, guest list, payments, flights, emails</w:t>
        <w:br/>
        <w:br/>
        <w:t>2. Checklists</w:t>
        <w:br/>
        <w:t>- Create master checklists for:</w:t>
        <w:br/>
        <w:t xml:space="preserve">    - Pre-wedding planning</w:t>
        <w:br/>
        <w:t xml:space="preserve">    - Booking phases</w:t>
        <w:br/>
        <w:t xml:space="preserve">    - Final week preparations</w:t>
        <w:br/>
        <w:br/>
        <w:t>3. Timelines</w:t>
        <w:br/>
        <w:t>- Establish clear timelines for:</w:t>
        <w:br/>
        <w:t xml:space="preserve">    - Wedding planning milestones</w:t>
        <w:br/>
        <w:t xml:space="preserve">    - Booking deadlines</w:t>
        <w:br/>
        <w:t xml:space="preserve">    - Travel document collection</w:t>
        <w:br/>
        <w:br/>
        <w:t>4. Guest Tracker</w:t>
        <w:br/>
        <w:t>- Include names, room types, payment status, travel dates, flight info</w:t>
        <w:br/>
        <w:br/>
        <w:t>VII. Final Touches</w:t>
        <w:br/>
        <w:br/>
        <w:t>- Send a pre-travel email 2–3 weeks before departure:</w:t>
        <w:br/>
        <w:t xml:space="preserve">    - Flight details</w:t>
        <w:br/>
        <w:t xml:space="preserve">    - Resort contact</w:t>
        <w:br/>
        <w:t xml:space="preserve">    - Weather/tipping advice</w:t>
        <w:br/>
        <w:t xml:space="preserve">    - Wedding event schedule</w:t>
        <w:br/>
        <w:t>- Provide in-destination support if needed or share emergency contact numbers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