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E087B" w14:textId="03AA4C79" w:rsidR="00E74FFB" w:rsidRDefault="00C049C0">
      <w:pPr>
        <w:pStyle w:val="Heading1"/>
      </w:pPr>
      <w:r>
        <w:t>Producers of Angus Markets</w:t>
      </w:r>
      <w:r w:rsidR="00356EAB">
        <w:t xml:space="preserve"> – Trader Application Form</w:t>
      </w:r>
    </w:p>
    <w:p w14:paraId="1A862F87" w14:textId="77777777" w:rsidR="00C470BE" w:rsidRDefault="00C470BE"/>
    <w:p w14:paraId="3692ABF9" w14:textId="1F85DFED" w:rsidR="00193C14" w:rsidRDefault="00356EAB">
      <w:r>
        <w:t>Please complete this form to apply for a trading space</w:t>
      </w:r>
      <w:r w:rsidR="00F65437">
        <w:t xml:space="preserve"> at PAM</w:t>
      </w:r>
      <w:r>
        <w:t xml:space="preserve">. </w:t>
      </w:r>
      <w:proofErr w:type="gramStart"/>
      <w:r>
        <w:t>Submitting an application</w:t>
      </w:r>
      <w:proofErr w:type="gramEnd"/>
      <w:r>
        <w:t xml:space="preserve"> does not guarantee acceptance. All applications will be reviewed to ensure they align with the market’s remit. Successful applicants must comply with all Angus Producers Market </w:t>
      </w:r>
      <w:r w:rsidR="006D169E">
        <w:t>Rules &amp; Criteria.</w:t>
      </w:r>
      <w:r w:rsidR="00F65437">
        <w:t xml:space="preserve"> If accepted, Market </w:t>
      </w:r>
      <w:proofErr w:type="spellStart"/>
      <w:r w:rsidR="00F65437">
        <w:t>organisers</w:t>
      </w:r>
      <w:proofErr w:type="spellEnd"/>
      <w:r w:rsidR="00F65437">
        <w:t xml:space="preserve"> will contact you for sign up for specific dates and venues is required.</w:t>
      </w:r>
      <w:r w:rsidR="002E1BE6">
        <w:t xml:space="preserve"> Market Fees are venue and equipment </w:t>
      </w:r>
      <w:proofErr w:type="spellStart"/>
      <w:r w:rsidR="002E1BE6">
        <w:t>dependant</w:t>
      </w:r>
      <w:proofErr w:type="spellEnd"/>
      <w:r w:rsidR="002E1BE6">
        <w:t xml:space="preserve">. </w:t>
      </w:r>
      <w:r>
        <w:br/>
      </w:r>
      <w:r>
        <w:br/>
      </w:r>
      <w:r w:rsidRPr="006D169E">
        <w:rPr>
          <w:b/>
          <w:bCs/>
          <w:i/>
          <w:iCs/>
        </w:rPr>
        <w:t>A standard pitch includes space only and does not include electricity</w:t>
      </w:r>
      <w:r w:rsidR="00193C14" w:rsidRPr="006D169E">
        <w:rPr>
          <w:b/>
          <w:bCs/>
          <w:i/>
          <w:iCs/>
        </w:rPr>
        <w:t xml:space="preserve"> or tables </w:t>
      </w:r>
      <w:proofErr w:type="gramStart"/>
      <w:r w:rsidR="00193C14" w:rsidRPr="006D169E">
        <w:rPr>
          <w:b/>
          <w:bCs/>
          <w:i/>
          <w:iCs/>
        </w:rPr>
        <w:t>at this time</w:t>
      </w:r>
      <w:proofErr w:type="gramEnd"/>
      <w:r w:rsidR="00193C14" w:rsidRPr="006D169E">
        <w:rPr>
          <w:b/>
          <w:bCs/>
          <w:i/>
          <w:iCs/>
        </w:rPr>
        <w:t xml:space="preserve"> – PAM is working to source tables, gazebo/market stalls</w:t>
      </w:r>
      <w:r w:rsidRPr="006D169E">
        <w:rPr>
          <w:b/>
          <w:bCs/>
          <w:i/>
          <w:iCs/>
        </w:rPr>
        <w:t xml:space="preserve">. Traders bringing their own gazebos </w:t>
      </w:r>
      <w:r w:rsidR="006F24E0">
        <w:rPr>
          <w:b/>
          <w:bCs/>
          <w:i/>
          <w:iCs/>
        </w:rPr>
        <w:t xml:space="preserve">for outdoor events </w:t>
      </w:r>
      <w:r w:rsidRPr="006D169E">
        <w:rPr>
          <w:b/>
          <w:bCs/>
          <w:i/>
          <w:iCs/>
        </w:rPr>
        <w:t xml:space="preserve">must ensure they fit within a 3m x 3m pitch and that they are securely </w:t>
      </w:r>
      <w:proofErr w:type="gramStart"/>
      <w:r w:rsidRPr="006D169E">
        <w:rPr>
          <w:b/>
          <w:bCs/>
          <w:i/>
          <w:iCs/>
        </w:rPr>
        <w:t>weighted at all times</w:t>
      </w:r>
      <w:proofErr w:type="gramEnd"/>
      <w:r w:rsidRPr="006D169E">
        <w:rPr>
          <w:b/>
          <w:bCs/>
          <w:i/>
          <w:iCs/>
        </w:rPr>
        <w:t>.</w:t>
      </w:r>
      <w:r>
        <w:t xml:space="preserve"> </w:t>
      </w:r>
    </w:p>
    <w:p w14:paraId="65E83A90" w14:textId="30050698" w:rsidR="00E74FFB" w:rsidRDefault="00356EAB">
      <w:r>
        <w:t xml:space="preserve">Electricity </w:t>
      </w:r>
      <w:r w:rsidR="00193C14">
        <w:t>may be</w:t>
      </w:r>
      <w:r>
        <w:t xml:space="preserve"> </w:t>
      </w:r>
      <w:r w:rsidR="00193C14">
        <w:t>possible</w:t>
      </w:r>
      <w:r>
        <w:t xml:space="preserve"> by prior arrangement, is subject to availability, and may incur additional charges. Only silent generators will be considered</w:t>
      </w:r>
      <w:r w:rsidR="00193C14">
        <w:t xml:space="preserve"> for outdoor venues</w:t>
      </w:r>
      <w:r>
        <w:t xml:space="preserve">, and any equipment connected to a power supply must </w:t>
      </w:r>
      <w:r w:rsidR="006D169E">
        <w:t>show</w:t>
      </w:r>
      <w:r>
        <w:t xml:space="preserve"> PAT</w:t>
      </w:r>
      <w:r w:rsidR="006D169E">
        <w:t xml:space="preserve"> compliance</w:t>
      </w:r>
      <w:r>
        <w:t>.</w:t>
      </w:r>
    </w:p>
    <w:p w14:paraId="3952486E" w14:textId="62A60026" w:rsidR="00B01E4E" w:rsidRDefault="00B01E4E">
      <w:r>
        <w:t>Please refer to the Market Fees Document for information on venue trading costs</w:t>
      </w:r>
    </w:p>
    <w:p w14:paraId="191B8506" w14:textId="77777777" w:rsidR="00E74FFB" w:rsidRDefault="00356EAB">
      <w:pPr>
        <w:pStyle w:val="Heading2"/>
      </w:pPr>
      <w:r>
        <w:t>1. Company Details</w:t>
      </w:r>
    </w:p>
    <w:tbl>
      <w:tblPr>
        <w:tblStyle w:val="TableGridLight"/>
        <w:tblW w:w="0" w:type="auto"/>
        <w:tblLook w:val="04A0" w:firstRow="1" w:lastRow="0" w:firstColumn="1" w:lastColumn="0" w:noHBand="0" w:noVBand="1"/>
      </w:tblPr>
      <w:tblGrid>
        <w:gridCol w:w="3059"/>
        <w:gridCol w:w="7011"/>
      </w:tblGrid>
      <w:tr w:rsidR="00C049C0" w:rsidRPr="00C049C0" w14:paraId="30FFB8A1" w14:textId="51A2AF2C" w:rsidTr="00C049C0">
        <w:trPr>
          <w:trHeight w:val="340"/>
        </w:trPr>
        <w:tc>
          <w:tcPr>
            <w:tcW w:w="3085" w:type="dxa"/>
          </w:tcPr>
          <w:p w14:paraId="0B78B68B" w14:textId="6E9F3DEE" w:rsidR="00C049C0" w:rsidRPr="00C049C0" w:rsidRDefault="00C049C0" w:rsidP="005F63B9">
            <w:r w:rsidRPr="00C049C0">
              <w:t>Company/Trading Name</w:t>
            </w:r>
          </w:p>
        </w:tc>
        <w:tc>
          <w:tcPr>
            <w:tcW w:w="7211" w:type="dxa"/>
          </w:tcPr>
          <w:p w14:paraId="69271DEC" w14:textId="77777777" w:rsidR="00C049C0" w:rsidRPr="00C049C0" w:rsidRDefault="00C049C0" w:rsidP="005F63B9"/>
        </w:tc>
      </w:tr>
      <w:tr w:rsidR="00C049C0" w:rsidRPr="00C049C0" w14:paraId="005AB128" w14:textId="1CB3D901" w:rsidTr="00C049C0">
        <w:trPr>
          <w:trHeight w:val="340"/>
        </w:trPr>
        <w:tc>
          <w:tcPr>
            <w:tcW w:w="3085" w:type="dxa"/>
          </w:tcPr>
          <w:p w14:paraId="21B8A299" w14:textId="77777777" w:rsidR="00C049C0" w:rsidRDefault="00C049C0" w:rsidP="005F63B9">
            <w:r w:rsidRPr="00C049C0">
              <w:t xml:space="preserve">Registered Company </w:t>
            </w:r>
          </w:p>
          <w:p w14:paraId="5D5AD2ED" w14:textId="0A69C163" w:rsidR="00C049C0" w:rsidRPr="00C049C0" w:rsidRDefault="00C049C0" w:rsidP="005F63B9">
            <w:r w:rsidRPr="00C049C0">
              <w:t>Number (if applicable)</w:t>
            </w:r>
          </w:p>
        </w:tc>
        <w:tc>
          <w:tcPr>
            <w:tcW w:w="7211" w:type="dxa"/>
          </w:tcPr>
          <w:p w14:paraId="3A98AEEA" w14:textId="77777777" w:rsidR="00C049C0" w:rsidRPr="00C049C0" w:rsidRDefault="00C049C0" w:rsidP="005F63B9"/>
        </w:tc>
      </w:tr>
      <w:tr w:rsidR="00C049C0" w:rsidRPr="00C049C0" w14:paraId="02E378DE" w14:textId="0E7B1FA7" w:rsidTr="00C049C0">
        <w:trPr>
          <w:trHeight w:val="340"/>
        </w:trPr>
        <w:tc>
          <w:tcPr>
            <w:tcW w:w="3085" w:type="dxa"/>
          </w:tcPr>
          <w:p w14:paraId="324B03F4" w14:textId="3F04D042" w:rsidR="00C049C0" w:rsidRPr="00C049C0" w:rsidRDefault="00C049C0" w:rsidP="005F63B9">
            <w:r w:rsidRPr="00C049C0">
              <w:t>Business Address:</w:t>
            </w:r>
          </w:p>
        </w:tc>
        <w:tc>
          <w:tcPr>
            <w:tcW w:w="7211" w:type="dxa"/>
          </w:tcPr>
          <w:p w14:paraId="0079C767" w14:textId="77777777" w:rsidR="00C049C0" w:rsidRDefault="00C049C0" w:rsidP="005F63B9"/>
          <w:p w14:paraId="63716B0D" w14:textId="77777777" w:rsidR="00C049C0" w:rsidRDefault="00C049C0" w:rsidP="005F63B9"/>
          <w:p w14:paraId="48B0CFA5" w14:textId="77777777" w:rsidR="00C049C0" w:rsidRDefault="00C049C0" w:rsidP="005F63B9"/>
          <w:p w14:paraId="2479F893" w14:textId="77777777" w:rsidR="00C049C0" w:rsidRPr="00C049C0" w:rsidRDefault="00C049C0" w:rsidP="005F63B9"/>
        </w:tc>
      </w:tr>
      <w:tr w:rsidR="00C049C0" w:rsidRPr="00C049C0" w14:paraId="0B585B32" w14:textId="7641EE00" w:rsidTr="00C049C0">
        <w:trPr>
          <w:trHeight w:val="340"/>
        </w:trPr>
        <w:tc>
          <w:tcPr>
            <w:tcW w:w="3085" w:type="dxa"/>
          </w:tcPr>
          <w:p w14:paraId="6BA09A9D" w14:textId="6645C803" w:rsidR="00C049C0" w:rsidRPr="00C049C0" w:rsidRDefault="00C049C0" w:rsidP="005F63B9">
            <w:r w:rsidRPr="00C049C0">
              <w:t>Email Address</w:t>
            </w:r>
          </w:p>
        </w:tc>
        <w:tc>
          <w:tcPr>
            <w:tcW w:w="7211" w:type="dxa"/>
          </w:tcPr>
          <w:p w14:paraId="5A546498" w14:textId="77777777" w:rsidR="00C049C0" w:rsidRPr="00C049C0" w:rsidRDefault="00C049C0" w:rsidP="005F63B9"/>
        </w:tc>
      </w:tr>
      <w:tr w:rsidR="00C049C0" w:rsidRPr="00C049C0" w14:paraId="7C748109" w14:textId="72A3F8F4" w:rsidTr="00C049C0">
        <w:trPr>
          <w:trHeight w:val="340"/>
        </w:trPr>
        <w:tc>
          <w:tcPr>
            <w:tcW w:w="3085" w:type="dxa"/>
          </w:tcPr>
          <w:p w14:paraId="57AF559E" w14:textId="71EA3E31" w:rsidR="00C049C0" w:rsidRPr="00C049C0" w:rsidRDefault="00C049C0" w:rsidP="005F63B9">
            <w:r w:rsidRPr="00C049C0">
              <w:t>Contact Number</w:t>
            </w:r>
          </w:p>
        </w:tc>
        <w:tc>
          <w:tcPr>
            <w:tcW w:w="7211" w:type="dxa"/>
          </w:tcPr>
          <w:p w14:paraId="17928B66" w14:textId="77777777" w:rsidR="00C049C0" w:rsidRPr="00C049C0" w:rsidRDefault="00C049C0" w:rsidP="005F63B9"/>
        </w:tc>
      </w:tr>
      <w:tr w:rsidR="00193C14" w:rsidRPr="00C049C0" w14:paraId="12D1F955" w14:textId="77777777" w:rsidTr="00C049C0">
        <w:trPr>
          <w:trHeight w:val="340"/>
        </w:trPr>
        <w:tc>
          <w:tcPr>
            <w:tcW w:w="3085" w:type="dxa"/>
          </w:tcPr>
          <w:p w14:paraId="19435F23" w14:textId="6D89371F" w:rsidR="00193C14" w:rsidRPr="00C049C0" w:rsidRDefault="00193C14" w:rsidP="005F63B9">
            <w:r>
              <w:t>Social Media Handle</w:t>
            </w:r>
          </w:p>
        </w:tc>
        <w:tc>
          <w:tcPr>
            <w:tcW w:w="7211" w:type="dxa"/>
          </w:tcPr>
          <w:p w14:paraId="48A591AA" w14:textId="77777777" w:rsidR="00193C14" w:rsidRPr="00C049C0" w:rsidRDefault="00193C14" w:rsidP="005F63B9"/>
        </w:tc>
      </w:tr>
      <w:tr w:rsidR="00193C14" w:rsidRPr="00C049C0" w14:paraId="60EF95CE" w14:textId="77777777" w:rsidTr="00C049C0">
        <w:trPr>
          <w:trHeight w:val="340"/>
        </w:trPr>
        <w:tc>
          <w:tcPr>
            <w:tcW w:w="3085" w:type="dxa"/>
          </w:tcPr>
          <w:p w14:paraId="35CAA58A" w14:textId="1183238D" w:rsidR="00193C14" w:rsidRDefault="00193C14" w:rsidP="005F63B9">
            <w:r>
              <w:t>Company Website</w:t>
            </w:r>
          </w:p>
        </w:tc>
        <w:tc>
          <w:tcPr>
            <w:tcW w:w="7211" w:type="dxa"/>
          </w:tcPr>
          <w:p w14:paraId="3A3D68F0" w14:textId="77777777" w:rsidR="00193C14" w:rsidRPr="00C049C0" w:rsidRDefault="00193C14" w:rsidP="005F63B9"/>
        </w:tc>
      </w:tr>
    </w:tbl>
    <w:p w14:paraId="2E96B5AE" w14:textId="77777777" w:rsidR="006D169E" w:rsidRDefault="006D169E">
      <w:pPr>
        <w:pStyle w:val="Heading2"/>
      </w:pPr>
    </w:p>
    <w:p w14:paraId="602A0618" w14:textId="4F84A40F" w:rsidR="00E74FFB" w:rsidRDefault="00356EAB">
      <w:pPr>
        <w:pStyle w:val="Heading2"/>
      </w:pPr>
      <w:r>
        <w:t>2. Contact Person</w:t>
      </w:r>
    </w:p>
    <w:tbl>
      <w:tblPr>
        <w:tblStyle w:val="TableGridLight"/>
        <w:tblW w:w="0" w:type="auto"/>
        <w:tblLook w:val="04A0" w:firstRow="1" w:lastRow="0" w:firstColumn="1" w:lastColumn="0" w:noHBand="0" w:noVBand="1"/>
      </w:tblPr>
      <w:tblGrid>
        <w:gridCol w:w="3039"/>
        <w:gridCol w:w="7031"/>
      </w:tblGrid>
      <w:tr w:rsidR="00C049C0" w:rsidRPr="00C049C0" w14:paraId="44FCDD49" w14:textId="265CEE74" w:rsidTr="00C049C0">
        <w:trPr>
          <w:trHeight w:val="340"/>
        </w:trPr>
        <w:tc>
          <w:tcPr>
            <w:tcW w:w="3085" w:type="dxa"/>
          </w:tcPr>
          <w:p w14:paraId="2B2EFF17" w14:textId="526FABF1" w:rsidR="00C049C0" w:rsidRPr="00C049C0" w:rsidRDefault="00C049C0" w:rsidP="00CB0CC9">
            <w:r w:rsidRPr="00C049C0">
              <w:t>Full Name</w:t>
            </w:r>
          </w:p>
        </w:tc>
        <w:tc>
          <w:tcPr>
            <w:tcW w:w="7211" w:type="dxa"/>
          </w:tcPr>
          <w:p w14:paraId="5634A47E" w14:textId="77777777" w:rsidR="00C049C0" w:rsidRPr="00C049C0" w:rsidRDefault="00C049C0" w:rsidP="00CB0CC9"/>
        </w:tc>
      </w:tr>
      <w:tr w:rsidR="00C049C0" w:rsidRPr="00C049C0" w14:paraId="39956944" w14:textId="3C975322" w:rsidTr="00C049C0">
        <w:trPr>
          <w:trHeight w:val="340"/>
        </w:trPr>
        <w:tc>
          <w:tcPr>
            <w:tcW w:w="3085" w:type="dxa"/>
          </w:tcPr>
          <w:p w14:paraId="33C221BF" w14:textId="69D9CCAC" w:rsidR="00C049C0" w:rsidRPr="00C049C0" w:rsidRDefault="00C049C0" w:rsidP="00CB0CC9">
            <w:r w:rsidRPr="00C049C0">
              <w:t>Position in Company</w:t>
            </w:r>
          </w:p>
        </w:tc>
        <w:tc>
          <w:tcPr>
            <w:tcW w:w="7211" w:type="dxa"/>
          </w:tcPr>
          <w:p w14:paraId="145D25A2" w14:textId="77777777" w:rsidR="00C049C0" w:rsidRPr="00C049C0" w:rsidRDefault="00C049C0" w:rsidP="00CB0CC9"/>
        </w:tc>
      </w:tr>
      <w:tr w:rsidR="00C049C0" w:rsidRPr="00C049C0" w14:paraId="46AE7887" w14:textId="77777777" w:rsidTr="00C049C0">
        <w:trPr>
          <w:trHeight w:val="340"/>
        </w:trPr>
        <w:tc>
          <w:tcPr>
            <w:tcW w:w="3085" w:type="dxa"/>
          </w:tcPr>
          <w:p w14:paraId="0B7A4A9A" w14:textId="162CA505" w:rsidR="00C049C0" w:rsidRPr="00C049C0" w:rsidRDefault="00C049C0" w:rsidP="00CB0CC9">
            <w:r>
              <w:t>Email Address</w:t>
            </w:r>
          </w:p>
        </w:tc>
        <w:tc>
          <w:tcPr>
            <w:tcW w:w="7211" w:type="dxa"/>
          </w:tcPr>
          <w:p w14:paraId="6D8C9EA1" w14:textId="77777777" w:rsidR="00C049C0" w:rsidRPr="00C049C0" w:rsidRDefault="00C049C0" w:rsidP="00CB0CC9"/>
        </w:tc>
      </w:tr>
      <w:tr w:rsidR="00C049C0" w:rsidRPr="00C049C0" w14:paraId="1F641199" w14:textId="77777777" w:rsidTr="00C049C0">
        <w:trPr>
          <w:trHeight w:val="340"/>
        </w:trPr>
        <w:tc>
          <w:tcPr>
            <w:tcW w:w="3085" w:type="dxa"/>
          </w:tcPr>
          <w:p w14:paraId="7BC146FD" w14:textId="24DFF69E" w:rsidR="00C049C0" w:rsidRDefault="00C049C0" w:rsidP="00CB0CC9">
            <w:r>
              <w:t>Contact Number:</w:t>
            </w:r>
          </w:p>
        </w:tc>
        <w:tc>
          <w:tcPr>
            <w:tcW w:w="7211" w:type="dxa"/>
          </w:tcPr>
          <w:p w14:paraId="40CD4F32" w14:textId="77777777" w:rsidR="00C049C0" w:rsidRPr="00C049C0" w:rsidRDefault="00C049C0" w:rsidP="00CB0CC9"/>
        </w:tc>
      </w:tr>
    </w:tbl>
    <w:p w14:paraId="2D5EFA9F" w14:textId="5653B00E" w:rsidR="00E74FFB" w:rsidRPr="00B950D9" w:rsidRDefault="00C049C0" w:rsidP="00B950D9">
      <w:pPr>
        <w:pStyle w:val="Heading1"/>
        <w:rPr>
          <w:color w:val="B01513" w:themeColor="accent1"/>
          <w:sz w:val="26"/>
          <w:szCs w:val="26"/>
        </w:rPr>
      </w:pPr>
      <w:r>
        <w:br w:type="page"/>
      </w:r>
      <w:r w:rsidR="00356EAB">
        <w:lastRenderedPageBreak/>
        <w:t>3. Products Proposed for Sale</w:t>
      </w:r>
    </w:p>
    <w:p w14:paraId="2FC1793C" w14:textId="0736D6FD" w:rsidR="00E74FFB" w:rsidRDefault="00356EAB">
      <w:r>
        <w:t>(Please list all products you wish to sell at the market. Use a separate sheet if necessary.)</w:t>
      </w:r>
      <w:r w:rsidR="00C049C0">
        <w:t xml:space="preserve"> Please refer to the Market Rules &amp; Criteria for product requirements</w:t>
      </w:r>
    </w:p>
    <w:tbl>
      <w:tblPr>
        <w:tblStyle w:val="TableGridLight"/>
        <w:tblW w:w="10694" w:type="dxa"/>
        <w:tblLook w:val="04A0" w:firstRow="1" w:lastRow="0" w:firstColumn="1" w:lastColumn="0" w:noHBand="0" w:noVBand="1"/>
      </w:tblPr>
      <w:tblGrid>
        <w:gridCol w:w="3198"/>
        <w:gridCol w:w="4116"/>
        <w:gridCol w:w="3380"/>
      </w:tblGrid>
      <w:tr w:rsidR="00C049C0" w14:paraId="3E21289F" w14:textId="77777777" w:rsidTr="006D169E">
        <w:trPr>
          <w:trHeight w:val="166"/>
        </w:trPr>
        <w:tc>
          <w:tcPr>
            <w:tcW w:w="3198" w:type="dxa"/>
          </w:tcPr>
          <w:p w14:paraId="32C0D038" w14:textId="41807F64" w:rsidR="00C049C0" w:rsidRDefault="00C049C0">
            <w:r>
              <w:t>Product</w:t>
            </w:r>
          </w:p>
        </w:tc>
        <w:tc>
          <w:tcPr>
            <w:tcW w:w="4116" w:type="dxa"/>
          </w:tcPr>
          <w:p w14:paraId="2A00B5D5" w14:textId="7C5CD312" w:rsidR="00C049C0" w:rsidRDefault="00C049C0">
            <w:r>
              <w:t>Product Source</w:t>
            </w:r>
          </w:p>
        </w:tc>
        <w:tc>
          <w:tcPr>
            <w:tcW w:w="3380" w:type="dxa"/>
          </w:tcPr>
          <w:p w14:paraId="784C7CC6" w14:textId="611882EA" w:rsidR="00C049C0" w:rsidRDefault="00C049C0">
            <w:r>
              <w:t>Place of Production</w:t>
            </w:r>
          </w:p>
        </w:tc>
      </w:tr>
      <w:tr w:rsidR="00C049C0" w14:paraId="3AC2470C" w14:textId="77777777" w:rsidTr="006D169E">
        <w:trPr>
          <w:trHeight w:val="166"/>
        </w:trPr>
        <w:tc>
          <w:tcPr>
            <w:tcW w:w="3198" w:type="dxa"/>
          </w:tcPr>
          <w:p w14:paraId="09E161D9" w14:textId="77777777" w:rsidR="00C049C0" w:rsidRDefault="00C049C0"/>
        </w:tc>
        <w:tc>
          <w:tcPr>
            <w:tcW w:w="4116" w:type="dxa"/>
          </w:tcPr>
          <w:p w14:paraId="267372B0" w14:textId="77777777" w:rsidR="00C049C0" w:rsidRDefault="00C049C0"/>
        </w:tc>
        <w:tc>
          <w:tcPr>
            <w:tcW w:w="3380" w:type="dxa"/>
          </w:tcPr>
          <w:p w14:paraId="0F2FD42E" w14:textId="77777777" w:rsidR="00C049C0" w:rsidRDefault="00C049C0"/>
          <w:p w14:paraId="3FE5455B" w14:textId="77777777" w:rsidR="00193C14" w:rsidRDefault="00193C14"/>
          <w:p w14:paraId="4916E5A9" w14:textId="77777777" w:rsidR="00193C14" w:rsidRDefault="00193C14"/>
          <w:p w14:paraId="4A19D989" w14:textId="77777777" w:rsidR="00193C14" w:rsidRDefault="00193C14"/>
          <w:p w14:paraId="13EE9E93" w14:textId="77777777" w:rsidR="00193C14" w:rsidRDefault="00193C14"/>
          <w:p w14:paraId="5048B658" w14:textId="77777777" w:rsidR="00193C14" w:rsidRDefault="00193C14"/>
          <w:p w14:paraId="50DF53B8" w14:textId="77777777" w:rsidR="00193C14" w:rsidRDefault="00193C14"/>
          <w:p w14:paraId="44697EA9" w14:textId="77777777" w:rsidR="00193C14" w:rsidRDefault="00193C14"/>
          <w:p w14:paraId="3F36C28E" w14:textId="77777777" w:rsidR="00193C14" w:rsidRDefault="00193C14"/>
          <w:p w14:paraId="51711AFF" w14:textId="77777777" w:rsidR="00193C14" w:rsidRDefault="00193C14"/>
          <w:p w14:paraId="6BE57324" w14:textId="77777777" w:rsidR="00193C14" w:rsidRDefault="00193C14"/>
          <w:p w14:paraId="141DAB90" w14:textId="77777777" w:rsidR="00193C14" w:rsidRDefault="00193C14"/>
          <w:p w14:paraId="57902413" w14:textId="77777777" w:rsidR="00193C14" w:rsidRDefault="00193C14"/>
          <w:p w14:paraId="4E75F140" w14:textId="77777777" w:rsidR="00193C14" w:rsidRDefault="00193C14"/>
          <w:p w14:paraId="44CF1B28" w14:textId="77777777" w:rsidR="00193C14" w:rsidRDefault="00193C14"/>
          <w:p w14:paraId="2BF12902" w14:textId="77777777" w:rsidR="00193C14" w:rsidRDefault="00193C14"/>
          <w:p w14:paraId="36038DE6" w14:textId="77777777" w:rsidR="00193C14" w:rsidRDefault="00193C14"/>
        </w:tc>
      </w:tr>
    </w:tbl>
    <w:p w14:paraId="2C54B39D" w14:textId="23BC94D8" w:rsidR="00E74FFB" w:rsidRDefault="00E74FFB"/>
    <w:p w14:paraId="487B4615" w14:textId="77777777" w:rsidR="00E74FFB" w:rsidRDefault="00356EAB">
      <w:pPr>
        <w:pStyle w:val="Heading2"/>
      </w:pPr>
      <w:r>
        <w:t>4. Stall Requirements</w:t>
      </w:r>
    </w:p>
    <w:p w14:paraId="3C3C6860" w14:textId="70029D81" w:rsidR="00E74FFB" w:rsidRDefault="00356EAB">
      <w:r>
        <w:t xml:space="preserve">☐ I will bring my own gazebo </w:t>
      </w:r>
      <w:r w:rsidR="00193C14">
        <w:t xml:space="preserve">– outdoor markets </w:t>
      </w:r>
      <w:r>
        <w:t>(must be safely weighted/secured)</w:t>
      </w:r>
    </w:p>
    <w:p w14:paraId="1DD4EC19" w14:textId="6984DB43" w:rsidR="00193C14" w:rsidRDefault="00193C14">
      <w:r>
        <w:t xml:space="preserve">☐ I will bring my own table – </w:t>
      </w:r>
      <w:r w:rsidRPr="002E6A02">
        <w:rPr>
          <w:b/>
          <w:bCs/>
        </w:rPr>
        <w:t>mandatory at this time</w:t>
      </w:r>
    </w:p>
    <w:p w14:paraId="747CEF0F" w14:textId="77777777" w:rsidR="00E74FFB" w:rsidRDefault="00356EAB">
      <w:r>
        <w:t>☐ I require a market-provided stall (subject to availability)</w:t>
      </w:r>
    </w:p>
    <w:p w14:paraId="33501894" w14:textId="66C4B311" w:rsidR="00193C14" w:rsidRDefault="00356EAB" w:rsidP="006D169E">
      <w:r>
        <w:rPr>
          <w:rFonts w:ascii="Segoe UI Symbol" w:hAnsi="Segoe UI Symbol" w:cs="Segoe UI Symbol"/>
        </w:rPr>
        <w:t>☐</w:t>
      </w:r>
      <w:r>
        <w:t xml:space="preserve"> I require electricity (if available; additional charges apply</w:t>
      </w:r>
      <w:r w:rsidR="00193C14">
        <w:t>, specify use and load</w:t>
      </w:r>
      <w:r>
        <w:t>)</w:t>
      </w:r>
    </w:p>
    <w:p w14:paraId="33E184C2" w14:textId="77777777" w:rsidR="006D169E" w:rsidRDefault="006D169E">
      <w:pPr>
        <w:pStyle w:val="Heading2"/>
      </w:pPr>
    </w:p>
    <w:p w14:paraId="05FEA086" w14:textId="231691BB" w:rsidR="00E74FFB" w:rsidRDefault="00356EAB">
      <w:pPr>
        <w:pStyle w:val="Heading2"/>
      </w:pPr>
      <w:r>
        <w:t>5. Supporting Documentation</w:t>
      </w:r>
    </w:p>
    <w:p w14:paraId="1460F13A" w14:textId="77777777" w:rsidR="00E74FFB" w:rsidRDefault="00356EAB">
      <w:r>
        <w:t>Please confirm and include copies of the following with your application:</w:t>
      </w:r>
    </w:p>
    <w:tbl>
      <w:tblPr>
        <w:tblStyle w:val="TableGridLight"/>
        <w:tblW w:w="0" w:type="auto"/>
        <w:tblLook w:val="04A0" w:firstRow="1" w:lastRow="0" w:firstColumn="1" w:lastColumn="0" w:noHBand="0" w:noVBand="1"/>
      </w:tblPr>
      <w:tblGrid>
        <w:gridCol w:w="5211"/>
        <w:gridCol w:w="2552"/>
        <w:gridCol w:w="2268"/>
      </w:tblGrid>
      <w:tr w:rsidR="00E74FFB" w14:paraId="3BDFBB14" w14:textId="77777777" w:rsidTr="00193C14">
        <w:trPr>
          <w:trHeight w:val="340"/>
        </w:trPr>
        <w:tc>
          <w:tcPr>
            <w:tcW w:w="5211" w:type="dxa"/>
          </w:tcPr>
          <w:p w14:paraId="6612E88D" w14:textId="77777777" w:rsidR="00E74FFB" w:rsidRDefault="00356EAB">
            <w:r>
              <w:t>Document</w:t>
            </w:r>
          </w:p>
        </w:tc>
        <w:tc>
          <w:tcPr>
            <w:tcW w:w="2552" w:type="dxa"/>
          </w:tcPr>
          <w:p w14:paraId="7E70690C" w14:textId="77777777" w:rsidR="00E74FFB" w:rsidRDefault="00356EAB">
            <w:r>
              <w:t>Required</w:t>
            </w:r>
          </w:p>
        </w:tc>
        <w:tc>
          <w:tcPr>
            <w:tcW w:w="2268" w:type="dxa"/>
          </w:tcPr>
          <w:p w14:paraId="397AECEB" w14:textId="77777777" w:rsidR="00E74FFB" w:rsidRDefault="00356EAB">
            <w:r>
              <w:t>Included</w:t>
            </w:r>
          </w:p>
        </w:tc>
      </w:tr>
      <w:tr w:rsidR="00E74FFB" w14:paraId="1B4FFA7D" w14:textId="77777777" w:rsidTr="00193C14">
        <w:trPr>
          <w:trHeight w:val="340"/>
        </w:trPr>
        <w:tc>
          <w:tcPr>
            <w:tcW w:w="5211" w:type="dxa"/>
          </w:tcPr>
          <w:p w14:paraId="1118C197" w14:textId="77777777" w:rsidR="00E74FFB" w:rsidRDefault="00356EAB">
            <w:r>
              <w:t>Environmental Health Officer (EHO) Registration (if applicable)</w:t>
            </w:r>
          </w:p>
        </w:tc>
        <w:tc>
          <w:tcPr>
            <w:tcW w:w="2552" w:type="dxa"/>
          </w:tcPr>
          <w:p w14:paraId="7DC770BA" w14:textId="77777777" w:rsidR="00E74FFB" w:rsidRDefault="00356EAB">
            <w:r>
              <w:rPr>
                <w:rFonts w:ascii="Segoe UI Symbol" w:hAnsi="Segoe UI Symbol" w:cs="Segoe UI Symbol"/>
              </w:rPr>
              <w:t>☐</w:t>
            </w:r>
          </w:p>
        </w:tc>
        <w:tc>
          <w:tcPr>
            <w:tcW w:w="2268" w:type="dxa"/>
          </w:tcPr>
          <w:p w14:paraId="673C9C95" w14:textId="77777777" w:rsidR="00E74FFB" w:rsidRDefault="00356EAB">
            <w:r>
              <w:rPr>
                <w:rFonts w:ascii="Segoe UI Symbol" w:hAnsi="Segoe UI Symbol" w:cs="Segoe UI Symbol"/>
              </w:rPr>
              <w:t>☐</w:t>
            </w:r>
          </w:p>
        </w:tc>
      </w:tr>
      <w:tr w:rsidR="00E74FFB" w14:paraId="44E52850" w14:textId="77777777" w:rsidTr="00193C14">
        <w:trPr>
          <w:trHeight w:val="340"/>
        </w:trPr>
        <w:tc>
          <w:tcPr>
            <w:tcW w:w="5211" w:type="dxa"/>
          </w:tcPr>
          <w:p w14:paraId="664958A3" w14:textId="77777777" w:rsidR="00E74FFB" w:rsidRDefault="00356EAB">
            <w:r>
              <w:t>Public Liability Insurance (minimum £2 million)</w:t>
            </w:r>
          </w:p>
        </w:tc>
        <w:tc>
          <w:tcPr>
            <w:tcW w:w="2552" w:type="dxa"/>
          </w:tcPr>
          <w:p w14:paraId="26DA4D24" w14:textId="77777777" w:rsidR="00E74FFB" w:rsidRDefault="00356EAB">
            <w:r>
              <w:rPr>
                <w:rFonts w:ascii="Apple Color Emoji" w:hAnsi="Apple Color Emoji" w:cs="Apple Color Emoji"/>
              </w:rPr>
              <w:t>☑</w:t>
            </w:r>
          </w:p>
        </w:tc>
        <w:tc>
          <w:tcPr>
            <w:tcW w:w="2268" w:type="dxa"/>
          </w:tcPr>
          <w:p w14:paraId="1FCE3572" w14:textId="77777777" w:rsidR="00E74FFB" w:rsidRDefault="00356EAB">
            <w:r>
              <w:rPr>
                <w:rFonts w:ascii="Segoe UI Symbol" w:hAnsi="Segoe UI Symbol" w:cs="Segoe UI Symbol"/>
              </w:rPr>
              <w:t>☐</w:t>
            </w:r>
          </w:p>
        </w:tc>
      </w:tr>
      <w:tr w:rsidR="00E74FFB" w14:paraId="17E1ADA7" w14:textId="77777777" w:rsidTr="00193C14">
        <w:trPr>
          <w:trHeight w:val="340"/>
        </w:trPr>
        <w:tc>
          <w:tcPr>
            <w:tcW w:w="5211" w:type="dxa"/>
          </w:tcPr>
          <w:p w14:paraId="26484CFF" w14:textId="77777777" w:rsidR="00E74FFB" w:rsidRDefault="00356EAB">
            <w:r>
              <w:t>Employers’ Liability Insurance (if applicable)</w:t>
            </w:r>
          </w:p>
        </w:tc>
        <w:tc>
          <w:tcPr>
            <w:tcW w:w="2552" w:type="dxa"/>
          </w:tcPr>
          <w:p w14:paraId="3EBE9480" w14:textId="77777777" w:rsidR="00E74FFB" w:rsidRDefault="00356EAB">
            <w:r>
              <w:rPr>
                <w:rFonts w:ascii="Segoe UI Symbol" w:hAnsi="Segoe UI Symbol" w:cs="Segoe UI Symbol"/>
              </w:rPr>
              <w:t>☐</w:t>
            </w:r>
          </w:p>
        </w:tc>
        <w:tc>
          <w:tcPr>
            <w:tcW w:w="2268" w:type="dxa"/>
          </w:tcPr>
          <w:p w14:paraId="3053BF61" w14:textId="77777777" w:rsidR="00E74FFB" w:rsidRDefault="00356EAB">
            <w:r>
              <w:rPr>
                <w:rFonts w:ascii="Segoe UI Symbol" w:hAnsi="Segoe UI Symbol" w:cs="Segoe UI Symbol"/>
              </w:rPr>
              <w:t>☐</w:t>
            </w:r>
          </w:p>
        </w:tc>
      </w:tr>
      <w:tr w:rsidR="00E74FFB" w14:paraId="3206CEBC" w14:textId="77777777" w:rsidTr="00193C14">
        <w:trPr>
          <w:trHeight w:val="340"/>
        </w:trPr>
        <w:tc>
          <w:tcPr>
            <w:tcW w:w="5211" w:type="dxa"/>
          </w:tcPr>
          <w:p w14:paraId="47CFA919" w14:textId="77777777" w:rsidR="00E74FFB" w:rsidRDefault="00356EAB">
            <w:r>
              <w:t>Risk Assessment</w:t>
            </w:r>
          </w:p>
        </w:tc>
        <w:tc>
          <w:tcPr>
            <w:tcW w:w="2552" w:type="dxa"/>
          </w:tcPr>
          <w:p w14:paraId="0496FE3A" w14:textId="77777777" w:rsidR="00E74FFB" w:rsidRDefault="00356EAB">
            <w:r>
              <w:rPr>
                <w:rFonts w:ascii="Apple Color Emoji" w:hAnsi="Apple Color Emoji" w:cs="Apple Color Emoji"/>
              </w:rPr>
              <w:t>☑</w:t>
            </w:r>
          </w:p>
        </w:tc>
        <w:tc>
          <w:tcPr>
            <w:tcW w:w="2268" w:type="dxa"/>
          </w:tcPr>
          <w:p w14:paraId="2FA397E4" w14:textId="77777777" w:rsidR="00E74FFB" w:rsidRDefault="00356EAB">
            <w:r>
              <w:rPr>
                <w:rFonts w:ascii="Segoe UI Symbol" w:hAnsi="Segoe UI Symbol" w:cs="Segoe UI Symbol"/>
              </w:rPr>
              <w:t>☐</w:t>
            </w:r>
          </w:p>
        </w:tc>
      </w:tr>
      <w:tr w:rsidR="00E74FFB" w14:paraId="34D094E9" w14:textId="77777777" w:rsidTr="00193C14">
        <w:trPr>
          <w:trHeight w:val="340"/>
        </w:trPr>
        <w:tc>
          <w:tcPr>
            <w:tcW w:w="5211" w:type="dxa"/>
          </w:tcPr>
          <w:p w14:paraId="4A35D205" w14:textId="77777777" w:rsidR="00E74FFB" w:rsidRDefault="00356EAB">
            <w:r>
              <w:t>Occasional Licence (for alcohol sales)</w:t>
            </w:r>
          </w:p>
        </w:tc>
        <w:tc>
          <w:tcPr>
            <w:tcW w:w="2552" w:type="dxa"/>
          </w:tcPr>
          <w:p w14:paraId="0DC6EDD9" w14:textId="77777777" w:rsidR="00E74FFB" w:rsidRDefault="00356EAB">
            <w:r>
              <w:rPr>
                <w:rFonts w:ascii="Segoe UI Symbol" w:hAnsi="Segoe UI Symbol" w:cs="Segoe UI Symbol"/>
              </w:rPr>
              <w:t>☐</w:t>
            </w:r>
          </w:p>
        </w:tc>
        <w:tc>
          <w:tcPr>
            <w:tcW w:w="2268" w:type="dxa"/>
          </w:tcPr>
          <w:p w14:paraId="239F641E" w14:textId="77777777" w:rsidR="00E74FFB" w:rsidRDefault="00356EAB">
            <w:r>
              <w:rPr>
                <w:rFonts w:ascii="Segoe UI Symbol" w:hAnsi="Segoe UI Symbol" w:cs="Segoe UI Symbol"/>
              </w:rPr>
              <w:t>☐</w:t>
            </w:r>
          </w:p>
        </w:tc>
      </w:tr>
    </w:tbl>
    <w:p w14:paraId="40ED8975" w14:textId="77777777" w:rsidR="00E74FFB" w:rsidRDefault="00356EAB">
      <w:pPr>
        <w:pStyle w:val="Heading2"/>
      </w:pPr>
      <w:r>
        <w:lastRenderedPageBreak/>
        <w:t>6. Additional Information (Optional)</w:t>
      </w:r>
    </w:p>
    <w:p w14:paraId="73BF2D09" w14:textId="4EB0F104" w:rsidR="00E74FFB" w:rsidRDefault="00356EAB">
      <w:r>
        <w:t xml:space="preserve">Please include any further details, </w:t>
      </w:r>
    </w:p>
    <w:tbl>
      <w:tblPr>
        <w:tblStyle w:val="TableGridLight"/>
        <w:tblW w:w="0" w:type="auto"/>
        <w:tblLook w:val="04A0" w:firstRow="1" w:lastRow="0" w:firstColumn="1" w:lastColumn="0" w:noHBand="0" w:noVBand="1"/>
      </w:tblPr>
      <w:tblGrid>
        <w:gridCol w:w="10070"/>
      </w:tblGrid>
      <w:tr w:rsidR="006D169E" w14:paraId="02AE90FD" w14:textId="77777777" w:rsidTr="006D169E">
        <w:tc>
          <w:tcPr>
            <w:tcW w:w="10296" w:type="dxa"/>
          </w:tcPr>
          <w:p w14:paraId="0BF49BBB" w14:textId="77777777" w:rsidR="006D169E" w:rsidRDefault="006D169E"/>
          <w:p w14:paraId="216A865F" w14:textId="77777777" w:rsidR="006D169E" w:rsidRDefault="006D169E"/>
          <w:p w14:paraId="534553B2" w14:textId="77777777" w:rsidR="006D169E" w:rsidRDefault="006D169E"/>
          <w:p w14:paraId="55486630" w14:textId="77777777" w:rsidR="006D169E" w:rsidRDefault="006D169E"/>
          <w:p w14:paraId="0EC360EC" w14:textId="77777777" w:rsidR="006D169E" w:rsidRDefault="006D169E"/>
          <w:p w14:paraId="072A73F1" w14:textId="77777777" w:rsidR="006D169E" w:rsidRDefault="006D169E"/>
        </w:tc>
      </w:tr>
    </w:tbl>
    <w:p w14:paraId="4CB893C7" w14:textId="7155CA86" w:rsidR="00193C14" w:rsidRDefault="00356EAB" w:rsidP="00193C14">
      <w:pPr>
        <w:pStyle w:val="Heading2"/>
      </w:pPr>
      <w:r>
        <w:br/>
      </w:r>
      <w:r w:rsidR="00615AD0">
        <w:t>7</w:t>
      </w:r>
      <w:r w:rsidR="00193C14">
        <w:t xml:space="preserve">. </w:t>
      </w:r>
      <w:r w:rsidR="00615AD0">
        <w:t>Marketing and Promotion</w:t>
      </w:r>
    </w:p>
    <w:p w14:paraId="082FA2D1" w14:textId="409E3BBE" w:rsidR="00E74FFB" w:rsidRDefault="006D169E">
      <w:r>
        <w:t xml:space="preserve">Our markets rely on active promotion both by the market management team and you as a trader. By applying to </w:t>
      </w:r>
      <w:r w:rsidR="002E1BE6">
        <w:t>trade with PAM</w:t>
      </w:r>
      <w:r>
        <w:t xml:space="preserve"> you are agreeing to actively promote the market on your social media channels and any other marketing you do. You are also agreeing to allow PAM to use your social media posts/images or any images supplied by you</w:t>
      </w:r>
      <w:r w:rsidR="002E1BE6">
        <w:t xml:space="preserve"> and/or videos and photos of you and your staff taken at event</w:t>
      </w:r>
      <w:r>
        <w:t xml:space="preserve"> </w:t>
      </w:r>
      <w:r w:rsidR="002E1BE6">
        <w:t xml:space="preserve">for the purposes </w:t>
      </w:r>
      <w:r>
        <w:t xml:space="preserve">of marketing and promotion of the </w:t>
      </w:r>
      <w:r w:rsidR="002E1BE6">
        <w:t>markets</w:t>
      </w:r>
      <w:r>
        <w:t xml:space="preserve">. </w:t>
      </w:r>
    </w:p>
    <w:p w14:paraId="3464E72C" w14:textId="77777777" w:rsidR="002E1BE6" w:rsidRDefault="002E1BE6"/>
    <w:p w14:paraId="2685D8A9" w14:textId="6F23E40E" w:rsidR="00E74FFB" w:rsidRDefault="00615AD0">
      <w:pPr>
        <w:pStyle w:val="Heading2"/>
      </w:pPr>
      <w:r>
        <w:t>8</w:t>
      </w:r>
      <w:r w:rsidR="00356EAB">
        <w:t>. Declaration</w:t>
      </w:r>
    </w:p>
    <w:p w14:paraId="21ABD2BA" w14:textId="77777777" w:rsidR="00193C14" w:rsidRDefault="00356EAB">
      <w:r>
        <w:t>I confirm the information provided is accurate. I understand that submitting this application does not guarantee participation in the Angus Producers Market</w:t>
      </w:r>
      <w:r w:rsidR="00193C14">
        <w:t xml:space="preserve">. </w:t>
      </w:r>
    </w:p>
    <w:p w14:paraId="77D58FBA" w14:textId="5F502BC3" w:rsidR="00E74FFB" w:rsidRDefault="00356EAB">
      <w:r>
        <w:t>I understand that any failure to comply with safety, licensing, or insurance requirements may result in the loss of trading rights.</w:t>
      </w:r>
    </w:p>
    <w:p w14:paraId="6E548FBA" w14:textId="46BC02A1" w:rsidR="00193C14" w:rsidRDefault="00193C14">
      <w:r>
        <w:t xml:space="preserve">I confirm I have read, understood and will comply with the Market Rules &amp; Criteria and understand that failure to comply may result in the loss of trading rights </w:t>
      </w:r>
    </w:p>
    <w:p w14:paraId="2ACB1749" w14:textId="434F8BBF" w:rsidR="00193C14" w:rsidRDefault="00193C14">
      <w:r>
        <w:t>I agree that PAM can store my details to ensure compliance with market regulations</w:t>
      </w:r>
      <w:r w:rsidR="006D169E">
        <w:t xml:space="preserve"> and to contact me for future markets</w:t>
      </w:r>
    </w:p>
    <w:p w14:paraId="56F7C596" w14:textId="77777777" w:rsidR="00E74FFB" w:rsidRDefault="00356EAB">
      <w:r>
        <w:br/>
        <w:t>Signed: _____________________________</w:t>
      </w:r>
    </w:p>
    <w:p w14:paraId="7A63DE6F" w14:textId="77777777" w:rsidR="00E74FFB" w:rsidRDefault="00356EAB">
      <w:r>
        <w:t>Date: ___________________</w:t>
      </w:r>
    </w:p>
    <w:p w14:paraId="64594B72" w14:textId="77777777" w:rsidR="00E74FFB" w:rsidRDefault="00356EAB">
      <w:r>
        <w:t>Print Name: ___________________________________</w:t>
      </w:r>
    </w:p>
    <w:sectPr w:rsidR="00E74FFB" w:rsidSect="00C049C0">
      <w:head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70895" w14:textId="77777777" w:rsidR="00D016B0" w:rsidRDefault="00D016B0" w:rsidP="00C049C0">
      <w:pPr>
        <w:spacing w:after="0" w:line="240" w:lineRule="auto"/>
      </w:pPr>
      <w:r>
        <w:separator/>
      </w:r>
    </w:p>
  </w:endnote>
  <w:endnote w:type="continuationSeparator" w:id="0">
    <w:p w14:paraId="6C1EC837" w14:textId="77777777" w:rsidR="00D016B0" w:rsidRDefault="00D016B0" w:rsidP="00C04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00002FF" w:usb1="6AC7FFFF" w:usb2="08000012" w:usb3="00000000" w:csb0="0002009F" w:csb1="00000000"/>
  </w:font>
  <w:font w:name="Courier">
    <w:panose1 w:val="00000000000000000000"/>
    <w:charset w:val="00"/>
    <w:family w:val="modern"/>
    <w:pitch w:val="fixed"/>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D6BD0" w14:textId="77777777" w:rsidR="00D016B0" w:rsidRDefault="00D016B0" w:rsidP="00C049C0">
      <w:pPr>
        <w:spacing w:after="0" w:line="240" w:lineRule="auto"/>
      </w:pPr>
      <w:r>
        <w:separator/>
      </w:r>
    </w:p>
  </w:footnote>
  <w:footnote w:type="continuationSeparator" w:id="0">
    <w:p w14:paraId="7E28D18E" w14:textId="77777777" w:rsidR="00D016B0" w:rsidRDefault="00D016B0" w:rsidP="00C049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43AA" w14:textId="09204B25" w:rsidR="00C049C0" w:rsidRDefault="00C049C0" w:rsidP="00C049C0">
    <w:pPr>
      <w:pStyle w:val="Header"/>
    </w:pPr>
    <w:r>
      <w:rPr>
        <w:noProof/>
      </w:rPr>
      <w:drawing>
        <wp:anchor distT="0" distB="0" distL="114300" distR="114300" simplePos="0" relativeHeight="251659264" behindDoc="1" locked="0" layoutInCell="1" allowOverlap="1" wp14:anchorId="11057D91" wp14:editId="1AAEEEFB">
          <wp:simplePos x="0" y="0"/>
          <wp:positionH relativeFrom="column">
            <wp:posOffset>5295691</wp:posOffset>
          </wp:positionH>
          <wp:positionV relativeFrom="paragraph">
            <wp:posOffset>-318000</wp:posOffset>
          </wp:positionV>
          <wp:extent cx="1135089" cy="1030147"/>
          <wp:effectExtent l="0" t="0" r="0" b="0"/>
          <wp:wrapNone/>
          <wp:docPr id="1887481523" name="Picture 3" descr="A logo for a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81523" name="Picture 3" descr="A logo for a market&#10;&#10;AI-generated content may be incorrect."/>
                  <pic:cNvPicPr/>
                </pic:nvPicPr>
                <pic:blipFill>
                  <a:blip r:embed="rId1"/>
                  <a:stretch>
                    <a:fillRect/>
                  </a:stretch>
                </pic:blipFill>
                <pic:spPr>
                  <a:xfrm>
                    <a:off x="0" y="0"/>
                    <a:ext cx="1135089" cy="1030147"/>
                  </a:xfrm>
                  <a:prstGeom prst="rect">
                    <a:avLst/>
                  </a:prstGeom>
                </pic:spPr>
              </pic:pic>
            </a:graphicData>
          </a:graphic>
          <wp14:sizeRelH relativeFrom="margin">
            <wp14:pctWidth>0</wp14:pctWidth>
          </wp14:sizeRelH>
          <wp14:sizeRelV relativeFrom="margin">
            <wp14:pctHeight>0</wp14:pctHeight>
          </wp14:sizeRelV>
        </wp:anchor>
      </w:drawing>
    </w:r>
    <w:r>
      <w:t xml:space="preserve">PAM Trader Application </w:t>
    </w:r>
    <w:r>
      <w:tab/>
    </w:r>
    <w:r>
      <w:tab/>
    </w:r>
  </w:p>
  <w:p w14:paraId="1F3036A7" w14:textId="77777777" w:rsidR="00C049C0" w:rsidRDefault="00C049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86977136">
    <w:abstractNumId w:val="8"/>
  </w:num>
  <w:num w:numId="2" w16cid:durableId="1941062129">
    <w:abstractNumId w:val="6"/>
  </w:num>
  <w:num w:numId="3" w16cid:durableId="316961941">
    <w:abstractNumId w:val="5"/>
  </w:num>
  <w:num w:numId="4" w16cid:durableId="1801070115">
    <w:abstractNumId w:val="4"/>
  </w:num>
  <w:num w:numId="5" w16cid:durableId="1316563658">
    <w:abstractNumId w:val="7"/>
  </w:num>
  <w:num w:numId="6" w16cid:durableId="497618876">
    <w:abstractNumId w:val="3"/>
  </w:num>
  <w:num w:numId="7" w16cid:durableId="1891530159">
    <w:abstractNumId w:val="2"/>
  </w:num>
  <w:num w:numId="8" w16cid:durableId="952522058">
    <w:abstractNumId w:val="1"/>
  </w:num>
  <w:num w:numId="9" w16cid:durableId="101001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00B6F"/>
    <w:rsid w:val="0015074B"/>
    <w:rsid w:val="00193C14"/>
    <w:rsid w:val="0029639D"/>
    <w:rsid w:val="002E1BE6"/>
    <w:rsid w:val="002E6A02"/>
    <w:rsid w:val="00326F90"/>
    <w:rsid w:val="00356EAB"/>
    <w:rsid w:val="00456FCC"/>
    <w:rsid w:val="00615AD0"/>
    <w:rsid w:val="006D169E"/>
    <w:rsid w:val="006F24E0"/>
    <w:rsid w:val="007A6002"/>
    <w:rsid w:val="00AA1D8D"/>
    <w:rsid w:val="00B01E4E"/>
    <w:rsid w:val="00B15D7E"/>
    <w:rsid w:val="00B47730"/>
    <w:rsid w:val="00B950D9"/>
    <w:rsid w:val="00C049C0"/>
    <w:rsid w:val="00C470BE"/>
    <w:rsid w:val="00CB0664"/>
    <w:rsid w:val="00D016B0"/>
    <w:rsid w:val="00E74FFB"/>
    <w:rsid w:val="00E76209"/>
    <w:rsid w:val="00E935B5"/>
    <w:rsid w:val="00F65437"/>
    <w:rsid w:val="00F7658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47A54D"/>
  <w14:defaultImageDpi w14:val="300"/>
  <w15:docId w15:val="{7E928DA7-725D-174C-8766-A6912A198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6D169E"/>
    <w:pPr>
      <w:keepNext/>
      <w:keepLines/>
      <w:spacing w:before="360" w:after="0"/>
      <w:outlineLvl w:val="0"/>
    </w:pPr>
    <w:rPr>
      <w:rFonts w:asciiTheme="majorHAnsi" w:eastAsiaTheme="majorEastAsia" w:hAnsiTheme="majorHAnsi" w:cstheme="majorBidi"/>
      <w:b/>
      <w:bCs/>
      <w:color w:val="830F0E"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B01513"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B01513"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B01513"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570A09"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570A09"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B01513"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6D169E"/>
    <w:rPr>
      <w:rFonts w:asciiTheme="majorHAnsi" w:eastAsiaTheme="majorEastAsia" w:hAnsiTheme="majorHAnsi" w:cstheme="majorBidi"/>
      <w:b/>
      <w:bCs/>
      <w:color w:val="830F0E"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B01513"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B01513" w:themeColor="accent1"/>
    </w:rPr>
  </w:style>
  <w:style w:type="paragraph" w:styleId="Title">
    <w:name w:val="Title"/>
    <w:basedOn w:val="Normal"/>
    <w:next w:val="Normal"/>
    <w:link w:val="TitleChar"/>
    <w:uiPriority w:val="10"/>
    <w:qFormat/>
    <w:rsid w:val="00FC693F"/>
    <w:pPr>
      <w:pBdr>
        <w:bottom w:val="single" w:sz="8" w:space="4" w:color="B01513" w:themeColor="accent1"/>
      </w:pBdr>
      <w:spacing w:after="300" w:line="240" w:lineRule="auto"/>
      <w:contextualSpacing/>
    </w:pPr>
    <w:rPr>
      <w:rFonts w:asciiTheme="majorHAnsi" w:eastAsiaTheme="majorEastAsia" w:hAnsiTheme="majorHAnsi" w:cstheme="majorBidi"/>
      <w:color w:val="163C3F"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63C3F"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B01513"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B01513"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B01513"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570A09"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570A09"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B01513"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B01513"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B01513" w:themeColor="accent1"/>
      </w:pBdr>
      <w:spacing w:before="200" w:after="280"/>
      <w:ind w:left="936" w:right="936"/>
    </w:pPr>
    <w:rPr>
      <w:b/>
      <w:bCs/>
      <w:i/>
      <w:iCs/>
      <w:color w:val="B01513" w:themeColor="accent1"/>
    </w:rPr>
  </w:style>
  <w:style w:type="character" w:customStyle="1" w:styleId="IntenseQuoteChar">
    <w:name w:val="Intense Quote Char"/>
    <w:basedOn w:val="DefaultParagraphFont"/>
    <w:link w:val="IntenseQuote"/>
    <w:uiPriority w:val="30"/>
    <w:rsid w:val="00FC693F"/>
    <w:rPr>
      <w:b/>
      <w:bCs/>
      <w:i/>
      <w:iCs/>
      <w:color w:val="B01513"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B01513" w:themeColor="accent1"/>
    </w:rPr>
  </w:style>
  <w:style w:type="character" w:styleId="SubtleReference">
    <w:name w:val="Subtle Reference"/>
    <w:basedOn w:val="DefaultParagraphFont"/>
    <w:uiPriority w:val="31"/>
    <w:qFormat/>
    <w:rsid w:val="00FC693F"/>
    <w:rPr>
      <w:smallCaps/>
      <w:color w:val="EA6312" w:themeColor="accent2"/>
      <w:u w:val="single"/>
    </w:rPr>
  </w:style>
  <w:style w:type="character" w:styleId="IntenseReference">
    <w:name w:val="Intense Reference"/>
    <w:basedOn w:val="DefaultParagraphFont"/>
    <w:uiPriority w:val="32"/>
    <w:qFormat/>
    <w:rsid w:val="00FC693F"/>
    <w:rPr>
      <w:b/>
      <w:bCs/>
      <w:smallCaps/>
      <w:color w:val="EA6312"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830F0E" w:themeColor="accent1" w:themeShade="BF"/>
    </w:rPr>
    <w:tblPr>
      <w:tblStyleRowBandSize w:val="1"/>
      <w:tblStyleColBandSize w:val="1"/>
      <w:tblBorders>
        <w:top w:val="single" w:sz="8" w:space="0" w:color="B01513" w:themeColor="accent1"/>
        <w:bottom w:val="single" w:sz="8" w:space="0" w:color="B01513" w:themeColor="accent1"/>
      </w:tblBorders>
    </w:tblPr>
    <w:tblStylePr w:type="firstRow">
      <w:pPr>
        <w:spacing w:before="0" w:after="0" w:line="240" w:lineRule="auto"/>
      </w:pPr>
      <w:rPr>
        <w:b/>
        <w:bCs/>
      </w:rPr>
      <w:tblPr/>
      <w:tcPr>
        <w:tcBorders>
          <w:top w:val="single" w:sz="8" w:space="0" w:color="B01513" w:themeColor="accent1"/>
          <w:left w:val="nil"/>
          <w:bottom w:val="single" w:sz="8" w:space="0" w:color="B01513" w:themeColor="accent1"/>
          <w:right w:val="nil"/>
          <w:insideH w:val="nil"/>
          <w:insideV w:val="nil"/>
        </w:tcBorders>
      </w:tcPr>
    </w:tblStylePr>
    <w:tblStylePr w:type="lastRow">
      <w:pPr>
        <w:spacing w:before="0" w:after="0" w:line="240" w:lineRule="auto"/>
      </w:pPr>
      <w:rPr>
        <w:b/>
        <w:bCs/>
      </w:rPr>
      <w:tblPr/>
      <w:tcPr>
        <w:tcBorders>
          <w:top w:val="single" w:sz="8" w:space="0" w:color="B01513" w:themeColor="accent1"/>
          <w:left w:val="nil"/>
          <w:bottom w:val="single" w:sz="8" w:space="0" w:color="B0151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B9B8" w:themeFill="accent1" w:themeFillTint="3F"/>
      </w:tcPr>
    </w:tblStylePr>
    <w:tblStylePr w:type="band1Horz">
      <w:tblPr/>
      <w:tcPr>
        <w:tcBorders>
          <w:left w:val="nil"/>
          <w:right w:val="nil"/>
          <w:insideH w:val="nil"/>
          <w:insideV w:val="nil"/>
        </w:tcBorders>
        <w:shd w:val="clear" w:color="auto" w:fill="F7B9B8" w:themeFill="accent1" w:themeFillTint="3F"/>
      </w:tcPr>
    </w:tblStylePr>
  </w:style>
  <w:style w:type="table" w:styleId="LightShading-Accent2">
    <w:name w:val="Light Shading Accent 2"/>
    <w:basedOn w:val="TableNormal"/>
    <w:uiPriority w:val="60"/>
    <w:rsid w:val="00FC693F"/>
    <w:pPr>
      <w:spacing w:after="0" w:line="240" w:lineRule="auto"/>
    </w:pPr>
    <w:rPr>
      <w:color w:val="AF490D" w:themeColor="accent2" w:themeShade="BF"/>
    </w:rPr>
    <w:tblPr>
      <w:tblStyleRowBandSize w:val="1"/>
      <w:tblStyleColBandSize w:val="1"/>
      <w:tblBorders>
        <w:top w:val="single" w:sz="8" w:space="0" w:color="EA6312" w:themeColor="accent2"/>
        <w:bottom w:val="single" w:sz="8" w:space="0" w:color="EA6312" w:themeColor="accent2"/>
      </w:tblBorders>
    </w:tblPr>
    <w:tblStylePr w:type="firstRow">
      <w:pPr>
        <w:spacing w:before="0" w:after="0" w:line="240" w:lineRule="auto"/>
      </w:pPr>
      <w:rPr>
        <w:b/>
        <w:bCs/>
      </w:rPr>
      <w:tblPr/>
      <w:tcPr>
        <w:tcBorders>
          <w:top w:val="single" w:sz="8" w:space="0" w:color="EA6312" w:themeColor="accent2"/>
          <w:left w:val="nil"/>
          <w:bottom w:val="single" w:sz="8" w:space="0" w:color="EA6312" w:themeColor="accent2"/>
          <w:right w:val="nil"/>
          <w:insideH w:val="nil"/>
          <w:insideV w:val="nil"/>
        </w:tcBorders>
      </w:tcPr>
    </w:tblStylePr>
    <w:tblStylePr w:type="lastRow">
      <w:pPr>
        <w:spacing w:before="0" w:after="0" w:line="240" w:lineRule="auto"/>
      </w:pPr>
      <w:rPr>
        <w:b/>
        <w:bCs/>
      </w:rPr>
      <w:tblPr/>
      <w:tcPr>
        <w:tcBorders>
          <w:top w:val="single" w:sz="8" w:space="0" w:color="EA6312" w:themeColor="accent2"/>
          <w:left w:val="nil"/>
          <w:bottom w:val="single" w:sz="8" w:space="0" w:color="EA631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7C3" w:themeFill="accent2" w:themeFillTint="3F"/>
      </w:tcPr>
    </w:tblStylePr>
    <w:tblStylePr w:type="band1Horz">
      <w:tblPr/>
      <w:tcPr>
        <w:tcBorders>
          <w:left w:val="nil"/>
          <w:right w:val="nil"/>
          <w:insideH w:val="nil"/>
          <w:insideV w:val="nil"/>
        </w:tcBorders>
        <w:shd w:val="clear" w:color="auto" w:fill="FAD7C3" w:themeFill="accent2" w:themeFillTint="3F"/>
      </w:tcPr>
    </w:tblStylePr>
  </w:style>
  <w:style w:type="table" w:styleId="LightShading-Accent3">
    <w:name w:val="Light Shading Accent 3"/>
    <w:basedOn w:val="TableNormal"/>
    <w:uiPriority w:val="60"/>
    <w:rsid w:val="00FC693F"/>
    <w:pPr>
      <w:spacing w:after="0" w:line="240" w:lineRule="auto"/>
    </w:pPr>
    <w:rPr>
      <w:color w:val="B58D15" w:themeColor="accent3" w:themeShade="BF"/>
    </w:rPr>
    <w:tblPr>
      <w:tblStyleRowBandSize w:val="1"/>
      <w:tblStyleColBandSize w:val="1"/>
      <w:tblBorders>
        <w:top w:val="single" w:sz="8" w:space="0" w:color="E6B729" w:themeColor="accent3"/>
        <w:bottom w:val="single" w:sz="8" w:space="0" w:color="E6B729" w:themeColor="accent3"/>
      </w:tblBorders>
    </w:tblPr>
    <w:tblStylePr w:type="firstRow">
      <w:pPr>
        <w:spacing w:before="0" w:after="0" w:line="240" w:lineRule="auto"/>
      </w:pPr>
      <w:rPr>
        <w:b/>
        <w:bCs/>
      </w:rPr>
      <w:tblPr/>
      <w:tcPr>
        <w:tcBorders>
          <w:top w:val="single" w:sz="8" w:space="0" w:color="E6B729" w:themeColor="accent3"/>
          <w:left w:val="nil"/>
          <w:bottom w:val="single" w:sz="8" w:space="0" w:color="E6B729" w:themeColor="accent3"/>
          <w:right w:val="nil"/>
          <w:insideH w:val="nil"/>
          <w:insideV w:val="nil"/>
        </w:tcBorders>
      </w:tcPr>
    </w:tblStylePr>
    <w:tblStylePr w:type="lastRow">
      <w:pPr>
        <w:spacing w:before="0" w:after="0" w:line="240" w:lineRule="auto"/>
      </w:pPr>
      <w:rPr>
        <w:b/>
        <w:bCs/>
      </w:rPr>
      <w:tblPr/>
      <w:tcPr>
        <w:tcBorders>
          <w:top w:val="single" w:sz="8" w:space="0" w:color="E6B729" w:themeColor="accent3"/>
          <w:left w:val="nil"/>
          <w:bottom w:val="single" w:sz="8" w:space="0" w:color="E6B7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DC9" w:themeFill="accent3" w:themeFillTint="3F"/>
      </w:tcPr>
    </w:tblStylePr>
    <w:tblStylePr w:type="band1Horz">
      <w:tblPr/>
      <w:tcPr>
        <w:tcBorders>
          <w:left w:val="nil"/>
          <w:right w:val="nil"/>
          <w:insideH w:val="nil"/>
          <w:insideV w:val="nil"/>
        </w:tcBorders>
        <w:shd w:val="clear" w:color="auto" w:fill="F8EDC9" w:themeFill="accent3" w:themeFillTint="3F"/>
      </w:tcPr>
    </w:tblStylePr>
  </w:style>
  <w:style w:type="table" w:styleId="LightShading-Accent4">
    <w:name w:val="Light Shading Accent 4"/>
    <w:basedOn w:val="TableNormal"/>
    <w:uiPriority w:val="60"/>
    <w:rsid w:val="00FC693F"/>
    <w:pPr>
      <w:spacing w:after="0" w:line="240" w:lineRule="auto"/>
    </w:pPr>
    <w:rPr>
      <w:color w:val="4A856C" w:themeColor="accent4" w:themeShade="BF"/>
    </w:rPr>
    <w:tblPr>
      <w:tblStyleRowBandSize w:val="1"/>
      <w:tblStyleColBandSize w:val="1"/>
      <w:tblBorders>
        <w:top w:val="single" w:sz="8" w:space="0" w:color="6AAC90" w:themeColor="accent4"/>
        <w:bottom w:val="single" w:sz="8" w:space="0" w:color="6AAC90" w:themeColor="accent4"/>
      </w:tblBorders>
    </w:tblPr>
    <w:tblStylePr w:type="firstRow">
      <w:pPr>
        <w:spacing w:before="0" w:after="0" w:line="240" w:lineRule="auto"/>
      </w:pPr>
      <w:rPr>
        <w:b/>
        <w:bCs/>
      </w:rPr>
      <w:tblPr/>
      <w:tcPr>
        <w:tcBorders>
          <w:top w:val="single" w:sz="8" w:space="0" w:color="6AAC90" w:themeColor="accent4"/>
          <w:left w:val="nil"/>
          <w:bottom w:val="single" w:sz="8" w:space="0" w:color="6AAC90" w:themeColor="accent4"/>
          <w:right w:val="nil"/>
          <w:insideH w:val="nil"/>
          <w:insideV w:val="nil"/>
        </w:tcBorders>
      </w:tcPr>
    </w:tblStylePr>
    <w:tblStylePr w:type="lastRow">
      <w:pPr>
        <w:spacing w:before="0" w:after="0" w:line="240" w:lineRule="auto"/>
      </w:pPr>
      <w:rPr>
        <w:b/>
        <w:bCs/>
      </w:rPr>
      <w:tblPr/>
      <w:tcPr>
        <w:tcBorders>
          <w:top w:val="single" w:sz="8" w:space="0" w:color="6AAC90" w:themeColor="accent4"/>
          <w:left w:val="nil"/>
          <w:bottom w:val="single" w:sz="8" w:space="0" w:color="6AAC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AE3" w:themeFill="accent4" w:themeFillTint="3F"/>
      </w:tcPr>
    </w:tblStylePr>
    <w:tblStylePr w:type="band1Horz">
      <w:tblPr/>
      <w:tcPr>
        <w:tcBorders>
          <w:left w:val="nil"/>
          <w:right w:val="nil"/>
          <w:insideH w:val="nil"/>
          <w:insideV w:val="nil"/>
        </w:tcBorders>
        <w:shd w:val="clear" w:color="auto" w:fill="DAEAE3" w:themeFill="accent4" w:themeFillTint="3F"/>
      </w:tcPr>
    </w:tblStylePr>
  </w:style>
  <w:style w:type="table" w:styleId="LightShading-Accent5">
    <w:name w:val="Light Shading Accent 5"/>
    <w:basedOn w:val="TableNormal"/>
    <w:uiPriority w:val="60"/>
    <w:rsid w:val="00FC693F"/>
    <w:pPr>
      <w:spacing w:after="0" w:line="240" w:lineRule="auto"/>
    </w:pPr>
    <w:rPr>
      <w:color w:val="3E6273" w:themeColor="accent5" w:themeShade="BF"/>
    </w:rPr>
    <w:tblPr>
      <w:tblStyleRowBandSize w:val="1"/>
      <w:tblStyleColBandSize w:val="1"/>
      <w:tblBorders>
        <w:top w:val="single" w:sz="8" w:space="0" w:color="54849A" w:themeColor="accent5"/>
        <w:bottom w:val="single" w:sz="8" w:space="0" w:color="54849A" w:themeColor="accent5"/>
      </w:tblBorders>
    </w:tblPr>
    <w:tblStylePr w:type="firstRow">
      <w:pPr>
        <w:spacing w:before="0" w:after="0" w:line="240" w:lineRule="auto"/>
      </w:pPr>
      <w:rPr>
        <w:b/>
        <w:bCs/>
      </w:rPr>
      <w:tblPr/>
      <w:tcPr>
        <w:tcBorders>
          <w:top w:val="single" w:sz="8" w:space="0" w:color="54849A" w:themeColor="accent5"/>
          <w:left w:val="nil"/>
          <w:bottom w:val="single" w:sz="8" w:space="0" w:color="54849A" w:themeColor="accent5"/>
          <w:right w:val="nil"/>
          <w:insideH w:val="nil"/>
          <w:insideV w:val="nil"/>
        </w:tcBorders>
      </w:tcPr>
    </w:tblStylePr>
    <w:tblStylePr w:type="lastRow">
      <w:pPr>
        <w:spacing w:before="0" w:after="0" w:line="240" w:lineRule="auto"/>
      </w:pPr>
      <w:rPr>
        <w:b/>
        <w:bCs/>
      </w:rPr>
      <w:tblPr/>
      <w:tcPr>
        <w:tcBorders>
          <w:top w:val="single" w:sz="8" w:space="0" w:color="54849A" w:themeColor="accent5"/>
          <w:left w:val="nil"/>
          <w:bottom w:val="single" w:sz="8" w:space="0" w:color="5484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7" w:themeFill="accent5" w:themeFillTint="3F"/>
      </w:tcPr>
    </w:tblStylePr>
    <w:tblStylePr w:type="band1Horz">
      <w:tblPr/>
      <w:tcPr>
        <w:tcBorders>
          <w:left w:val="nil"/>
          <w:right w:val="nil"/>
          <w:insideH w:val="nil"/>
          <w:insideV w:val="nil"/>
        </w:tcBorders>
        <w:shd w:val="clear" w:color="auto" w:fill="D3E0E7" w:themeFill="accent5" w:themeFillTint="3F"/>
      </w:tcPr>
    </w:tblStylePr>
  </w:style>
  <w:style w:type="table" w:styleId="LightShading-Accent6">
    <w:name w:val="Light Shading Accent 6"/>
    <w:basedOn w:val="TableNormal"/>
    <w:uiPriority w:val="60"/>
    <w:rsid w:val="00FC693F"/>
    <w:pPr>
      <w:spacing w:after="0" w:line="240" w:lineRule="auto"/>
    </w:pPr>
    <w:rPr>
      <w:color w:val="764673" w:themeColor="accent6" w:themeShade="BF"/>
    </w:rPr>
    <w:tblPr>
      <w:tblStyleRowBandSize w:val="1"/>
      <w:tblStyleColBandSize w:val="1"/>
      <w:tblBorders>
        <w:top w:val="single" w:sz="8" w:space="0" w:color="9E5E9B" w:themeColor="accent6"/>
        <w:bottom w:val="single" w:sz="8" w:space="0" w:color="9E5E9B" w:themeColor="accent6"/>
      </w:tblBorders>
    </w:tblPr>
    <w:tblStylePr w:type="firstRow">
      <w:pPr>
        <w:spacing w:before="0" w:after="0" w:line="240" w:lineRule="auto"/>
      </w:pPr>
      <w:rPr>
        <w:b/>
        <w:bCs/>
      </w:rPr>
      <w:tblPr/>
      <w:tcPr>
        <w:tcBorders>
          <w:top w:val="single" w:sz="8" w:space="0" w:color="9E5E9B" w:themeColor="accent6"/>
          <w:left w:val="nil"/>
          <w:bottom w:val="single" w:sz="8" w:space="0" w:color="9E5E9B" w:themeColor="accent6"/>
          <w:right w:val="nil"/>
          <w:insideH w:val="nil"/>
          <w:insideV w:val="nil"/>
        </w:tcBorders>
      </w:tcPr>
    </w:tblStylePr>
    <w:tblStylePr w:type="lastRow">
      <w:pPr>
        <w:spacing w:before="0" w:after="0" w:line="240" w:lineRule="auto"/>
      </w:pPr>
      <w:rPr>
        <w:b/>
        <w:bCs/>
      </w:rPr>
      <w:tblPr/>
      <w:tcPr>
        <w:tcBorders>
          <w:top w:val="single" w:sz="8" w:space="0" w:color="9E5E9B" w:themeColor="accent6"/>
          <w:left w:val="nil"/>
          <w:bottom w:val="single" w:sz="8" w:space="0" w:color="9E5E9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D6E6" w:themeFill="accent6" w:themeFillTint="3F"/>
      </w:tcPr>
    </w:tblStylePr>
    <w:tblStylePr w:type="band1Horz">
      <w:tblPr/>
      <w:tcPr>
        <w:tcBorders>
          <w:left w:val="nil"/>
          <w:right w:val="nil"/>
          <w:insideH w:val="nil"/>
          <w:insideV w:val="nil"/>
        </w:tcBorders>
        <w:shd w:val="clear" w:color="auto" w:fill="E7D6E6"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B01513" w:themeColor="accent1"/>
        <w:left w:val="single" w:sz="8" w:space="0" w:color="B01513" w:themeColor="accent1"/>
        <w:bottom w:val="single" w:sz="8" w:space="0" w:color="B01513" w:themeColor="accent1"/>
        <w:right w:val="single" w:sz="8" w:space="0" w:color="B01513" w:themeColor="accent1"/>
      </w:tblBorders>
    </w:tblPr>
    <w:tblStylePr w:type="firstRow">
      <w:pPr>
        <w:spacing w:before="0" w:after="0" w:line="240" w:lineRule="auto"/>
      </w:pPr>
      <w:rPr>
        <w:b/>
        <w:bCs/>
        <w:color w:val="FFFFFF" w:themeColor="background1"/>
      </w:rPr>
      <w:tblPr/>
      <w:tcPr>
        <w:shd w:val="clear" w:color="auto" w:fill="B01513" w:themeFill="accent1"/>
      </w:tcPr>
    </w:tblStylePr>
    <w:tblStylePr w:type="lastRow">
      <w:pPr>
        <w:spacing w:before="0" w:after="0" w:line="240" w:lineRule="auto"/>
      </w:pPr>
      <w:rPr>
        <w:b/>
        <w:bCs/>
      </w:rPr>
      <w:tblPr/>
      <w:tcPr>
        <w:tcBorders>
          <w:top w:val="double" w:sz="6" w:space="0" w:color="B01513" w:themeColor="accent1"/>
          <w:left w:val="single" w:sz="8" w:space="0" w:color="B01513" w:themeColor="accent1"/>
          <w:bottom w:val="single" w:sz="8" w:space="0" w:color="B01513" w:themeColor="accent1"/>
          <w:right w:val="single" w:sz="8" w:space="0" w:color="B01513" w:themeColor="accent1"/>
        </w:tcBorders>
      </w:tcPr>
    </w:tblStylePr>
    <w:tblStylePr w:type="firstCol">
      <w:rPr>
        <w:b/>
        <w:bCs/>
      </w:rPr>
    </w:tblStylePr>
    <w:tblStylePr w:type="lastCol">
      <w:rPr>
        <w:b/>
        <w:bCs/>
      </w:rPr>
    </w:tblStylePr>
    <w:tblStylePr w:type="band1Vert">
      <w:tblPr/>
      <w:tcPr>
        <w:tcBorders>
          <w:top w:val="single" w:sz="8" w:space="0" w:color="B01513" w:themeColor="accent1"/>
          <w:left w:val="single" w:sz="8" w:space="0" w:color="B01513" w:themeColor="accent1"/>
          <w:bottom w:val="single" w:sz="8" w:space="0" w:color="B01513" w:themeColor="accent1"/>
          <w:right w:val="single" w:sz="8" w:space="0" w:color="B01513" w:themeColor="accent1"/>
        </w:tcBorders>
      </w:tcPr>
    </w:tblStylePr>
    <w:tblStylePr w:type="band1Horz">
      <w:tblPr/>
      <w:tcPr>
        <w:tcBorders>
          <w:top w:val="single" w:sz="8" w:space="0" w:color="B01513" w:themeColor="accent1"/>
          <w:left w:val="single" w:sz="8" w:space="0" w:color="B01513" w:themeColor="accent1"/>
          <w:bottom w:val="single" w:sz="8" w:space="0" w:color="B01513" w:themeColor="accent1"/>
          <w:right w:val="single" w:sz="8" w:space="0" w:color="B01513"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A6312" w:themeColor="accent2"/>
        <w:left w:val="single" w:sz="8" w:space="0" w:color="EA6312" w:themeColor="accent2"/>
        <w:bottom w:val="single" w:sz="8" w:space="0" w:color="EA6312" w:themeColor="accent2"/>
        <w:right w:val="single" w:sz="8" w:space="0" w:color="EA6312" w:themeColor="accent2"/>
      </w:tblBorders>
    </w:tblPr>
    <w:tblStylePr w:type="firstRow">
      <w:pPr>
        <w:spacing w:before="0" w:after="0" w:line="240" w:lineRule="auto"/>
      </w:pPr>
      <w:rPr>
        <w:b/>
        <w:bCs/>
        <w:color w:val="FFFFFF" w:themeColor="background1"/>
      </w:rPr>
      <w:tblPr/>
      <w:tcPr>
        <w:shd w:val="clear" w:color="auto" w:fill="EA6312" w:themeFill="accent2"/>
      </w:tcPr>
    </w:tblStylePr>
    <w:tblStylePr w:type="lastRow">
      <w:pPr>
        <w:spacing w:before="0" w:after="0" w:line="240" w:lineRule="auto"/>
      </w:pPr>
      <w:rPr>
        <w:b/>
        <w:bCs/>
      </w:rPr>
      <w:tblPr/>
      <w:tcPr>
        <w:tcBorders>
          <w:top w:val="double" w:sz="6" w:space="0" w:color="EA6312" w:themeColor="accent2"/>
          <w:left w:val="single" w:sz="8" w:space="0" w:color="EA6312" w:themeColor="accent2"/>
          <w:bottom w:val="single" w:sz="8" w:space="0" w:color="EA6312" w:themeColor="accent2"/>
          <w:right w:val="single" w:sz="8" w:space="0" w:color="EA6312" w:themeColor="accent2"/>
        </w:tcBorders>
      </w:tcPr>
    </w:tblStylePr>
    <w:tblStylePr w:type="firstCol">
      <w:rPr>
        <w:b/>
        <w:bCs/>
      </w:rPr>
    </w:tblStylePr>
    <w:tblStylePr w:type="lastCol">
      <w:rPr>
        <w:b/>
        <w:bCs/>
      </w:rPr>
    </w:tblStylePr>
    <w:tblStylePr w:type="band1Vert">
      <w:tblPr/>
      <w:tcPr>
        <w:tcBorders>
          <w:top w:val="single" w:sz="8" w:space="0" w:color="EA6312" w:themeColor="accent2"/>
          <w:left w:val="single" w:sz="8" w:space="0" w:color="EA6312" w:themeColor="accent2"/>
          <w:bottom w:val="single" w:sz="8" w:space="0" w:color="EA6312" w:themeColor="accent2"/>
          <w:right w:val="single" w:sz="8" w:space="0" w:color="EA6312" w:themeColor="accent2"/>
        </w:tcBorders>
      </w:tcPr>
    </w:tblStylePr>
    <w:tblStylePr w:type="band1Horz">
      <w:tblPr/>
      <w:tcPr>
        <w:tcBorders>
          <w:top w:val="single" w:sz="8" w:space="0" w:color="EA6312" w:themeColor="accent2"/>
          <w:left w:val="single" w:sz="8" w:space="0" w:color="EA6312" w:themeColor="accent2"/>
          <w:bottom w:val="single" w:sz="8" w:space="0" w:color="EA6312" w:themeColor="accent2"/>
          <w:right w:val="single" w:sz="8" w:space="0" w:color="EA631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E6B729" w:themeColor="accent3"/>
        <w:left w:val="single" w:sz="8" w:space="0" w:color="E6B729" w:themeColor="accent3"/>
        <w:bottom w:val="single" w:sz="8" w:space="0" w:color="E6B729" w:themeColor="accent3"/>
        <w:right w:val="single" w:sz="8" w:space="0" w:color="E6B729" w:themeColor="accent3"/>
      </w:tblBorders>
    </w:tblPr>
    <w:tblStylePr w:type="firstRow">
      <w:pPr>
        <w:spacing w:before="0" w:after="0" w:line="240" w:lineRule="auto"/>
      </w:pPr>
      <w:rPr>
        <w:b/>
        <w:bCs/>
        <w:color w:val="FFFFFF" w:themeColor="background1"/>
      </w:rPr>
      <w:tblPr/>
      <w:tcPr>
        <w:shd w:val="clear" w:color="auto" w:fill="E6B729" w:themeFill="accent3"/>
      </w:tcPr>
    </w:tblStylePr>
    <w:tblStylePr w:type="lastRow">
      <w:pPr>
        <w:spacing w:before="0" w:after="0" w:line="240" w:lineRule="auto"/>
      </w:pPr>
      <w:rPr>
        <w:b/>
        <w:bCs/>
      </w:rPr>
      <w:tblPr/>
      <w:tcPr>
        <w:tcBorders>
          <w:top w:val="double" w:sz="6" w:space="0" w:color="E6B729" w:themeColor="accent3"/>
          <w:left w:val="single" w:sz="8" w:space="0" w:color="E6B729" w:themeColor="accent3"/>
          <w:bottom w:val="single" w:sz="8" w:space="0" w:color="E6B729" w:themeColor="accent3"/>
          <w:right w:val="single" w:sz="8" w:space="0" w:color="E6B729" w:themeColor="accent3"/>
        </w:tcBorders>
      </w:tcPr>
    </w:tblStylePr>
    <w:tblStylePr w:type="firstCol">
      <w:rPr>
        <w:b/>
        <w:bCs/>
      </w:rPr>
    </w:tblStylePr>
    <w:tblStylePr w:type="lastCol">
      <w:rPr>
        <w:b/>
        <w:bCs/>
      </w:rPr>
    </w:tblStylePr>
    <w:tblStylePr w:type="band1Vert">
      <w:tblPr/>
      <w:tcPr>
        <w:tcBorders>
          <w:top w:val="single" w:sz="8" w:space="0" w:color="E6B729" w:themeColor="accent3"/>
          <w:left w:val="single" w:sz="8" w:space="0" w:color="E6B729" w:themeColor="accent3"/>
          <w:bottom w:val="single" w:sz="8" w:space="0" w:color="E6B729" w:themeColor="accent3"/>
          <w:right w:val="single" w:sz="8" w:space="0" w:color="E6B729" w:themeColor="accent3"/>
        </w:tcBorders>
      </w:tcPr>
    </w:tblStylePr>
    <w:tblStylePr w:type="band1Horz">
      <w:tblPr/>
      <w:tcPr>
        <w:tcBorders>
          <w:top w:val="single" w:sz="8" w:space="0" w:color="E6B729" w:themeColor="accent3"/>
          <w:left w:val="single" w:sz="8" w:space="0" w:color="E6B729" w:themeColor="accent3"/>
          <w:bottom w:val="single" w:sz="8" w:space="0" w:color="E6B729" w:themeColor="accent3"/>
          <w:right w:val="single" w:sz="8" w:space="0" w:color="E6B72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6AAC90" w:themeColor="accent4"/>
        <w:left w:val="single" w:sz="8" w:space="0" w:color="6AAC90" w:themeColor="accent4"/>
        <w:bottom w:val="single" w:sz="8" w:space="0" w:color="6AAC90" w:themeColor="accent4"/>
        <w:right w:val="single" w:sz="8" w:space="0" w:color="6AAC90" w:themeColor="accent4"/>
      </w:tblBorders>
    </w:tblPr>
    <w:tblStylePr w:type="firstRow">
      <w:pPr>
        <w:spacing w:before="0" w:after="0" w:line="240" w:lineRule="auto"/>
      </w:pPr>
      <w:rPr>
        <w:b/>
        <w:bCs/>
        <w:color w:val="FFFFFF" w:themeColor="background1"/>
      </w:rPr>
      <w:tblPr/>
      <w:tcPr>
        <w:shd w:val="clear" w:color="auto" w:fill="6AAC90" w:themeFill="accent4"/>
      </w:tcPr>
    </w:tblStylePr>
    <w:tblStylePr w:type="lastRow">
      <w:pPr>
        <w:spacing w:before="0" w:after="0" w:line="240" w:lineRule="auto"/>
      </w:pPr>
      <w:rPr>
        <w:b/>
        <w:bCs/>
      </w:rPr>
      <w:tblPr/>
      <w:tcPr>
        <w:tcBorders>
          <w:top w:val="double" w:sz="6" w:space="0" w:color="6AAC90" w:themeColor="accent4"/>
          <w:left w:val="single" w:sz="8" w:space="0" w:color="6AAC90" w:themeColor="accent4"/>
          <w:bottom w:val="single" w:sz="8" w:space="0" w:color="6AAC90" w:themeColor="accent4"/>
          <w:right w:val="single" w:sz="8" w:space="0" w:color="6AAC90" w:themeColor="accent4"/>
        </w:tcBorders>
      </w:tcPr>
    </w:tblStylePr>
    <w:tblStylePr w:type="firstCol">
      <w:rPr>
        <w:b/>
        <w:bCs/>
      </w:rPr>
    </w:tblStylePr>
    <w:tblStylePr w:type="lastCol">
      <w:rPr>
        <w:b/>
        <w:bCs/>
      </w:rPr>
    </w:tblStylePr>
    <w:tblStylePr w:type="band1Vert">
      <w:tblPr/>
      <w:tcPr>
        <w:tcBorders>
          <w:top w:val="single" w:sz="8" w:space="0" w:color="6AAC90" w:themeColor="accent4"/>
          <w:left w:val="single" w:sz="8" w:space="0" w:color="6AAC90" w:themeColor="accent4"/>
          <w:bottom w:val="single" w:sz="8" w:space="0" w:color="6AAC90" w:themeColor="accent4"/>
          <w:right w:val="single" w:sz="8" w:space="0" w:color="6AAC90" w:themeColor="accent4"/>
        </w:tcBorders>
      </w:tcPr>
    </w:tblStylePr>
    <w:tblStylePr w:type="band1Horz">
      <w:tblPr/>
      <w:tcPr>
        <w:tcBorders>
          <w:top w:val="single" w:sz="8" w:space="0" w:color="6AAC90" w:themeColor="accent4"/>
          <w:left w:val="single" w:sz="8" w:space="0" w:color="6AAC90" w:themeColor="accent4"/>
          <w:bottom w:val="single" w:sz="8" w:space="0" w:color="6AAC90" w:themeColor="accent4"/>
          <w:right w:val="single" w:sz="8" w:space="0" w:color="6AAC90"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54849A" w:themeColor="accent5"/>
        <w:left w:val="single" w:sz="8" w:space="0" w:color="54849A" w:themeColor="accent5"/>
        <w:bottom w:val="single" w:sz="8" w:space="0" w:color="54849A" w:themeColor="accent5"/>
        <w:right w:val="single" w:sz="8" w:space="0" w:color="54849A" w:themeColor="accent5"/>
      </w:tblBorders>
    </w:tblPr>
    <w:tblStylePr w:type="firstRow">
      <w:pPr>
        <w:spacing w:before="0" w:after="0" w:line="240" w:lineRule="auto"/>
      </w:pPr>
      <w:rPr>
        <w:b/>
        <w:bCs/>
        <w:color w:val="FFFFFF" w:themeColor="background1"/>
      </w:rPr>
      <w:tblPr/>
      <w:tcPr>
        <w:shd w:val="clear" w:color="auto" w:fill="54849A" w:themeFill="accent5"/>
      </w:tcPr>
    </w:tblStylePr>
    <w:tblStylePr w:type="lastRow">
      <w:pPr>
        <w:spacing w:before="0" w:after="0" w:line="240" w:lineRule="auto"/>
      </w:pPr>
      <w:rPr>
        <w:b/>
        <w:bCs/>
      </w:rPr>
      <w:tblPr/>
      <w:tcPr>
        <w:tcBorders>
          <w:top w:val="double" w:sz="6" w:space="0" w:color="54849A" w:themeColor="accent5"/>
          <w:left w:val="single" w:sz="8" w:space="0" w:color="54849A" w:themeColor="accent5"/>
          <w:bottom w:val="single" w:sz="8" w:space="0" w:color="54849A" w:themeColor="accent5"/>
          <w:right w:val="single" w:sz="8" w:space="0" w:color="54849A" w:themeColor="accent5"/>
        </w:tcBorders>
      </w:tcPr>
    </w:tblStylePr>
    <w:tblStylePr w:type="firstCol">
      <w:rPr>
        <w:b/>
        <w:bCs/>
      </w:rPr>
    </w:tblStylePr>
    <w:tblStylePr w:type="lastCol">
      <w:rPr>
        <w:b/>
        <w:bCs/>
      </w:rPr>
    </w:tblStylePr>
    <w:tblStylePr w:type="band1Vert">
      <w:tblPr/>
      <w:tcPr>
        <w:tcBorders>
          <w:top w:val="single" w:sz="8" w:space="0" w:color="54849A" w:themeColor="accent5"/>
          <w:left w:val="single" w:sz="8" w:space="0" w:color="54849A" w:themeColor="accent5"/>
          <w:bottom w:val="single" w:sz="8" w:space="0" w:color="54849A" w:themeColor="accent5"/>
          <w:right w:val="single" w:sz="8" w:space="0" w:color="54849A" w:themeColor="accent5"/>
        </w:tcBorders>
      </w:tcPr>
    </w:tblStylePr>
    <w:tblStylePr w:type="band1Horz">
      <w:tblPr/>
      <w:tcPr>
        <w:tcBorders>
          <w:top w:val="single" w:sz="8" w:space="0" w:color="54849A" w:themeColor="accent5"/>
          <w:left w:val="single" w:sz="8" w:space="0" w:color="54849A" w:themeColor="accent5"/>
          <w:bottom w:val="single" w:sz="8" w:space="0" w:color="54849A" w:themeColor="accent5"/>
          <w:right w:val="single" w:sz="8" w:space="0" w:color="54849A"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9E5E9B" w:themeColor="accent6"/>
        <w:left w:val="single" w:sz="8" w:space="0" w:color="9E5E9B" w:themeColor="accent6"/>
        <w:bottom w:val="single" w:sz="8" w:space="0" w:color="9E5E9B" w:themeColor="accent6"/>
        <w:right w:val="single" w:sz="8" w:space="0" w:color="9E5E9B" w:themeColor="accent6"/>
      </w:tblBorders>
    </w:tblPr>
    <w:tblStylePr w:type="firstRow">
      <w:pPr>
        <w:spacing w:before="0" w:after="0" w:line="240" w:lineRule="auto"/>
      </w:pPr>
      <w:rPr>
        <w:b/>
        <w:bCs/>
        <w:color w:val="FFFFFF" w:themeColor="background1"/>
      </w:rPr>
      <w:tblPr/>
      <w:tcPr>
        <w:shd w:val="clear" w:color="auto" w:fill="9E5E9B" w:themeFill="accent6"/>
      </w:tcPr>
    </w:tblStylePr>
    <w:tblStylePr w:type="lastRow">
      <w:pPr>
        <w:spacing w:before="0" w:after="0" w:line="240" w:lineRule="auto"/>
      </w:pPr>
      <w:rPr>
        <w:b/>
        <w:bCs/>
      </w:rPr>
      <w:tblPr/>
      <w:tcPr>
        <w:tcBorders>
          <w:top w:val="double" w:sz="6" w:space="0" w:color="9E5E9B" w:themeColor="accent6"/>
          <w:left w:val="single" w:sz="8" w:space="0" w:color="9E5E9B" w:themeColor="accent6"/>
          <w:bottom w:val="single" w:sz="8" w:space="0" w:color="9E5E9B" w:themeColor="accent6"/>
          <w:right w:val="single" w:sz="8" w:space="0" w:color="9E5E9B" w:themeColor="accent6"/>
        </w:tcBorders>
      </w:tcPr>
    </w:tblStylePr>
    <w:tblStylePr w:type="firstCol">
      <w:rPr>
        <w:b/>
        <w:bCs/>
      </w:rPr>
    </w:tblStylePr>
    <w:tblStylePr w:type="lastCol">
      <w:rPr>
        <w:b/>
        <w:bCs/>
      </w:rPr>
    </w:tblStylePr>
    <w:tblStylePr w:type="band1Vert">
      <w:tblPr/>
      <w:tcPr>
        <w:tcBorders>
          <w:top w:val="single" w:sz="8" w:space="0" w:color="9E5E9B" w:themeColor="accent6"/>
          <w:left w:val="single" w:sz="8" w:space="0" w:color="9E5E9B" w:themeColor="accent6"/>
          <w:bottom w:val="single" w:sz="8" w:space="0" w:color="9E5E9B" w:themeColor="accent6"/>
          <w:right w:val="single" w:sz="8" w:space="0" w:color="9E5E9B" w:themeColor="accent6"/>
        </w:tcBorders>
      </w:tcPr>
    </w:tblStylePr>
    <w:tblStylePr w:type="band1Horz">
      <w:tblPr/>
      <w:tcPr>
        <w:tcBorders>
          <w:top w:val="single" w:sz="8" w:space="0" w:color="9E5E9B" w:themeColor="accent6"/>
          <w:left w:val="single" w:sz="8" w:space="0" w:color="9E5E9B" w:themeColor="accent6"/>
          <w:bottom w:val="single" w:sz="8" w:space="0" w:color="9E5E9B" w:themeColor="accent6"/>
          <w:right w:val="single" w:sz="8" w:space="0" w:color="9E5E9B"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B01513" w:themeColor="accent1"/>
        <w:left w:val="single" w:sz="8" w:space="0" w:color="B01513" w:themeColor="accent1"/>
        <w:bottom w:val="single" w:sz="8" w:space="0" w:color="B01513" w:themeColor="accent1"/>
        <w:right w:val="single" w:sz="8" w:space="0" w:color="B01513" w:themeColor="accent1"/>
        <w:insideH w:val="single" w:sz="8" w:space="0" w:color="B01513" w:themeColor="accent1"/>
        <w:insideV w:val="single" w:sz="8" w:space="0" w:color="B0151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01513" w:themeColor="accent1"/>
          <w:left w:val="single" w:sz="8" w:space="0" w:color="B01513" w:themeColor="accent1"/>
          <w:bottom w:val="single" w:sz="18" w:space="0" w:color="B01513" w:themeColor="accent1"/>
          <w:right w:val="single" w:sz="8" w:space="0" w:color="B01513" w:themeColor="accent1"/>
          <w:insideH w:val="nil"/>
          <w:insideV w:val="single" w:sz="8" w:space="0" w:color="B0151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01513" w:themeColor="accent1"/>
          <w:left w:val="single" w:sz="8" w:space="0" w:color="B01513" w:themeColor="accent1"/>
          <w:bottom w:val="single" w:sz="8" w:space="0" w:color="B01513" w:themeColor="accent1"/>
          <w:right w:val="single" w:sz="8" w:space="0" w:color="B01513" w:themeColor="accent1"/>
          <w:insideH w:val="nil"/>
          <w:insideV w:val="single" w:sz="8" w:space="0" w:color="B0151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01513" w:themeColor="accent1"/>
          <w:left w:val="single" w:sz="8" w:space="0" w:color="B01513" w:themeColor="accent1"/>
          <w:bottom w:val="single" w:sz="8" w:space="0" w:color="B01513" w:themeColor="accent1"/>
          <w:right w:val="single" w:sz="8" w:space="0" w:color="B01513" w:themeColor="accent1"/>
        </w:tcBorders>
      </w:tcPr>
    </w:tblStylePr>
    <w:tblStylePr w:type="band1Vert">
      <w:tblPr/>
      <w:tcPr>
        <w:tcBorders>
          <w:top w:val="single" w:sz="8" w:space="0" w:color="B01513" w:themeColor="accent1"/>
          <w:left w:val="single" w:sz="8" w:space="0" w:color="B01513" w:themeColor="accent1"/>
          <w:bottom w:val="single" w:sz="8" w:space="0" w:color="B01513" w:themeColor="accent1"/>
          <w:right w:val="single" w:sz="8" w:space="0" w:color="B01513" w:themeColor="accent1"/>
        </w:tcBorders>
        <w:shd w:val="clear" w:color="auto" w:fill="F7B9B8" w:themeFill="accent1" w:themeFillTint="3F"/>
      </w:tcPr>
    </w:tblStylePr>
    <w:tblStylePr w:type="band1Horz">
      <w:tblPr/>
      <w:tcPr>
        <w:tcBorders>
          <w:top w:val="single" w:sz="8" w:space="0" w:color="B01513" w:themeColor="accent1"/>
          <w:left w:val="single" w:sz="8" w:space="0" w:color="B01513" w:themeColor="accent1"/>
          <w:bottom w:val="single" w:sz="8" w:space="0" w:color="B01513" w:themeColor="accent1"/>
          <w:right w:val="single" w:sz="8" w:space="0" w:color="B01513" w:themeColor="accent1"/>
          <w:insideV w:val="single" w:sz="8" w:space="0" w:color="B01513" w:themeColor="accent1"/>
        </w:tcBorders>
        <w:shd w:val="clear" w:color="auto" w:fill="F7B9B8" w:themeFill="accent1" w:themeFillTint="3F"/>
      </w:tcPr>
    </w:tblStylePr>
    <w:tblStylePr w:type="band2Horz">
      <w:tblPr/>
      <w:tcPr>
        <w:tcBorders>
          <w:top w:val="single" w:sz="8" w:space="0" w:color="B01513" w:themeColor="accent1"/>
          <w:left w:val="single" w:sz="8" w:space="0" w:color="B01513" w:themeColor="accent1"/>
          <w:bottom w:val="single" w:sz="8" w:space="0" w:color="B01513" w:themeColor="accent1"/>
          <w:right w:val="single" w:sz="8" w:space="0" w:color="B01513" w:themeColor="accent1"/>
          <w:insideV w:val="single" w:sz="8" w:space="0" w:color="B01513"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A6312" w:themeColor="accent2"/>
        <w:left w:val="single" w:sz="8" w:space="0" w:color="EA6312" w:themeColor="accent2"/>
        <w:bottom w:val="single" w:sz="8" w:space="0" w:color="EA6312" w:themeColor="accent2"/>
        <w:right w:val="single" w:sz="8" w:space="0" w:color="EA6312" w:themeColor="accent2"/>
        <w:insideH w:val="single" w:sz="8" w:space="0" w:color="EA6312" w:themeColor="accent2"/>
        <w:insideV w:val="single" w:sz="8" w:space="0" w:color="EA631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6312" w:themeColor="accent2"/>
          <w:left w:val="single" w:sz="8" w:space="0" w:color="EA6312" w:themeColor="accent2"/>
          <w:bottom w:val="single" w:sz="18" w:space="0" w:color="EA6312" w:themeColor="accent2"/>
          <w:right w:val="single" w:sz="8" w:space="0" w:color="EA6312" w:themeColor="accent2"/>
          <w:insideH w:val="nil"/>
          <w:insideV w:val="single" w:sz="8" w:space="0" w:color="EA631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6312" w:themeColor="accent2"/>
          <w:left w:val="single" w:sz="8" w:space="0" w:color="EA6312" w:themeColor="accent2"/>
          <w:bottom w:val="single" w:sz="8" w:space="0" w:color="EA6312" w:themeColor="accent2"/>
          <w:right w:val="single" w:sz="8" w:space="0" w:color="EA6312" w:themeColor="accent2"/>
          <w:insideH w:val="nil"/>
          <w:insideV w:val="single" w:sz="8" w:space="0" w:color="EA631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6312" w:themeColor="accent2"/>
          <w:left w:val="single" w:sz="8" w:space="0" w:color="EA6312" w:themeColor="accent2"/>
          <w:bottom w:val="single" w:sz="8" w:space="0" w:color="EA6312" w:themeColor="accent2"/>
          <w:right w:val="single" w:sz="8" w:space="0" w:color="EA6312" w:themeColor="accent2"/>
        </w:tcBorders>
      </w:tcPr>
    </w:tblStylePr>
    <w:tblStylePr w:type="band1Vert">
      <w:tblPr/>
      <w:tcPr>
        <w:tcBorders>
          <w:top w:val="single" w:sz="8" w:space="0" w:color="EA6312" w:themeColor="accent2"/>
          <w:left w:val="single" w:sz="8" w:space="0" w:color="EA6312" w:themeColor="accent2"/>
          <w:bottom w:val="single" w:sz="8" w:space="0" w:color="EA6312" w:themeColor="accent2"/>
          <w:right w:val="single" w:sz="8" w:space="0" w:color="EA6312" w:themeColor="accent2"/>
        </w:tcBorders>
        <w:shd w:val="clear" w:color="auto" w:fill="FAD7C3" w:themeFill="accent2" w:themeFillTint="3F"/>
      </w:tcPr>
    </w:tblStylePr>
    <w:tblStylePr w:type="band1Horz">
      <w:tblPr/>
      <w:tcPr>
        <w:tcBorders>
          <w:top w:val="single" w:sz="8" w:space="0" w:color="EA6312" w:themeColor="accent2"/>
          <w:left w:val="single" w:sz="8" w:space="0" w:color="EA6312" w:themeColor="accent2"/>
          <w:bottom w:val="single" w:sz="8" w:space="0" w:color="EA6312" w:themeColor="accent2"/>
          <w:right w:val="single" w:sz="8" w:space="0" w:color="EA6312" w:themeColor="accent2"/>
          <w:insideV w:val="single" w:sz="8" w:space="0" w:color="EA6312" w:themeColor="accent2"/>
        </w:tcBorders>
        <w:shd w:val="clear" w:color="auto" w:fill="FAD7C3" w:themeFill="accent2" w:themeFillTint="3F"/>
      </w:tcPr>
    </w:tblStylePr>
    <w:tblStylePr w:type="band2Horz">
      <w:tblPr/>
      <w:tcPr>
        <w:tcBorders>
          <w:top w:val="single" w:sz="8" w:space="0" w:color="EA6312" w:themeColor="accent2"/>
          <w:left w:val="single" w:sz="8" w:space="0" w:color="EA6312" w:themeColor="accent2"/>
          <w:bottom w:val="single" w:sz="8" w:space="0" w:color="EA6312" w:themeColor="accent2"/>
          <w:right w:val="single" w:sz="8" w:space="0" w:color="EA6312" w:themeColor="accent2"/>
          <w:insideV w:val="single" w:sz="8" w:space="0" w:color="EA631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E6B729" w:themeColor="accent3"/>
        <w:left w:val="single" w:sz="8" w:space="0" w:color="E6B729" w:themeColor="accent3"/>
        <w:bottom w:val="single" w:sz="8" w:space="0" w:color="E6B729" w:themeColor="accent3"/>
        <w:right w:val="single" w:sz="8" w:space="0" w:color="E6B729" w:themeColor="accent3"/>
        <w:insideH w:val="single" w:sz="8" w:space="0" w:color="E6B729" w:themeColor="accent3"/>
        <w:insideV w:val="single" w:sz="8" w:space="0" w:color="E6B7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B729" w:themeColor="accent3"/>
          <w:left w:val="single" w:sz="8" w:space="0" w:color="E6B729" w:themeColor="accent3"/>
          <w:bottom w:val="single" w:sz="18" w:space="0" w:color="E6B729" w:themeColor="accent3"/>
          <w:right w:val="single" w:sz="8" w:space="0" w:color="E6B729" w:themeColor="accent3"/>
          <w:insideH w:val="nil"/>
          <w:insideV w:val="single" w:sz="8" w:space="0" w:color="E6B7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B729" w:themeColor="accent3"/>
          <w:left w:val="single" w:sz="8" w:space="0" w:color="E6B729" w:themeColor="accent3"/>
          <w:bottom w:val="single" w:sz="8" w:space="0" w:color="E6B729" w:themeColor="accent3"/>
          <w:right w:val="single" w:sz="8" w:space="0" w:color="E6B729" w:themeColor="accent3"/>
          <w:insideH w:val="nil"/>
          <w:insideV w:val="single" w:sz="8" w:space="0" w:color="E6B7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B729" w:themeColor="accent3"/>
          <w:left w:val="single" w:sz="8" w:space="0" w:color="E6B729" w:themeColor="accent3"/>
          <w:bottom w:val="single" w:sz="8" w:space="0" w:color="E6B729" w:themeColor="accent3"/>
          <w:right w:val="single" w:sz="8" w:space="0" w:color="E6B729" w:themeColor="accent3"/>
        </w:tcBorders>
      </w:tcPr>
    </w:tblStylePr>
    <w:tblStylePr w:type="band1Vert">
      <w:tblPr/>
      <w:tcPr>
        <w:tcBorders>
          <w:top w:val="single" w:sz="8" w:space="0" w:color="E6B729" w:themeColor="accent3"/>
          <w:left w:val="single" w:sz="8" w:space="0" w:color="E6B729" w:themeColor="accent3"/>
          <w:bottom w:val="single" w:sz="8" w:space="0" w:color="E6B729" w:themeColor="accent3"/>
          <w:right w:val="single" w:sz="8" w:space="0" w:color="E6B729" w:themeColor="accent3"/>
        </w:tcBorders>
        <w:shd w:val="clear" w:color="auto" w:fill="F8EDC9" w:themeFill="accent3" w:themeFillTint="3F"/>
      </w:tcPr>
    </w:tblStylePr>
    <w:tblStylePr w:type="band1Horz">
      <w:tblPr/>
      <w:tcPr>
        <w:tcBorders>
          <w:top w:val="single" w:sz="8" w:space="0" w:color="E6B729" w:themeColor="accent3"/>
          <w:left w:val="single" w:sz="8" w:space="0" w:color="E6B729" w:themeColor="accent3"/>
          <w:bottom w:val="single" w:sz="8" w:space="0" w:color="E6B729" w:themeColor="accent3"/>
          <w:right w:val="single" w:sz="8" w:space="0" w:color="E6B729" w:themeColor="accent3"/>
          <w:insideV w:val="single" w:sz="8" w:space="0" w:color="E6B729" w:themeColor="accent3"/>
        </w:tcBorders>
        <w:shd w:val="clear" w:color="auto" w:fill="F8EDC9" w:themeFill="accent3" w:themeFillTint="3F"/>
      </w:tcPr>
    </w:tblStylePr>
    <w:tblStylePr w:type="band2Horz">
      <w:tblPr/>
      <w:tcPr>
        <w:tcBorders>
          <w:top w:val="single" w:sz="8" w:space="0" w:color="E6B729" w:themeColor="accent3"/>
          <w:left w:val="single" w:sz="8" w:space="0" w:color="E6B729" w:themeColor="accent3"/>
          <w:bottom w:val="single" w:sz="8" w:space="0" w:color="E6B729" w:themeColor="accent3"/>
          <w:right w:val="single" w:sz="8" w:space="0" w:color="E6B729" w:themeColor="accent3"/>
          <w:insideV w:val="single" w:sz="8" w:space="0" w:color="E6B72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6AAC90" w:themeColor="accent4"/>
        <w:left w:val="single" w:sz="8" w:space="0" w:color="6AAC90" w:themeColor="accent4"/>
        <w:bottom w:val="single" w:sz="8" w:space="0" w:color="6AAC90" w:themeColor="accent4"/>
        <w:right w:val="single" w:sz="8" w:space="0" w:color="6AAC90" w:themeColor="accent4"/>
        <w:insideH w:val="single" w:sz="8" w:space="0" w:color="6AAC90" w:themeColor="accent4"/>
        <w:insideV w:val="single" w:sz="8" w:space="0" w:color="6AAC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AC90" w:themeColor="accent4"/>
          <w:left w:val="single" w:sz="8" w:space="0" w:color="6AAC90" w:themeColor="accent4"/>
          <w:bottom w:val="single" w:sz="18" w:space="0" w:color="6AAC90" w:themeColor="accent4"/>
          <w:right w:val="single" w:sz="8" w:space="0" w:color="6AAC90" w:themeColor="accent4"/>
          <w:insideH w:val="nil"/>
          <w:insideV w:val="single" w:sz="8" w:space="0" w:color="6AAC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AC90" w:themeColor="accent4"/>
          <w:left w:val="single" w:sz="8" w:space="0" w:color="6AAC90" w:themeColor="accent4"/>
          <w:bottom w:val="single" w:sz="8" w:space="0" w:color="6AAC90" w:themeColor="accent4"/>
          <w:right w:val="single" w:sz="8" w:space="0" w:color="6AAC90" w:themeColor="accent4"/>
          <w:insideH w:val="nil"/>
          <w:insideV w:val="single" w:sz="8" w:space="0" w:color="6AAC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AC90" w:themeColor="accent4"/>
          <w:left w:val="single" w:sz="8" w:space="0" w:color="6AAC90" w:themeColor="accent4"/>
          <w:bottom w:val="single" w:sz="8" w:space="0" w:color="6AAC90" w:themeColor="accent4"/>
          <w:right w:val="single" w:sz="8" w:space="0" w:color="6AAC90" w:themeColor="accent4"/>
        </w:tcBorders>
      </w:tcPr>
    </w:tblStylePr>
    <w:tblStylePr w:type="band1Vert">
      <w:tblPr/>
      <w:tcPr>
        <w:tcBorders>
          <w:top w:val="single" w:sz="8" w:space="0" w:color="6AAC90" w:themeColor="accent4"/>
          <w:left w:val="single" w:sz="8" w:space="0" w:color="6AAC90" w:themeColor="accent4"/>
          <w:bottom w:val="single" w:sz="8" w:space="0" w:color="6AAC90" w:themeColor="accent4"/>
          <w:right w:val="single" w:sz="8" w:space="0" w:color="6AAC90" w:themeColor="accent4"/>
        </w:tcBorders>
        <w:shd w:val="clear" w:color="auto" w:fill="DAEAE3" w:themeFill="accent4" w:themeFillTint="3F"/>
      </w:tcPr>
    </w:tblStylePr>
    <w:tblStylePr w:type="band1Horz">
      <w:tblPr/>
      <w:tcPr>
        <w:tcBorders>
          <w:top w:val="single" w:sz="8" w:space="0" w:color="6AAC90" w:themeColor="accent4"/>
          <w:left w:val="single" w:sz="8" w:space="0" w:color="6AAC90" w:themeColor="accent4"/>
          <w:bottom w:val="single" w:sz="8" w:space="0" w:color="6AAC90" w:themeColor="accent4"/>
          <w:right w:val="single" w:sz="8" w:space="0" w:color="6AAC90" w:themeColor="accent4"/>
          <w:insideV w:val="single" w:sz="8" w:space="0" w:color="6AAC90" w:themeColor="accent4"/>
        </w:tcBorders>
        <w:shd w:val="clear" w:color="auto" w:fill="DAEAE3" w:themeFill="accent4" w:themeFillTint="3F"/>
      </w:tcPr>
    </w:tblStylePr>
    <w:tblStylePr w:type="band2Horz">
      <w:tblPr/>
      <w:tcPr>
        <w:tcBorders>
          <w:top w:val="single" w:sz="8" w:space="0" w:color="6AAC90" w:themeColor="accent4"/>
          <w:left w:val="single" w:sz="8" w:space="0" w:color="6AAC90" w:themeColor="accent4"/>
          <w:bottom w:val="single" w:sz="8" w:space="0" w:color="6AAC90" w:themeColor="accent4"/>
          <w:right w:val="single" w:sz="8" w:space="0" w:color="6AAC90" w:themeColor="accent4"/>
          <w:insideV w:val="single" w:sz="8" w:space="0" w:color="6AAC90"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54849A" w:themeColor="accent5"/>
        <w:left w:val="single" w:sz="8" w:space="0" w:color="54849A" w:themeColor="accent5"/>
        <w:bottom w:val="single" w:sz="8" w:space="0" w:color="54849A" w:themeColor="accent5"/>
        <w:right w:val="single" w:sz="8" w:space="0" w:color="54849A" w:themeColor="accent5"/>
        <w:insideH w:val="single" w:sz="8" w:space="0" w:color="54849A" w:themeColor="accent5"/>
        <w:insideV w:val="single" w:sz="8" w:space="0" w:color="5484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849A" w:themeColor="accent5"/>
          <w:left w:val="single" w:sz="8" w:space="0" w:color="54849A" w:themeColor="accent5"/>
          <w:bottom w:val="single" w:sz="18" w:space="0" w:color="54849A" w:themeColor="accent5"/>
          <w:right w:val="single" w:sz="8" w:space="0" w:color="54849A" w:themeColor="accent5"/>
          <w:insideH w:val="nil"/>
          <w:insideV w:val="single" w:sz="8" w:space="0" w:color="5484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849A" w:themeColor="accent5"/>
          <w:left w:val="single" w:sz="8" w:space="0" w:color="54849A" w:themeColor="accent5"/>
          <w:bottom w:val="single" w:sz="8" w:space="0" w:color="54849A" w:themeColor="accent5"/>
          <w:right w:val="single" w:sz="8" w:space="0" w:color="54849A" w:themeColor="accent5"/>
          <w:insideH w:val="nil"/>
          <w:insideV w:val="single" w:sz="8" w:space="0" w:color="5484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849A" w:themeColor="accent5"/>
          <w:left w:val="single" w:sz="8" w:space="0" w:color="54849A" w:themeColor="accent5"/>
          <w:bottom w:val="single" w:sz="8" w:space="0" w:color="54849A" w:themeColor="accent5"/>
          <w:right w:val="single" w:sz="8" w:space="0" w:color="54849A" w:themeColor="accent5"/>
        </w:tcBorders>
      </w:tcPr>
    </w:tblStylePr>
    <w:tblStylePr w:type="band1Vert">
      <w:tblPr/>
      <w:tcPr>
        <w:tcBorders>
          <w:top w:val="single" w:sz="8" w:space="0" w:color="54849A" w:themeColor="accent5"/>
          <w:left w:val="single" w:sz="8" w:space="0" w:color="54849A" w:themeColor="accent5"/>
          <w:bottom w:val="single" w:sz="8" w:space="0" w:color="54849A" w:themeColor="accent5"/>
          <w:right w:val="single" w:sz="8" w:space="0" w:color="54849A" w:themeColor="accent5"/>
        </w:tcBorders>
        <w:shd w:val="clear" w:color="auto" w:fill="D3E0E7" w:themeFill="accent5" w:themeFillTint="3F"/>
      </w:tcPr>
    </w:tblStylePr>
    <w:tblStylePr w:type="band1Horz">
      <w:tblPr/>
      <w:tcPr>
        <w:tcBorders>
          <w:top w:val="single" w:sz="8" w:space="0" w:color="54849A" w:themeColor="accent5"/>
          <w:left w:val="single" w:sz="8" w:space="0" w:color="54849A" w:themeColor="accent5"/>
          <w:bottom w:val="single" w:sz="8" w:space="0" w:color="54849A" w:themeColor="accent5"/>
          <w:right w:val="single" w:sz="8" w:space="0" w:color="54849A" w:themeColor="accent5"/>
          <w:insideV w:val="single" w:sz="8" w:space="0" w:color="54849A" w:themeColor="accent5"/>
        </w:tcBorders>
        <w:shd w:val="clear" w:color="auto" w:fill="D3E0E7" w:themeFill="accent5" w:themeFillTint="3F"/>
      </w:tcPr>
    </w:tblStylePr>
    <w:tblStylePr w:type="band2Horz">
      <w:tblPr/>
      <w:tcPr>
        <w:tcBorders>
          <w:top w:val="single" w:sz="8" w:space="0" w:color="54849A" w:themeColor="accent5"/>
          <w:left w:val="single" w:sz="8" w:space="0" w:color="54849A" w:themeColor="accent5"/>
          <w:bottom w:val="single" w:sz="8" w:space="0" w:color="54849A" w:themeColor="accent5"/>
          <w:right w:val="single" w:sz="8" w:space="0" w:color="54849A" w:themeColor="accent5"/>
          <w:insideV w:val="single" w:sz="8" w:space="0" w:color="54849A"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9E5E9B" w:themeColor="accent6"/>
        <w:left w:val="single" w:sz="8" w:space="0" w:color="9E5E9B" w:themeColor="accent6"/>
        <w:bottom w:val="single" w:sz="8" w:space="0" w:color="9E5E9B" w:themeColor="accent6"/>
        <w:right w:val="single" w:sz="8" w:space="0" w:color="9E5E9B" w:themeColor="accent6"/>
        <w:insideH w:val="single" w:sz="8" w:space="0" w:color="9E5E9B" w:themeColor="accent6"/>
        <w:insideV w:val="single" w:sz="8" w:space="0" w:color="9E5E9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5E9B" w:themeColor="accent6"/>
          <w:left w:val="single" w:sz="8" w:space="0" w:color="9E5E9B" w:themeColor="accent6"/>
          <w:bottom w:val="single" w:sz="18" w:space="0" w:color="9E5E9B" w:themeColor="accent6"/>
          <w:right w:val="single" w:sz="8" w:space="0" w:color="9E5E9B" w:themeColor="accent6"/>
          <w:insideH w:val="nil"/>
          <w:insideV w:val="single" w:sz="8" w:space="0" w:color="9E5E9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5E9B" w:themeColor="accent6"/>
          <w:left w:val="single" w:sz="8" w:space="0" w:color="9E5E9B" w:themeColor="accent6"/>
          <w:bottom w:val="single" w:sz="8" w:space="0" w:color="9E5E9B" w:themeColor="accent6"/>
          <w:right w:val="single" w:sz="8" w:space="0" w:color="9E5E9B" w:themeColor="accent6"/>
          <w:insideH w:val="nil"/>
          <w:insideV w:val="single" w:sz="8" w:space="0" w:color="9E5E9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5E9B" w:themeColor="accent6"/>
          <w:left w:val="single" w:sz="8" w:space="0" w:color="9E5E9B" w:themeColor="accent6"/>
          <w:bottom w:val="single" w:sz="8" w:space="0" w:color="9E5E9B" w:themeColor="accent6"/>
          <w:right w:val="single" w:sz="8" w:space="0" w:color="9E5E9B" w:themeColor="accent6"/>
        </w:tcBorders>
      </w:tcPr>
    </w:tblStylePr>
    <w:tblStylePr w:type="band1Vert">
      <w:tblPr/>
      <w:tcPr>
        <w:tcBorders>
          <w:top w:val="single" w:sz="8" w:space="0" w:color="9E5E9B" w:themeColor="accent6"/>
          <w:left w:val="single" w:sz="8" w:space="0" w:color="9E5E9B" w:themeColor="accent6"/>
          <w:bottom w:val="single" w:sz="8" w:space="0" w:color="9E5E9B" w:themeColor="accent6"/>
          <w:right w:val="single" w:sz="8" w:space="0" w:color="9E5E9B" w:themeColor="accent6"/>
        </w:tcBorders>
        <w:shd w:val="clear" w:color="auto" w:fill="E7D6E6" w:themeFill="accent6" w:themeFillTint="3F"/>
      </w:tcPr>
    </w:tblStylePr>
    <w:tblStylePr w:type="band1Horz">
      <w:tblPr/>
      <w:tcPr>
        <w:tcBorders>
          <w:top w:val="single" w:sz="8" w:space="0" w:color="9E5E9B" w:themeColor="accent6"/>
          <w:left w:val="single" w:sz="8" w:space="0" w:color="9E5E9B" w:themeColor="accent6"/>
          <w:bottom w:val="single" w:sz="8" w:space="0" w:color="9E5E9B" w:themeColor="accent6"/>
          <w:right w:val="single" w:sz="8" w:space="0" w:color="9E5E9B" w:themeColor="accent6"/>
          <w:insideV w:val="single" w:sz="8" w:space="0" w:color="9E5E9B" w:themeColor="accent6"/>
        </w:tcBorders>
        <w:shd w:val="clear" w:color="auto" w:fill="E7D6E6" w:themeFill="accent6" w:themeFillTint="3F"/>
      </w:tcPr>
    </w:tblStylePr>
    <w:tblStylePr w:type="band2Horz">
      <w:tblPr/>
      <w:tcPr>
        <w:tcBorders>
          <w:top w:val="single" w:sz="8" w:space="0" w:color="9E5E9B" w:themeColor="accent6"/>
          <w:left w:val="single" w:sz="8" w:space="0" w:color="9E5E9B" w:themeColor="accent6"/>
          <w:bottom w:val="single" w:sz="8" w:space="0" w:color="9E5E9B" w:themeColor="accent6"/>
          <w:right w:val="single" w:sz="8" w:space="0" w:color="9E5E9B" w:themeColor="accent6"/>
          <w:insideV w:val="single" w:sz="8" w:space="0" w:color="9E5E9B"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E82C2A" w:themeColor="accent1" w:themeTint="BF"/>
        <w:left w:val="single" w:sz="8" w:space="0" w:color="E82C2A" w:themeColor="accent1" w:themeTint="BF"/>
        <w:bottom w:val="single" w:sz="8" w:space="0" w:color="E82C2A" w:themeColor="accent1" w:themeTint="BF"/>
        <w:right w:val="single" w:sz="8" w:space="0" w:color="E82C2A" w:themeColor="accent1" w:themeTint="BF"/>
        <w:insideH w:val="single" w:sz="8" w:space="0" w:color="E82C2A" w:themeColor="accent1" w:themeTint="BF"/>
      </w:tblBorders>
    </w:tblPr>
    <w:tblStylePr w:type="firstRow">
      <w:pPr>
        <w:spacing w:before="0" w:after="0" w:line="240" w:lineRule="auto"/>
      </w:pPr>
      <w:rPr>
        <w:b/>
        <w:bCs/>
        <w:color w:val="FFFFFF" w:themeColor="background1"/>
      </w:rPr>
      <w:tblPr/>
      <w:tcPr>
        <w:tcBorders>
          <w:top w:val="single" w:sz="8" w:space="0" w:color="E82C2A" w:themeColor="accent1" w:themeTint="BF"/>
          <w:left w:val="single" w:sz="8" w:space="0" w:color="E82C2A" w:themeColor="accent1" w:themeTint="BF"/>
          <w:bottom w:val="single" w:sz="8" w:space="0" w:color="E82C2A" w:themeColor="accent1" w:themeTint="BF"/>
          <w:right w:val="single" w:sz="8" w:space="0" w:color="E82C2A" w:themeColor="accent1" w:themeTint="BF"/>
          <w:insideH w:val="nil"/>
          <w:insideV w:val="nil"/>
        </w:tcBorders>
        <w:shd w:val="clear" w:color="auto" w:fill="B01513" w:themeFill="accent1"/>
      </w:tcPr>
    </w:tblStylePr>
    <w:tblStylePr w:type="lastRow">
      <w:pPr>
        <w:spacing w:before="0" w:after="0" w:line="240" w:lineRule="auto"/>
      </w:pPr>
      <w:rPr>
        <w:b/>
        <w:bCs/>
      </w:rPr>
      <w:tblPr/>
      <w:tcPr>
        <w:tcBorders>
          <w:top w:val="double" w:sz="6" w:space="0" w:color="E82C2A" w:themeColor="accent1" w:themeTint="BF"/>
          <w:left w:val="single" w:sz="8" w:space="0" w:color="E82C2A" w:themeColor="accent1" w:themeTint="BF"/>
          <w:bottom w:val="single" w:sz="8" w:space="0" w:color="E82C2A" w:themeColor="accent1" w:themeTint="BF"/>
          <w:right w:val="single" w:sz="8" w:space="0" w:color="E82C2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B9B8" w:themeFill="accent1" w:themeFillTint="3F"/>
      </w:tcPr>
    </w:tblStylePr>
    <w:tblStylePr w:type="band1Horz">
      <w:tblPr/>
      <w:tcPr>
        <w:tcBorders>
          <w:insideH w:val="nil"/>
          <w:insideV w:val="nil"/>
        </w:tcBorders>
        <w:shd w:val="clear" w:color="auto" w:fill="F7B9B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F1894B" w:themeColor="accent2" w:themeTint="BF"/>
        <w:left w:val="single" w:sz="8" w:space="0" w:color="F1894B" w:themeColor="accent2" w:themeTint="BF"/>
        <w:bottom w:val="single" w:sz="8" w:space="0" w:color="F1894B" w:themeColor="accent2" w:themeTint="BF"/>
        <w:right w:val="single" w:sz="8" w:space="0" w:color="F1894B" w:themeColor="accent2" w:themeTint="BF"/>
        <w:insideH w:val="single" w:sz="8" w:space="0" w:color="F1894B" w:themeColor="accent2" w:themeTint="BF"/>
      </w:tblBorders>
    </w:tblPr>
    <w:tblStylePr w:type="firstRow">
      <w:pPr>
        <w:spacing w:before="0" w:after="0" w:line="240" w:lineRule="auto"/>
      </w:pPr>
      <w:rPr>
        <w:b/>
        <w:bCs/>
        <w:color w:val="FFFFFF" w:themeColor="background1"/>
      </w:rPr>
      <w:tblPr/>
      <w:tcPr>
        <w:tcBorders>
          <w:top w:val="single" w:sz="8" w:space="0" w:color="F1894B" w:themeColor="accent2" w:themeTint="BF"/>
          <w:left w:val="single" w:sz="8" w:space="0" w:color="F1894B" w:themeColor="accent2" w:themeTint="BF"/>
          <w:bottom w:val="single" w:sz="8" w:space="0" w:color="F1894B" w:themeColor="accent2" w:themeTint="BF"/>
          <w:right w:val="single" w:sz="8" w:space="0" w:color="F1894B" w:themeColor="accent2" w:themeTint="BF"/>
          <w:insideH w:val="nil"/>
          <w:insideV w:val="nil"/>
        </w:tcBorders>
        <w:shd w:val="clear" w:color="auto" w:fill="EA6312" w:themeFill="accent2"/>
      </w:tcPr>
    </w:tblStylePr>
    <w:tblStylePr w:type="lastRow">
      <w:pPr>
        <w:spacing w:before="0" w:after="0" w:line="240" w:lineRule="auto"/>
      </w:pPr>
      <w:rPr>
        <w:b/>
        <w:bCs/>
      </w:rPr>
      <w:tblPr/>
      <w:tcPr>
        <w:tcBorders>
          <w:top w:val="double" w:sz="6" w:space="0" w:color="F1894B" w:themeColor="accent2" w:themeTint="BF"/>
          <w:left w:val="single" w:sz="8" w:space="0" w:color="F1894B" w:themeColor="accent2" w:themeTint="BF"/>
          <w:bottom w:val="single" w:sz="8" w:space="0" w:color="F1894B" w:themeColor="accent2" w:themeTint="BF"/>
          <w:right w:val="single" w:sz="8" w:space="0" w:color="F1894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7C3" w:themeFill="accent2" w:themeFillTint="3F"/>
      </w:tcPr>
    </w:tblStylePr>
    <w:tblStylePr w:type="band1Horz">
      <w:tblPr/>
      <w:tcPr>
        <w:tcBorders>
          <w:insideH w:val="nil"/>
          <w:insideV w:val="nil"/>
        </w:tcBorders>
        <w:shd w:val="clear" w:color="auto" w:fill="FAD7C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ECC85E" w:themeColor="accent3" w:themeTint="BF"/>
        <w:left w:val="single" w:sz="8" w:space="0" w:color="ECC85E" w:themeColor="accent3" w:themeTint="BF"/>
        <w:bottom w:val="single" w:sz="8" w:space="0" w:color="ECC85E" w:themeColor="accent3" w:themeTint="BF"/>
        <w:right w:val="single" w:sz="8" w:space="0" w:color="ECC85E" w:themeColor="accent3" w:themeTint="BF"/>
        <w:insideH w:val="single" w:sz="8" w:space="0" w:color="ECC85E" w:themeColor="accent3" w:themeTint="BF"/>
      </w:tblBorders>
    </w:tblPr>
    <w:tblStylePr w:type="firstRow">
      <w:pPr>
        <w:spacing w:before="0" w:after="0" w:line="240" w:lineRule="auto"/>
      </w:pPr>
      <w:rPr>
        <w:b/>
        <w:bCs/>
        <w:color w:val="FFFFFF" w:themeColor="background1"/>
      </w:rPr>
      <w:tblPr/>
      <w:tcPr>
        <w:tcBorders>
          <w:top w:val="single" w:sz="8" w:space="0" w:color="ECC85E" w:themeColor="accent3" w:themeTint="BF"/>
          <w:left w:val="single" w:sz="8" w:space="0" w:color="ECC85E" w:themeColor="accent3" w:themeTint="BF"/>
          <w:bottom w:val="single" w:sz="8" w:space="0" w:color="ECC85E" w:themeColor="accent3" w:themeTint="BF"/>
          <w:right w:val="single" w:sz="8" w:space="0" w:color="ECC85E" w:themeColor="accent3" w:themeTint="BF"/>
          <w:insideH w:val="nil"/>
          <w:insideV w:val="nil"/>
        </w:tcBorders>
        <w:shd w:val="clear" w:color="auto" w:fill="E6B729" w:themeFill="accent3"/>
      </w:tcPr>
    </w:tblStylePr>
    <w:tblStylePr w:type="lastRow">
      <w:pPr>
        <w:spacing w:before="0" w:after="0" w:line="240" w:lineRule="auto"/>
      </w:pPr>
      <w:rPr>
        <w:b/>
        <w:bCs/>
      </w:rPr>
      <w:tblPr/>
      <w:tcPr>
        <w:tcBorders>
          <w:top w:val="double" w:sz="6" w:space="0" w:color="ECC85E" w:themeColor="accent3" w:themeTint="BF"/>
          <w:left w:val="single" w:sz="8" w:space="0" w:color="ECC85E" w:themeColor="accent3" w:themeTint="BF"/>
          <w:bottom w:val="single" w:sz="8" w:space="0" w:color="ECC85E" w:themeColor="accent3" w:themeTint="BF"/>
          <w:right w:val="single" w:sz="8" w:space="0" w:color="ECC8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EDC9" w:themeFill="accent3" w:themeFillTint="3F"/>
      </w:tcPr>
    </w:tblStylePr>
    <w:tblStylePr w:type="band1Horz">
      <w:tblPr/>
      <w:tcPr>
        <w:tcBorders>
          <w:insideH w:val="nil"/>
          <w:insideV w:val="nil"/>
        </w:tcBorders>
        <w:shd w:val="clear" w:color="auto" w:fill="F8ED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8FC0AB" w:themeColor="accent4" w:themeTint="BF"/>
        <w:left w:val="single" w:sz="8" w:space="0" w:color="8FC0AB" w:themeColor="accent4" w:themeTint="BF"/>
        <w:bottom w:val="single" w:sz="8" w:space="0" w:color="8FC0AB" w:themeColor="accent4" w:themeTint="BF"/>
        <w:right w:val="single" w:sz="8" w:space="0" w:color="8FC0AB" w:themeColor="accent4" w:themeTint="BF"/>
        <w:insideH w:val="single" w:sz="8" w:space="0" w:color="8FC0AB" w:themeColor="accent4" w:themeTint="BF"/>
      </w:tblBorders>
    </w:tblPr>
    <w:tblStylePr w:type="firstRow">
      <w:pPr>
        <w:spacing w:before="0" w:after="0" w:line="240" w:lineRule="auto"/>
      </w:pPr>
      <w:rPr>
        <w:b/>
        <w:bCs/>
        <w:color w:val="FFFFFF" w:themeColor="background1"/>
      </w:rPr>
      <w:tblPr/>
      <w:tcPr>
        <w:tcBorders>
          <w:top w:val="single" w:sz="8" w:space="0" w:color="8FC0AB" w:themeColor="accent4" w:themeTint="BF"/>
          <w:left w:val="single" w:sz="8" w:space="0" w:color="8FC0AB" w:themeColor="accent4" w:themeTint="BF"/>
          <w:bottom w:val="single" w:sz="8" w:space="0" w:color="8FC0AB" w:themeColor="accent4" w:themeTint="BF"/>
          <w:right w:val="single" w:sz="8" w:space="0" w:color="8FC0AB" w:themeColor="accent4" w:themeTint="BF"/>
          <w:insideH w:val="nil"/>
          <w:insideV w:val="nil"/>
        </w:tcBorders>
        <w:shd w:val="clear" w:color="auto" w:fill="6AAC90" w:themeFill="accent4"/>
      </w:tcPr>
    </w:tblStylePr>
    <w:tblStylePr w:type="lastRow">
      <w:pPr>
        <w:spacing w:before="0" w:after="0" w:line="240" w:lineRule="auto"/>
      </w:pPr>
      <w:rPr>
        <w:b/>
        <w:bCs/>
      </w:rPr>
      <w:tblPr/>
      <w:tcPr>
        <w:tcBorders>
          <w:top w:val="double" w:sz="6" w:space="0" w:color="8FC0AB" w:themeColor="accent4" w:themeTint="BF"/>
          <w:left w:val="single" w:sz="8" w:space="0" w:color="8FC0AB" w:themeColor="accent4" w:themeTint="BF"/>
          <w:bottom w:val="single" w:sz="8" w:space="0" w:color="8FC0AB" w:themeColor="accent4" w:themeTint="BF"/>
          <w:right w:val="single" w:sz="8" w:space="0" w:color="8FC0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EAE3" w:themeFill="accent4" w:themeFillTint="3F"/>
      </w:tcPr>
    </w:tblStylePr>
    <w:tblStylePr w:type="band1Horz">
      <w:tblPr/>
      <w:tcPr>
        <w:tcBorders>
          <w:insideH w:val="nil"/>
          <w:insideV w:val="nil"/>
        </w:tcBorders>
        <w:shd w:val="clear" w:color="auto" w:fill="DAEA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BA3B7" w:themeColor="accent5" w:themeTint="BF"/>
        <w:left w:val="single" w:sz="8" w:space="0" w:color="7BA3B7" w:themeColor="accent5" w:themeTint="BF"/>
        <w:bottom w:val="single" w:sz="8" w:space="0" w:color="7BA3B7" w:themeColor="accent5" w:themeTint="BF"/>
        <w:right w:val="single" w:sz="8" w:space="0" w:color="7BA3B7" w:themeColor="accent5" w:themeTint="BF"/>
        <w:insideH w:val="single" w:sz="8" w:space="0" w:color="7BA3B7" w:themeColor="accent5" w:themeTint="BF"/>
      </w:tblBorders>
    </w:tblPr>
    <w:tblStylePr w:type="firstRow">
      <w:pPr>
        <w:spacing w:before="0" w:after="0" w:line="240" w:lineRule="auto"/>
      </w:pPr>
      <w:rPr>
        <w:b/>
        <w:bCs/>
        <w:color w:val="FFFFFF" w:themeColor="background1"/>
      </w:rPr>
      <w:tblPr/>
      <w:tcPr>
        <w:tcBorders>
          <w:top w:val="single" w:sz="8" w:space="0" w:color="7BA3B7" w:themeColor="accent5" w:themeTint="BF"/>
          <w:left w:val="single" w:sz="8" w:space="0" w:color="7BA3B7" w:themeColor="accent5" w:themeTint="BF"/>
          <w:bottom w:val="single" w:sz="8" w:space="0" w:color="7BA3B7" w:themeColor="accent5" w:themeTint="BF"/>
          <w:right w:val="single" w:sz="8" w:space="0" w:color="7BA3B7" w:themeColor="accent5" w:themeTint="BF"/>
          <w:insideH w:val="nil"/>
          <w:insideV w:val="nil"/>
        </w:tcBorders>
        <w:shd w:val="clear" w:color="auto" w:fill="54849A" w:themeFill="accent5"/>
      </w:tcPr>
    </w:tblStylePr>
    <w:tblStylePr w:type="lastRow">
      <w:pPr>
        <w:spacing w:before="0" w:after="0" w:line="240" w:lineRule="auto"/>
      </w:pPr>
      <w:rPr>
        <w:b/>
        <w:bCs/>
      </w:rPr>
      <w:tblPr/>
      <w:tcPr>
        <w:tcBorders>
          <w:top w:val="double" w:sz="6" w:space="0" w:color="7BA3B7" w:themeColor="accent5" w:themeTint="BF"/>
          <w:left w:val="single" w:sz="8" w:space="0" w:color="7BA3B7" w:themeColor="accent5" w:themeTint="BF"/>
          <w:bottom w:val="single" w:sz="8" w:space="0" w:color="7BA3B7" w:themeColor="accent5" w:themeTint="BF"/>
          <w:right w:val="single" w:sz="8" w:space="0" w:color="7BA3B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0E7" w:themeFill="accent5" w:themeFillTint="3F"/>
      </w:tcPr>
    </w:tblStylePr>
    <w:tblStylePr w:type="band1Horz">
      <w:tblPr/>
      <w:tcPr>
        <w:tcBorders>
          <w:insideH w:val="nil"/>
          <w:insideV w:val="nil"/>
        </w:tcBorders>
        <w:shd w:val="clear" w:color="auto" w:fill="D3E0E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B785B4" w:themeColor="accent6" w:themeTint="BF"/>
        <w:left w:val="single" w:sz="8" w:space="0" w:color="B785B4" w:themeColor="accent6" w:themeTint="BF"/>
        <w:bottom w:val="single" w:sz="8" w:space="0" w:color="B785B4" w:themeColor="accent6" w:themeTint="BF"/>
        <w:right w:val="single" w:sz="8" w:space="0" w:color="B785B4" w:themeColor="accent6" w:themeTint="BF"/>
        <w:insideH w:val="single" w:sz="8" w:space="0" w:color="B785B4" w:themeColor="accent6" w:themeTint="BF"/>
      </w:tblBorders>
    </w:tblPr>
    <w:tblStylePr w:type="firstRow">
      <w:pPr>
        <w:spacing w:before="0" w:after="0" w:line="240" w:lineRule="auto"/>
      </w:pPr>
      <w:rPr>
        <w:b/>
        <w:bCs/>
        <w:color w:val="FFFFFF" w:themeColor="background1"/>
      </w:rPr>
      <w:tblPr/>
      <w:tcPr>
        <w:tcBorders>
          <w:top w:val="single" w:sz="8" w:space="0" w:color="B785B4" w:themeColor="accent6" w:themeTint="BF"/>
          <w:left w:val="single" w:sz="8" w:space="0" w:color="B785B4" w:themeColor="accent6" w:themeTint="BF"/>
          <w:bottom w:val="single" w:sz="8" w:space="0" w:color="B785B4" w:themeColor="accent6" w:themeTint="BF"/>
          <w:right w:val="single" w:sz="8" w:space="0" w:color="B785B4" w:themeColor="accent6" w:themeTint="BF"/>
          <w:insideH w:val="nil"/>
          <w:insideV w:val="nil"/>
        </w:tcBorders>
        <w:shd w:val="clear" w:color="auto" w:fill="9E5E9B" w:themeFill="accent6"/>
      </w:tcPr>
    </w:tblStylePr>
    <w:tblStylePr w:type="lastRow">
      <w:pPr>
        <w:spacing w:before="0" w:after="0" w:line="240" w:lineRule="auto"/>
      </w:pPr>
      <w:rPr>
        <w:b/>
        <w:bCs/>
      </w:rPr>
      <w:tblPr/>
      <w:tcPr>
        <w:tcBorders>
          <w:top w:val="double" w:sz="6" w:space="0" w:color="B785B4" w:themeColor="accent6" w:themeTint="BF"/>
          <w:left w:val="single" w:sz="8" w:space="0" w:color="B785B4" w:themeColor="accent6" w:themeTint="BF"/>
          <w:bottom w:val="single" w:sz="8" w:space="0" w:color="B785B4" w:themeColor="accent6" w:themeTint="BF"/>
          <w:right w:val="single" w:sz="8" w:space="0" w:color="B785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D6E6" w:themeFill="accent6" w:themeFillTint="3F"/>
      </w:tcPr>
    </w:tblStylePr>
    <w:tblStylePr w:type="band1Horz">
      <w:tblPr/>
      <w:tcPr>
        <w:tcBorders>
          <w:insideH w:val="nil"/>
          <w:insideV w:val="nil"/>
        </w:tcBorders>
        <w:shd w:val="clear" w:color="auto" w:fill="E7D6E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0151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01513" w:themeFill="accent1"/>
      </w:tcPr>
    </w:tblStylePr>
    <w:tblStylePr w:type="lastCol">
      <w:rPr>
        <w:b/>
        <w:bCs/>
        <w:color w:val="FFFFFF" w:themeColor="background1"/>
      </w:rPr>
      <w:tblPr/>
      <w:tcPr>
        <w:tcBorders>
          <w:left w:val="nil"/>
          <w:right w:val="nil"/>
          <w:insideH w:val="nil"/>
          <w:insideV w:val="nil"/>
        </w:tcBorders>
        <w:shd w:val="clear" w:color="auto" w:fill="B0151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631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6312" w:themeFill="accent2"/>
      </w:tcPr>
    </w:tblStylePr>
    <w:tblStylePr w:type="lastCol">
      <w:rPr>
        <w:b/>
        <w:bCs/>
        <w:color w:val="FFFFFF" w:themeColor="background1"/>
      </w:rPr>
      <w:tblPr/>
      <w:tcPr>
        <w:tcBorders>
          <w:left w:val="nil"/>
          <w:right w:val="nil"/>
          <w:insideH w:val="nil"/>
          <w:insideV w:val="nil"/>
        </w:tcBorders>
        <w:shd w:val="clear" w:color="auto" w:fill="EA631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B7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B729" w:themeFill="accent3"/>
      </w:tcPr>
    </w:tblStylePr>
    <w:tblStylePr w:type="lastCol">
      <w:rPr>
        <w:b/>
        <w:bCs/>
        <w:color w:val="FFFFFF" w:themeColor="background1"/>
      </w:rPr>
      <w:tblPr/>
      <w:tcPr>
        <w:tcBorders>
          <w:left w:val="nil"/>
          <w:right w:val="nil"/>
          <w:insideH w:val="nil"/>
          <w:insideV w:val="nil"/>
        </w:tcBorders>
        <w:shd w:val="clear" w:color="auto" w:fill="E6B7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AC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AAC90" w:themeFill="accent4"/>
      </w:tcPr>
    </w:tblStylePr>
    <w:tblStylePr w:type="lastCol">
      <w:rPr>
        <w:b/>
        <w:bCs/>
        <w:color w:val="FFFFFF" w:themeColor="background1"/>
      </w:rPr>
      <w:tblPr/>
      <w:tcPr>
        <w:tcBorders>
          <w:left w:val="nil"/>
          <w:right w:val="nil"/>
          <w:insideH w:val="nil"/>
          <w:insideV w:val="nil"/>
        </w:tcBorders>
        <w:shd w:val="clear" w:color="auto" w:fill="6AAC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84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849A" w:themeFill="accent5"/>
      </w:tcPr>
    </w:tblStylePr>
    <w:tblStylePr w:type="lastCol">
      <w:rPr>
        <w:b/>
        <w:bCs/>
        <w:color w:val="FFFFFF" w:themeColor="background1"/>
      </w:rPr>
      <w:tblPr/>
      <w:tcPr>
        <w:tcBorders>
          <w:left w:val="nil"/>
          <w:right w:val="nil"/>
          <w:insideH w:val="nil"/>
          <w:insideV w:val="nil"/>
        </w:tcBorders>
        <w:shd w:val="clear" w:color="auto" w:fill="5484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5E9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5E9B" w:themeFill="accent6"/>
      </w:tcPr>
    </w:tblStylePr>
    <w:tblStylePr w:type="lastCol">
      <w:rPr>
        <w:b/>
        <w:bCs/>
        <w:color w:val="FFFFFF" w:themeColor="background1"/>
      </w:rPr>
      <w:tblPr/>
      <w:tcPr>
        <w:tcBorders>
          <w:left w:val="nil"/>
          <w:right w:val="nil"/>
          <w:insideH w:val="nil"/>
          <w:insideV w:val="nil"/>
        </w:tcBorders>
        <w:shd w:val="clear" w:color="auto" w:fill="9E5E9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E51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B01513" w:themeColor="accent1"/>
        <w:bottom w:val="single" w:sz="8" w:space="0" w:color="B01513" w:themeColor="accent1"/>
      </w:tblBorders>
    </w:tblPr>
    <w:tblStylePr w:type="firstRow">
      <w:rPr>
        <w:rFonts w:asciiTheme="majorHAnsi" w:eastAsiaTheme="majorEastAsia" w:hAnsiTheme="majorHAnsi" w:cstheme="majorBidi"/>
      </w:rPr>
      <w:tblPr/>
      <w:tcPr>
        <w:tcBorders>
          <w:top w:val="nil"/>
          <w:bottom w:val="single" w:sz="8" w:space="0" w:color="B01513" w:themeColor="accent1"/>
        </w:tcBorders>
      </w:tcPr>
    </w:tblStylePr>
    <w:tblStylePr w:type="lastRow">
      <w:rPr>
        <w:b/>
        <w:bCs/>
        <w:color w:val="1E5155" w:themeColor="text2"/>
      </w:rPr>
      <w:tblPr/>
      <w:tcPr>
        <w:tcBorders>
          <w:top w:val="single" w:sz="8" w:space="0" w:color="B01513" w:themeColor="accent1"/>
          <w:bottom w:val="single" w:sz="8" w:space="0" w:color="B01513" w:themeColor="accent1"/>
        </w:tcBorders>
      </w:tcPr>
    </w:tblStylePr>
    <w:tblStylePr w:type="firstCol">
      <w:rPr>
        <w:b/>
        <w:bCs/>
      </w:rPr>
    </w:tblStylePr>
    <w:tblStylePr w:type="lastCol">
      <w:rPr>
        <w:b/>
        <w:bCs/>
      </w:rPr>
      <w:tblPr/>
      <w:tcPr>
        <w:tcBorders>
          <w:top w:val="single" w:sz="8" w:space="0" w:color="B01513" w:themeColor="accent1"/>
          <w:bottom w:val="single" w:sz="8" w:space="0" w:color="B01513" w:themeColor="accent1"/>
        </w:tcBorders>
      </w:tcPr>
    </w:tblStylePr>
    <w:tblStylePr w:type="band1Vert">
      <w:tblPr/>
      <w:tcPr>
        <w:shd w:val="clear" w:color="auto" w:fill="F7B9B8" w:themeFill="accent1" w:themeFillTint="3F"/>
      </w:tcPr>
    </w:tblStylePr>
    <w:tblStylePr w:type="band1Horz">
      <w:tblPr/>
      <w:tcPr>
        <w:shd w:val="clear" w:color="auto" w:fill="F7B9B8"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A6312" w:themeColor="accent2"/>
        <w:bottom w:val="single" w:sz="8" w:space="0" w:color="EA6312" w:themeColor="accent2"/>
      </w:tblBorders>
    </w:tblPr>
    <w:tblStylePr w:type="firstRow">
      <w:rPr>
        <w:rFonts w:asciiTheme="majorHAnsi" w:eastAsiaTheme="majorEastAsia" w:hAnsiTheme="majorHAnsi" w:cstheme="majorBidi"/>
      </w:rPr>
      <w:tblPr/>
      <w:tcPr>
        <w:tcBorders>
          <w:top w:val="nil"/>
          <w:bottom w:val="single" w:sz="8" w:space="0" w:color="EA6312" w:themeColor="accent2"/>
        </w:tcBorders>
      </w:tcPr>
    </w:tblStylePr>
    <w:tblStylePr w:type="lastRow">
      <w:rPr>
        <w:b/>
        <w:bCs/>
        <w:color w:val="1E5155" w:themeColor="text2"/>
      </w:rPr>
      <w:tblPr/>
      <w:tcPr>
        <w:tcBorders>
          <w:top w:val="single" w:sz="8" w:space="0" w:color="EA6312" w:themeColor="accent2"/>
          <w:bottom w:val="single" w:sz="8" w:space="0" w:color="EA6312" w:themeColor="accent2"/>
        </w:tcBorders>
      </w:tcPr>
    </w:tblStylePr>
    <w:tblStylePr w:type="firstCol">
      <w:rPr>
        <w:b/>
        <w:bCs/>
      </w:rPr>
    </w:tblStylePr>
    <w:tblStylePr w:type="lastCol">
      <w:rPr>
        <w:b/>
        <w:bCs/>
      </w:rPr>
      <w:tblPr/>
      <w:tcPr>
        <w:tcBorders>
          <w:top w:val="single" w:sz="8" w:space="0" w:color="EA6312" w:themeColor="accent2"/>
          <w:bottom w:val="single" w:sz="8" w:space="0" w:color="EA6312" w:themeColor="accent2"/>
        </w:tcBorders>
      </w:tcPr>
    </w:tblStylePr>
    <w:tblStylePr w:type="band1Vert">
      <w:tblPr/>
      <w:tcPr>
        <w:shd w:val="clear" w:color="auto" w:fill="FAD7C3" w:themeFill="accent2" w:themeFillTint="3F"/>
      </w:tcPr>
    </w:tblStylePr>
    <w:tblStylePr w:type="band1Horz">
      <w:tblPr/>
      <w:tcPr>
        <w:shd w:val="clear" w:color="auto" w:fill="FAD7C3"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E6B729" w:themeColor="accent3"/>
        <w:bottom w:val="single" w:sz="8" w:space="0" w:color="E6B729" w:themeColor="accent3"/>
      </w:tblBorders>
    </w:tblPr>
    <w:tblStylePr w:type="firstRow">
      <w:rPr>
        <w:rFonts w:asciiTheme="majorHAnsi" w:eastAsiaTheme="majorEastAsia" w:hAnsiTheme="majorHAnsi" w:cstheme="majorBidi"/>
      </w:rPr>
      <w:tblPr/>
      <w:tcPr>
        <w:tcBorders>
          <w:top w:val="nil"/>
          <w:bottom w:val="single" w:sz="8" w:space="0" w:color="E6B729" w:themeColor="accent3"/>
        </w:tcBorders>
      </w:tcPr>
    </w:tblStylePr>
    <w:tblStylePr w:type="lastRow">
      <w:rPr>
        <w:b/>
        <w:bCs/>
        <w:color w:val="1E5155" w:themeColor="text2"/>
      </w:rPr>
      <w:tblPr/>
      <w:tcPr>
        <w:tcBorders>
          <w:top w:val="single" w:sz="8" w:space="0" w:color="E6B729" w:themeColor="accent3"/>
          <w:bottom w:val="single" w:sz="8" w:space="0" w:color="E6B729" w:themeColor="accent3"/>
        </w:tcBorders>
      </w:tcPr>
    </w:tblStylePr>
    <w:tblStylePr w:type="firstCol">
      <w:rPr>
        <w:b/>
        <w:bCs/>
      </w:rPr>
    </w:tblStylePr>
    <w:tblStylePr w:type="lastCol">
      <w:rPr>
        <w:b/>
        <w:bCs/>
      </w:rPr>
      <w:tblPr/>
      <w:tcPr>
        <w:tcBorders>
          <w:top w:val="single" w:sz="8" w:space="0" w:color="E6B729" w:themeColor="accent3"/>
          <w:bottom w:val="single" w:sz="8" w:space="0" w:color="E6B729" w:themeColor="accent3"/>
        </w:tcBorders>
      </w:tcPr>
    </w:tblStylePr>
    <w:tblStylePr w:type="band1Vert">
      <w:tblPr/>
      <w:tcPr>
        <w:shd w:val="clear" w:color="auto" w:fill="F8EDC9" w:themeFill="accent3" w:themeFillTint="3F"/>
      </w:tcPr>
    </w:tblStylePr>
    <w:tblStylePr w:type="band1Horz">
      <w:tblPr/>
      <w:tcPr>
        <w:shd w:val="clear" w:color="auto" w:fill="F8EDC9"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6AAC90" w:themeColor="accent4"/>
        <w:bottom w:val="single" w:sz="8" w:space="0" w:color="6AAC90" w:themeColor="accent4"/>
      </w:tblBorders>
    </w:tblPr>
    <w:tblStylePr w:type="firstRow">
      <w:rPr>
        <w:rFonts w:asciiTheme="majorHAnsi" w:eastAsiaTheme="majorEastAsia" w:hAnsiTheme="majorHAnsi" w:cstheme="majorBidi"/>
      </w:rPr>
      <w:tblPr/>
      <w:tcPr>
        <w:tcBorders>
          <w:top w:val="nil"/>
          <w:bottom w:val="single" w:sz="8" w:space="0" w:color="6AAC90" w:themeColor="accent4"/>
        </w:tcBorders>
      </w:tcPr>
    </w:tblStylePr>
    <w:tblStylePr w:type="lastRow">
      <w:rPr>
        <w:b/>
        <w:bCs/>
        <w:color w:val="1E5155" w:themeColor="text2"/>
      </w:rPr>
      <w:tblPr/>
      <w:tcPr>
        <w:tcBorders>
          <w:top w:val="single" w:sz="8" w:space="0" w:color="6AAC90" w:themeColor="accent4"/>
          <w:bottom w:val="single" w:sz="8" w:space="0" w:color="6AAC90" w:themeColor="accent4"/>
        </w:tcBorders>
      </w:tcPr>
    </w:tblStylePr>
    <w:tblStylePr w:type="firstCol">
      <w:rPr>
        <w:b/>
        <w:bCs/>
      </w:rPr>
    </w:tblStylePr>
    <w:tblStylePr w:type="lastCol">
      <w:rPr>
        <w:b/>
        <w:bCs/>
      </w:rPr>
      <w:tblPr/>
      <w:tcPr>
        <w:tcBorders>
          <w:top w:val="single" w:sz="8" w:space="0" w:color="6AAC90" w:themeColor="accent4"/>
          <w:bottom w:val="single" w:sz="8" w:space="0" w:color="6AAC90" w:themeColor="accent4"/>
        </w:tcBorders>
      </w:tcPr>
    </w:tblStylePr>
    <w:tblStylePr w:type="band1Vert">
      <w:tblPr/>
      <w:tcPr>
        <w:shd w:val="clear" w:color="auto" w:fill="DAEAE3" w:themeFill="accent4" w:themeFillTint="3F"/>
      </w:tcPr>
    </w:tblStylePr>
    <w:tblStylePr w:type="band1Horz">
      <w:tblPr/>
      <w:tcPr>
        <w:shd w:val="clear" w:color="auto" w:fill="DAEAE3"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54849A" w:themeColor="accent5"/>
        <w:bottom w:val="single" w:sz="8" w:space="0" w:color="54849A" w:themeColor="accent5"/>
      </w:tblBorders>
    </w:tblPr>
    <w:tblStylePr w:type="firstRow">
      <w:rPr>
        <w:rFonts w:asciiTheme="majorHAnsi" w:eastAsiaTheme="majorEastAsia" w:hAnsiTheme="majorHAnsi" w:cstheme="majorBidi"/>
      </w:rPr>
      <w:tblPr/>
      <w:tcPr>
        <w:tcBorders>
          <w:top w:val="nil"/>
          <w:bottom w:val="single" w:sz="8" w:space="0" w:color="54849A" w:themeColor="accent5"/>
        </w:tcBorders>
      </w:tcPr>
    </w:tblStylePr>
    <w:tblStylePr w:type="lastRow">
      <w:rPr>
        <w:b/>
        <w:bCs/>
        <w:color w:val="1E5155" w:themeColor="text2"/>
      </w:rPr>
      <w:tblPr/>
      <w:tcPr>
        <w:tcBorders>
          <w:top w:val="single" w:sz="8" w:space="0" w:color="54849A" w:themeColor="accent5"/>
          <w:bottom w:val="single" w:sz="8" w:space="0" w:color="54849A" w:themeColor="accent5"/>
        </w:tcBorders>
      </w:tcPr>
    </w:tblStylePr>
    <w:tblStylePr w:type="firstCol">
      <w:rPr>
        <w:b/>
        <w:bCs/>
      </w:rPr>
    </w:tblStylePr>
    <w:tblStylePr w:type="lastCol">
      <w:rPr>
        <w:b/>
        <w:bCs/>
      </w:rPr>
      <w:tblPr/>
      <w:tcPr>
        <w:tcBorders>
          <w:top w:val="single" w:sz="8" w:space="0" w:color="54849A" w:themeColor="accent5"/>
          <w:bottom w:val="single" w:sz="8" w:space="0" w:color="54849A" w:themeColor="accent5"/>
        </w:tcBorders>
      </w:tcPr>
    </w:tblStylePr>
    <w:tblStylePr w:type="band1Vert">
      <w:tblPr/>
      <w:tcPr>
        <w:shd w:val="clear" w:color="auto" w:fill="D3E0E7" w:themeFill="accent5" w:themeFillTint="3F"/>
      </w:tcPr>
    </w:tblStylePr>
    <w:tblStylePr w:type="band1Horz">
      <w:tblPr/>
      <w:tcPr>
        <w:shd w:val="clear" w:color="auto" w:fill="D3E0E7"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9E5E9B" w:themeColor="accent6"/>
        <w:bottom w:val="single" w:sz="8" w:space="0" w:color="9E5E9B" w:themeColor="accent6"/>
      </w:tblBorders>
    </w:tblPr>
    <w:tblStylePr w:type="firstRow">
      <w:rPr>
        <w:rFonts w:asciiTheme="majorHAnsi" w:eastAsiaTheme="majorEastAsia" w:hAnsiTheme="majorHAnsi" w:cstheme="majorBidi"/>
      </w:rPr>
      <w:tblPr/>
      <w:tcPr>
        <w:tcBorders>
          <w:top w:val="nil"/>
          <w:bottom w:val="single" w:sz="8" w:space="0" w:color="9E5E9B" w:themeColor="accent6"/>
        </w:tcBorders>
      </w:tcPr>
    </w:tblStylePr>
    <w:tblStylePr w:type="lastRow">
      <w:rPr>
        <w:b/>
        <w:bCs/>
        <w:color w:val="1E5155" w:themeColor="text2"/>
      </w:rPr>
      <w:tblPr/>
      <w:tcPr>
        <w:tcBorders>
          <w:top w:val="single" w:sz="8" w:space="0" w:color="9E5E9B" w:themeColor="accent6"/>
          <w:bottom w:val="single" w:sz="8" w:space="0" w:color="9E5E9B" w:themeColor="accent6"/>
        </w:tcBorders>
      </w:tcPr>
    </w:tblStylePr>
    <w:tblStylePr w:type="firstCol">
      <w:rPr>
        <w:b/>
        <w:bCs/>
      </w:rPr>
    </w:tblStylePr>
    <w:tblStylePr w:type="lastCol">
      <w:rPr>
        <w:b/>
        <w:bCs/>
      </w:rPr>
      <w:tblPr/>
      <w:tcPr>
        <w:tcBorders>
          <w:top w:val="single" w:sz="8" w:space="0" w:color="9E5E9B" w:themeColor="accent6"/>
          <w:bottom w:val="single" w:sz="8" w:space="0" w:color="9E5E9B" w:themeColor="accent6"/>
        </w:tcBorders>
      </w:tcPr>
    </w:tblStylePr>
    <w:tblStylePr w:type="band1Vert">
      <w:tblPr/>
      <w:tcPr>
        <w:shd w:val="clear" w:color="auto" w:fill="E7D6E6" w:themeFill="accent6" w:themeFillTint="3F"/>
      </w:tcPr>
    </w:tblStylePr>
    <w:tblStylePr w:type="band1Horz">
      <w:tblPr/>
      <w:tcPr>
        <w:shd w:val="clear" w:color="auto" w:fill="E7D6E6"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01513" w:themeColor="accent1"/>
        <w:left w:val="single" w:sz="8" w:space="0" w:color="B01513" w:themeColor="accent1"/>
        <w:bottom w:val="single" w:sz="8" w:space="0" w:color="B01513" w:themeColor="accent1"/>
        <w:right w:val="single" w:sz="8" w:space="0" w:color="B01513" w:themeColor="accent1"/>
      </w:tblBorders>
    </w:tblPr>
    <w:tblStylePr w:type="firstRow">
      <w:rPr>
        <w:sz w:val="24"/>
        <w:szCs w:val="24"/>
      </w:rPr>
      <w:tblPr/>
      <w:tcPr>
        <w:tcBorders>
          <w:top w:val="nil"/>
          <w:left w:val="nil"/>
          <w:bottom w:val="single" w:sz="24" w:space="0" w:color="B01513" w:themeColor="accent1"/>
          <w:right w:val="nil"/>
          <w:insideH w:val="nil"/>
          <w:insideV w:val="nil"/>
        </w:tcBorders>
        <w:shd w:val="clear" w:color="auto" w:fill="FFFFFF" w:themeFill="background1"/>
      </w:tcPr>
    </w:tblStylePr>
    <w:tblStylePr w:type="lastRow">
      <w:tblPr/>
      <w:tcPr>
        <w:tcBorders>
          <w:top w:val="single" w:sz="8" w:space="0" w:color="B0151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01513" w:themeColor="accent1"/>
          <w:insideH w:val="nil"/>
          <w:insideV w:val="nil"/>
        </w:tcBorders>
        <w:shd w:val="clear" w:color="auto" w:fill="FFFFFF" w:themeFill="background1"/>
      </w:tcPr>
    </w:tblStylePr>
    <w:tblStylePr w:type="lastCol">
      <w:tblPr/>
      <w:tcPr>
        <w:tcBorders>
          <w:top w:val="nil"/>
          <w:left w:val="single" w:sz="8" w:space="0" w:color="B0151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B9B8" w:themeFill="accent1" w:themeFillTint="3F"/>
      </w:tcPr>
    </w:tblStylePr>
    <w:tblStylePr w:type="band1Horz">
      <w:tblPr/>
      <w:tcPr>
        <w:tcBorders>
          <w:top w:val="nil"/>
          <w:bottom w:val="nil"/>
          <w:insideH w:val="nil"/>
          <w:insideV w:val="nil"/>
        </w:tcBorders>
        <w:shd w:val="clear" w:color="auto" w:fill="F7B9B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6312" w:themeColor="accent2"/>
        <w:left w:val="single" w:sz="8" w:space="0" w:color="EA6312" w:themeColor="accent2"/>
        <w:bottom w:val="single" w:sz="8" w:space="0" w:color="EA6312" w:themeColor="accent2"/>
        <w:right w:val="single" w:sz="8" w:space="0" w:color="EA6312" w:themeColor="accent2"/>
      </w:tblBorders>
    </w:tblPr>
    <w:tblStylePr w:type="firstRow">
      <w:rPr>
        <w:sz w:val="24"/>
        <w:szCs w:val="24"/>
      </w:rPr>
      <w:tblPr/>
      <w:tcPr>
        <w:tcBorders>
          <w:top w:val="nil"/>
          <w:left w:val="nil"/>
          <w:bottom w:val="single" w:sz="24" w:space="0" w:color="EA6312" w:themeColor="accent2"/>
          <w:right w:val="nil"/>
          <w:insideH w:val="nil"/>
          <w:insideV w:val="nil"/>
        </w:tcBorders>
        <w:shd w:val="clear" w:color="auto" w:fill="FFFFFF" w:themeFill="background1"/>
      </w:tcPr>
    </w:tblStylePr>
    <w:tblStylePr w:type="lastRow">
      <w:tblPr/>
      <w:tcPr>
        <w:tcBorders>
          <w:top w:val="single" w:sz="8" w:space="0" w:color="EA631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6312" w:themeColor="accent2"/>
          <w:insideH w:val="nil"/>
          <w:insideV w:val="nil"/>
        </w:tcBorders>
        <w:shd w:val="clear" w:color="auto" w:fill="FFFFFF" w:themeFill="background1"/>
      </w:tcPr>
    </w:tblStylePr>
    <w:tblStylePr w:type="lastCol">
      <w:tblPr/>
      <w:tcPr>
        <w:tcBorders>
          <w:top w:val="nil"/>
          <w:left w:val="single" w:sz="8" w:space="0" w:color="EA631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7C3" w:themeFill="accent2" w:themeFillTint="3F"/>
      </w:tcPr>
    </w:tblStylePr>
    <w:tblStylePr w:type="band1Horz">
      <w:tblPr/>
      <w:tcPr>
        <w:tcBorders>
          <w:top w:val="nil"/>
          <w:bottom w:val="nil"/>
          <w:insideH w:val="nil"/>
          <w:insideV w:val="nil"/>
        </w:tcBorders>
        <w:shd w:val="clear" w:color="auto" w:fill="FAD7C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B729" w:themeColor="accent3"/>
        <w:left w:val="single" w:sz="8" w:space="0" w:color="E6B729" w:themeColor="accent3"/>
        <w:bottom w:val="single" w:sz="8" w:space="0" w:color="E6B729" w:themeColor="accent3"/>
        <w:right w:val="single" w:sz="8" w:space="0" w:color="E6B729" w:themeColor="accent3"/>
      </w:tblBorders>
    </w:tblPr>
    <w:tblStylePr w:type="firstRow">
      <w:rPr>
        <w:sz w:val="24"/>
        <w:szCs w:val="24"/>
      </w:rPr>
      <w:tblPr/>
      <w:tcPr>
        <w:tcBorders>
          <w:top w:val="nil"/>
          <w:left w:val="nil"/>
          <w:bottom w:val="single" w:sz="24" w:space="0" w:color="E6B729" w:themeColor="accent3"/>
          <w:right w:val="nil"/>
          <w:insideH w:val="nil"/>
          <w:insideV w:val="nil"/>
        </w:tcBorders>
        <w:shd w:val="clear" w:color="auto" w:fill="FFFFFF" w:themeFill="background1"/>
      </w:tcPr>
    </w:tblStylePr>
    <w:tblStylePr w:type="lastRow">
      <w:tblPr/>
      <w:tcPr>
        <w:tcBorders>
          <w:top w:val="single" w:sz="8" w:space="0" w:color="E6B72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B729" w:themeColor="accent3"/>
          <w:insideH w:val="nil"/>
          <w:insideV w:val="nil"/>
        </w:tcBorders>
        <w:shd w:val="clear" w:color="auto" w:fill="FFFFFF" w:themeFill="background1"/>
      </w:tcPr>
    </w:tblStylePr>
    <w:tblStylePr w:type="lastCol">
      <w:tblPr/>
      <w:tcPr>
        <w:tcBorders>
          <w:top w:val="nil"/>
          <w:left w:val="single" w:sz="8" w:space="0" w:color="E6B7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DC9" w:themeFill="accent3" w:themeFillTint="3F"/>
      </w:tcPr>
    </w:tblStylePr>
    <w:tblStylePr w:type="band1Horz">
      <w:tblPr/>
      <w:tcPr>
        <w:tcBorders>
          <w:top w:val="nil"/>
          <w:bottom w:val="nil"/>
          <w:insideH w:val="nil"/>
          <w:insideV w:val="nil"/>
        </w:tcBorders>
        <w:shd w:val="clear" w:color="auto" w:fill="F8ED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AC90" w:themeColor="accent4"/>
        <w:left w:val="single" w:sz="8" w:space="0" w:color="6AAC90" w:themeColor="accent4"/>
        <w:bottom w:val="single" w:sz="8" w:space="0" w:color="6AAC90" w:themeColor="accent4"/>
        <w:right w:val="single" w:sz="8" w:space="0" w:color="6AAC90" w:themeColor="accent4"/>
      </w:tblBorders>
    </w:tblPr>
    <w:tblStylePr w:type="firstRow">
      <w:rPr>
        <w:sz w:val="24"/>
        <w:szCs w:val="24"/>
      </w:rPr>
      <w:tblPr/>
      <w:tcPr>
        <w:tcBorders>
          <w:top w:val="nil"/>
          <w:left w:val="nil"/>
          <w:bottom w:val="single" w:sz="24" w:space="0" w:color="6AAC90" w:themeColor="accent4"/>
          <w:right w:val="nil"/>
          <w:insideH w:val="nil"/>
          <w:insideV w:val="nil"/>
        </w:tcBorders>
        <w:shd w:val="clear" w:color="auto" w:fill="FFFFFF" w:themeFill="background1"/>
      </w:tcPr>
    </w:tblStylePr>
    <w:tblStylePr w:type="lastRow">
      <w:tblPr/>
      <w:tcPr>
        <w:tcBorders>
          <w:top w:val="single" w:sz="8" w:space="0" w:color="6AAC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AC90" w:themeColor="accent4"/>
          <w:insideH w:val="nil"/>
          <w:insideV w:val="nil"/>
        </w:tcBorders>
        <w:shd w:val="clear" w:color="auto" w:fill="FFFFFF" w:themeFill="background1"/>
      </w:tcPr>
    </w:tblStylePr>
    <w:tblStylePr w:type="lastCol">
      <w:tblPr/>
      <w:tcPr>
        <w:tcBorders>
          <w:top w:val="nil"/>
          <w:left w:val="single" w:sz="8" w:space="0" w:color="6AAC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AE3" w:themeFill="accent4" w:themeFillTint="3F"/>
      </w:tcPr>
    </w:tblStylePr>
    <w:tblStylePr w:type="band1Horz">
      <w:tblPr/>
      <w:tcPr>
        <w:tcBorders>
          <w:top w:val="nil"/>
          <w:bottom w:val="nil"/>
          <w:insideH w:val="nil"/>
          <w:insideV w:val="nil"/>
        </w:tcBorders>
        <w:shd w:val="clear" w:color="auto" w:fill="DAEA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849A" w:themeColor="accent5"/>
        <w:left w:val="single" w:sz="8" w:space="0" w:color="54849A" w:themeColor="accent5"/>
        <w:bottom w:val="single" w:sz="8" w:space="0" w:color="54849A" w:themeColor="accent5"/>
        <w:right w:val="single" w:sz="8" w:space="0" w:color="54849A" w:themeColor="accent5"/>
      </w:tblBorders>
    </w:tblPr>
    <w:tblStylePr w:type="firstRow">
      <w:rPr>
        <w:sz w:val="24"/>
        <w:szCs w:val="24"/>
      </w:rPr>
      <w:tblPr/>
      <w:tcPr>
        <w:tcBorders>
          <w:top w:val="nil"/>
          <w:left w:val="nil"/>
          <w:bottom w:val="single" w:sz="24" w:space="0" w:color="54849A" w:themeColor="accent5"/>
          <w:right w:val="nil"/>
          <w:insideH w:val="nil"/>
          <w:insideV w:val="nil"/>
        </w:tcBorders>
        <w:shd w:val="clear" w:color="auto" w:fill="FFFFFF" w:themeFill="background1"/>
      </w:tcPr>
    </w:tblStylePr>
    <w:tblStylePr w:type="lastRow">
      <w:tblPr/>
      <w:tcPr>
        <w:tcBorders>
          <w:top w:val="single" w:sz="8" w:space="0" w:color="54849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849A" w:themeColor="accent5"/>
          <w:insideH w:val="nil"/>
          <w:insideV w:val="nil"/>
        </w:tcBorders>
        <w:shd w:val="clear" w:color="auto" w:fill="FFFFFF" w:themeFill="background1"/>
      </w:tcPr>
    </w:tblStylePr>
    <w:tblStylePr w:type="lastCol">
      <w:tblPr/>
      <w:tcPr>
        <w:tcBorders>
          <w:top w:val="nil"/>
          <w:left w:val="single" w:sz="8" w:space="0" w:color="5484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0E7" w:themeFill="accent5" w:themeFillTint="3F"/>
      </w:tcPr>
    </w:tblStylePr>
    <w:tblStylePr w:type="band1Horz">
      <w:tblPr/>
      <w:tcPr>
        <w:tcBorders>
          <w:top w:val="nil"/>
          <w:bottom w:val="nil"/>
          <w:insideH w:val="nil"/>
          <w:insideV w:val="nil"/>
        </w:tcBorders>
        <w:shd w:val="clear" w:color="auto" w:fill="D3E0E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5E9B" w:themeColor="accent6"/>
        <w:left w:val="single" w:sz="8" w:space="0" w:color="9E5E9B" w:themeColor="accent6"/>
        <w:bottom w:val="single" w:sz="8" w:space="0" w:color="9E5E9B" w:themeColor="accent6"/>
        <w:right w:val="single" w:sz="8" w:space="0" w:color="9E5E9B" w:themeColor="accent6"/>
      </w:tblBorders>
    </w:tblPr>
    <w:tblStylePr w:type="firstRow">
      <w:rPr>
        <w:sz w:val="24"/>
        <w:szCs w:val="24"/>
      </w:rPr>
      <w:tblPr/>
      <w:tcPr>
        <w:tcBorders>
          <w:top w:val="nil"/>
          <w:left w:val="nil"/>
          <w:bottom w:val="single" w:sz="24" w:space="0" w:color="9E5E9B" w:themeColor="accent6"/>
          <w:right w:val="nil"/>
          <w:insideH w:val="nil"/>
          <w:insideV w:val="nil"/>
        </w:tcBorders>
        <w:shd w:val="clear" w:color="auto" w:fill="FFFFFF" w:themeFill="background1"/>
      </w:tcPr>
    </w:tblStylePr>
    <w:tblStylePr w:type="lastRow">
      <w:tblPr/>
      <w:tcPr>
        <w:tcBorders>
          <w:top w:val="single" w:sz="8" w:space="0" w:color="9E5E9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5E9B" w:themeColor="accent6"/>
          <w:insideH w:val="nil"/>
          <w:insideV w:val="nil"/>
        </w:tcBorders>
        <w:shd w:val="clear" w:color="auto" w:fill="FFFFFF" w:themeFill="background1"/>
      </w:tcPr>
    </w:tblStylePr>
    <w:tblStylePr w:type="lastCol">
      <w:tblPr/>
      <w:tcPr>
        <w:tcBorders>
          <w:top w:val="nil"/>
          <w:left w:val="single" w:sz="8" w:space="0" w:color="9E5E9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D6E6" w:themeFill="accent6" w:themeFillTint="3F"/>
      </w:tcPr>
    </w:tblStylePr>
    <w:tblStylePr w:type="band1Horz">
      <w:tblPr/>
      <w:tcPr>
        <w:tcBorders>
          <w:top w:val="nil"/>
          <w:bottom w:val="nil"/>
          <w:insideH w:val="nil"/>
          <w:insideV w:val="nil"/>
        </w:tcBorders>
        <w:shd w:val="clear" w:color="auto" w:fill="E7D6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E82C2A" w:themeColor="accent1" w:themeTint="BF"/>
        <w:left w:val="single" w:sz="8" w:space="0" w:color="E82C2A" w:themeColor="accent1" w:themeTint="BF"/>
        <w:bottom w:val="single" w:sz="8" w:space="0" w:color="E82C2A" w:themeColor="accent1" w:themeTint="BF"/>
        <w:right w:val="single" w:sz="8" w:space="0" w:color="E82C2A" w:themeColor="accent1" w:themeTint="BF"/>
        <w:insideH w:val="single" w:sz="8" w:space="0" w:color="E82C2A" w:themeColor="accent1" w:themeTint="BF"/>
        <w:insideV w:val="single" w:sz="8" w:space="0" w:color="E82C2A" w:themeColor="accent1" w:themeTint="BF"/>
      </w:tblBorders>
    </w:tblPr>
    <w:tcPr>
      <w:shd w:val="clear" w:color="auto" w:fill="F7B9B8" w:themeFill="accent1" w:themeFillTint="3F"/>
    </w:tcPr>
    <w:tblStylePr w:type="firstRow">
      <w:rPr>
        <w:b/>
        <w:bCs/>
      </w:rPr>
    </w:tblStylePr>
    <w:tblStylePr w:type="lastRow">
      <w:rPr>
        <w:b/>
        <w:bCs/>
      </w:rPr>
      <w:tblPr/>
      <w:tcPr>
        <w:tcBorders>
          <w:top w:val="single" w:sz="18" w:space="0" w:color="E82C2A" w:themeColor="accent1" w:themeTint="BF"/>
        </w:tcBorders>
      </w:tcPr>
    </w:tblStylePr>
    <w:tblStylePr w:type="firstCol">
      <w:rPr>
        <w:b/>
        <w:bCs/>
      </w:rPr>
    </w:tblStylePr>
    <w:tblStylePr w:type="lastCol">
      <w:rPr>
        <w:b/>
        <w:bCs/>
      </w:rPr>
    </w:tblStylePr>
    <w:tblStylePr w:type="band1Vert">
      <w:tblPr/>
      <w:tcPr>
        <w:shd w:val="clear" w:color="auto" w:fill="EF7271" w:themeFill="accent1" w:themeFillTint="7F"/>
      </w:tcPr>
    </w:tblStylePr>
    <w:tblStylePr w:type="band1Horz">
      <w:tblPr/>
      <w:tcPr>
        <w:shd w:val="clear" w:color="auto" w:fill="EF7271"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F1894B" w:themeColor="accent2" w:themeTint="BF"/>
        <w:left w:val="single" w:sz="8" w:space="0" w:color="F1894B" w:themeColor="accent2" w:themeTint="BF"/>
        <w:bottom w:val="single" w:sz="8" w:space="0" w:color="F1894B" w:themeColor="accent2" w:themeTint="BF"/>
        <w:right w:val="single" w:sz="8" w:space="0" w:color="F1894B" w:themeColor="accent2" w:themeTint="BF"/>
        <w:insideH w:val="single" w:sz="8" w:space="0" w:color="F1894B" w:themeColor="accent2" w:themeTint="BF"/>
        <w:insideV w:val="single" w:sz="8" w:space="0" w:color="F1894B" w:themeColor="accent2" w:themeTint="BF"/>
      </w:tblBorders>
    </w:tblPr>
    <w:tcPr>
      <w:shd w:val="clear" w:color="auto" w:fill="FAD7C3" w:themeFill="accent2" w:themeFillTint="3F"/>
    </w:tcPr>
    <w:tblStylePr w:type="firstRow">
      <w:rPr>
        <w:b/>
        <w:bCs/>
      </w:rPr>
    </w:tblStylePr>
    <w:tblStylePr w:type="lastRow">
      <w:rPr>
        <w:b/>
        <w:bCs/>
      </w:rPr>
      <w:tblPr/>
      <w:tcPr>
        <w:tcBorders>
          <w:top w:val="single" w:sz="18" w:space="0" w:color="F1894B" w:themeColor="accent2" w:themeTint="BF"/>
        </w:tcBorders>
      </w:tcPr>
    </w:tblStylePr>
    <w:tblStylePr w:type="firstCol">
      <w:rPr>
        <w:b/>
        <w:bCs/>
      </w:rPr>
    </w:tblStylePr>
    <w:tblStylePr w:type="lastCol">
      <w:rPr>
        <w:b/>
        <w:bCs/>
      </w:rPr>
    </w:tblStylePr>
    <w:tblStylePr w:type="band1Vert">
      <w:tblPr/>
      <w:tcPr>
        <w:shd w:val="clear" w:color="auto" w:fill="F5B087" w:themeFill="accent2" w:themeFillTint="7F"/>
      </w:tcPr>
    </w:tblStylePr>
    <w:tblStylePr w:type="band1Horz">
      <w:tblPr/>
      <w:tcPr>
        <w:shd w:val="clear" w:color="auto" w:fill="F5B087"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ECC85E" w:themeColor="accent3" w:themeTint="BF"/>
        <w:left w:val="single" w:sz="8" w:space="0" w:color="ECC85E" w:themeColor="accent3" w:themeTint="BF"/>
        <w:bottom w:val="single" w:sz="8" w:space="0" w:color="ECC85E" w:themeColor="accent3" w:themeTint="BF"/>
        <w:right w:val="single" w:sz="8" w:space="0" w:color="ECC85E" w:themeColor="accent3" w:themeTint="BF"/>
        <w:insideH w:val="single" w:sz="8" w:space="0" w:color="ECC85E" w:themeColor="accent3" w:themeTint="BF"/>
        <w:insideV w:val="single" w:sz="8" w:space="0" w:color="ECC85E" w:themeColor="accent3" w:themeTint="BF"/>
      </w:tblBorders>
    </w:tblPr>
    <w:tcPr>
      <w:shd w:val="clear" w:color="auto" w:fill="F8EDC9" w:themeFill="accent3" w:themeFillTint="3F"/>
    </w:tcPr>
    <w:tblStylePr w:type="firstRow">
      <w:rPr>
        <w:b/>
        <w:bCs/>
      </w:rPr>
    </w:tblStylePr>
    <w:tblStylePr w:type="lastRow">
      <w:rPr>
        <w:b/>
        <w:bCs/>
      </w:rPr>
      <w:tblPr/>
      <w:tcPr>
        <w:tcBorders>
          <w:top w:val="single" w:sz="18" w:space="0" w:color="ECC85E" w:themeColor="accent3" w:themeTint="BF"/>
        </w:tcBorders>
      </w:tcPr>
    </w:tblStylePr>
    <w:tblStylePr w:type="firstCol">
      <w:rPr>
        <w:b/>
        <w:bCs/>
      </w:rPr>
    </w:tblStylePr>
    <w:tblStylePr w:type="lastCol">
      <w:rPr>
        <w:b/>
        <w:bCs/>
      </w:rPr>
    </w:tblStylePr>
    <w:tblStylePr w:type="band1Vert">
      <w:tblPr/>
      <w:tcPr>
        <w:shd w:val="clear" w:color="auto" w:fill="F2DA94" w:themeFill="accent3" w:themeFillTint="7F"/>
      </w:tcPr>
    </w:tblStylePr>
    <w:tblStylePr w:type="band1Horz">
      <w:tblPr/>
      <w:tcPr>
        <w:shd w:val="clear" w:color="auto" w:fill="F2DA94"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8FC0AB" w:themeColor="accent4" w:themeTint="BF"/>
        <w:left w:val="single" w:sz="8" w:space="0" w:color="8FC0AB" w:themeColor="accent4" w:themeTint="BF"/>
        <w:bottom w:val="single" w:sz="8" w:space="0" w:color="8FC0AB" w:themeColor="accent4" w:themeTint="BF"/>
        <w:right w:val="single" w:sz="8" w:space="0" w:color="8FC0AB" w:themeColor="accent4" w:themeTint="BF"/>
        <w:insideH w:val="single" w:sz="8" w:space="0" w:color="8FC0AB" w:themeColor="accent4" w:themeTint="BF"/>
        <w:insideV w:val="single" w:sz="8" w:space="0" w:color="8FC0AB" w:themeColor="accent4" w:themeTint="BF"/>
      </w:tblBorders>
    </w:tblPr>
    <w:tcPr>
      <w:shd w:val="clear" w:color="auto" w:fill="DAEAE3" w:themeFill="accent4" w:themeFillTint="3F"/>
    </w:tcPr>
    <w:tblStylePr w:type="firstRow">
      <w:rPr>
        <w:b/>
        <w:bCs/>
      </w:rPr>
    </w:tblStylePr>
    <w:tblStylePr w:type="lastRow">
      <w:rPr>
        <w:b/>
        <w:bCs/>
      </w:rPr>
      <w:tblPr/>
      <w:tcPr>
        <w:tcBorders>
          <w:top w:val="single" w:sz="18" w:space="0" w:color="8FC0AB" w:themeColor="accent4" w:themeTint="BF"/>
        </w:tcBorders>
      </w:tcPr>
    </w:tblStylePr>
    <w:tblStylePr w:type="firstCol">
      <w:rPr>
        <w:b/>
        <w:bCs/>
      </w:rPr>
    </w:tblStylePr>
    <w:tblStylePr w:type="lastCol">
      <w:rPr>
        <w:b/>
        <w:bCs/>
      </w:rPr>
    </w:tblStylePr>
    <w:tblStylePr w:type="band1Vert">
      <w:tblPr/>
      <w:tcPr>
        <w:shd w:val="clear" w:color="auto" w:fill="B4D5C7" w:themeFill="accent4" w:themeFillTint="7F"/>
      </w:tcPr>
    </w:tblStylePr>
    <w:tblStylePr w:type="band1Horz">
      <w:tblPr/>
      <w:tcPr>
        <w:shd w:val="clear" w:color="auto" w:fill="B4D5C7"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BA3B7" w:themeColor="accent5" w:themeTint="BF"/>
        <w:left w:val="single" w:sz="8" w:space="0" w:color="7BA3B7" w:themeColor="accent5" w:themeTint="BF"/>
        <w:bottom w:val="single" w:sz="8" w:space="0" w:color="7BA3B7" w:themeColor="accent5" w:themeTint="BF"/>
        <w:right w:val="single" w:sz="8" w:space="0" w:color="7BA3B7" w:themeColor="accent5" w:themeTint="BF"/>
        <w:insideH w:val="single" w:sz="8" w:space="0" w:color="7BA3B7" w:themeColor="accent5" w:themeTint="BF"/>
        <w:insideV w:val="single" w:sz="8" w:space="0" w:color="7BA3B7" w:themeColor="accent5" w:themeTint="BF"/>
      </w:tblBorders>
    </w:tblPr>
    <w:tcPr>
      <w:shd w:val="clear" w:color="auto" w:fill="D3E0E7" w:themeFill="accent5" w:themeFillTint="3F"/>
    </w:tcPr>
    <w:tblStylePr w:type="firstRow">
      <w:rPr>
        <w:b/>
        <w:bCs/>
      </w:rPr>
    </w:tblStylePr>
    <w:tblStylePr w:type="lastRow">
      <w:rPr>
        <w:b/>
        <w:bCs/>
      </w:rPr>
      <w:tblPr/>
      <w:tcPr>
        <w:tcBorders>
          <w:top w:val="single" w:sz="18" w:space="0" w:color="7BA3B7" w:themeColor="accent5" w:themeTint="BF"/>
        </w:tcBorders>
      </w:tcPr>
    </w:tblStylePr>
    <w:tblStylePr w:type="firstCol">
      <w:rPr>
        <w:b/>
        <w:bCs/>
      </w:rPr>
    </w:tblStylePr>
    <w:tblStylePr w:type="lastCol">
      <w:rPr>
        <w:b/>
        <w:bCs/>
      </w:rPr>
    </w:tblStylePr>
    <w:tblStylePr w:type="band1Vert">
      <w:tblPr/>
      <w:tcPr>
        <w:shd w:val="clear" w:color="auto" w:fill="A7C2CF" w:themeFill="accent5" w:themeFillTint="7F"/>
      </w:tcPr>
    </w:tblStylePr>
    <w:tblStylePr w:type="band1Horz">
      <w:tblPr/>
      <w:tcPr>
        <w:shd w:val="clear" w:color="auto" w:fill="A7C2CF"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B785B4" w:themeColor="accent6" w:themeTint="BF"/>
        <w:left w:val="single" w:sz="8" w:space="0" w:color="B785B4" w:themeColor="accent6" w:themeTint="BF"/>
        <w:bottom w:val="single" w:sz="8" w:space="0" w:color="B785B4" w:themeColor="accent6" w:themeTint="BF"/>
        <w:right w:val="single" w:sz="8" w:space="0" w:color="B785B4" w:themeColor="accent6" w:themeTint="BF"/>
        <w:insideH w:val="single" w:sz="8" w:space="0" w:color="B785B4" w:themeColor="accent6" w:themeTint="BF"/>
        <w:insideV w:val="single" w:sz="8" w:space="0" w:color="B785B4" w:themeColor="accent6" w:themeTint="BF"/>
      </w:tblBorders>
    </w:tblPr>
    <w:tcPr>
      <w:shd w:val="clear" w:color="auto" w:fill="E7D6E6" w:themeFill="accent6" w:themeFillTint="3F"/>
    </w:tcPr>
    <w:tblStylePr w:type="firstRow">
      <w:rPr>
        <w:b/>
        <w:bCs/>
      </w:rPr>
    </w:tblStylePr>
    <w:tblStylePr w:type="lastRow">
      <w:rPr>
        <w:b/>
        <w:bCs/>
      </w:rPr>
      <w:tblPr/>
      <w:tcPr>
        <w:tcBorders>
          <w:top w:val="single" w:sz="18" w:space="0" w:color="B785B4" w:themeColor="accent6" w:themeTint="BF"/>
        </w:tcBorders>
      </w:tcPr>
    </w:tblStylePr>
    <w:tblStylePr w:type="firstCol">
      <w:rPr>
        <w:b/>
        <w:bCs/>
      </w:rPr>
    </w:tblStylePr>
    <w:tblStylePr w:type="lastCol">
      <w:rPr>
        <w:b/>
        <w:bCs/>
      </w:rPr>
    </w:tblStylePr>
    <w:tblStylePr w:type="band1Vert">
      <w:tblPr/>
      <w:tcPr>
        <w:shd w:val="clear" w:color="auto" w:fill="CFAECD" w:themeFill="accent6" w:themeFillTint="7F"/>
      </w:tcPr>
    </w:tblStylePr>
    <w:tblStylePr w:type="band1Horz">
      <w:tblPr/>
      <w:tcPr>
        <w:shd w:val="clear" w:color="auto" w:fill="CFAECD"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01513" w:themeColor="accent1"/>
        <w:left w:val="single" w:sz="8" w:space="0" w:color="B01513" w:themeColor="accent1"/>
        <w:bottom w:val="single" w:sz="8" w:space="0" w:color="B01513" w:themeColor="accent1"/>
        <w:right w:val="single" w:sz="8" w:space="0" w:color="B01513" w:themeColor="accent1"/>
        <w:insideH w:val="single" w:sz="8" w:space="0" w:color="B01513" w:themeColor="accent1"/>
        <w:insideV w:val="single" w:sz="8" w:space="0" w:color="B01513" w:themeColor="accent1"/>
      </w:tblBorders>
    </w:tblPr>
    <w:tcPr>
      <w:shd w:val="clear" w:color="auto" w:fill="F7B9B8" w:themeFill="accent1" w:themeFillTint="3F"/>
    </w:tcPr>
    <w:tblStylePr w:type="firstRow">
      <w:rPr>
        <w:b/>
        <w:bCs/>
        <w:color w:val="000000" w:themeColor="text1"/>
      </w:rPr>
      <w:tblPr/>
      <w:tcPr>
        <w:shd w:val="clear" w:color="auto" w:fill="FCE3E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6C6" w:themeFill="accent1" w:themeFillTint="33"/>
      </w:tcPr>
    </w:tblStylePr>
    <w:tblStylePr w:type="band1Vert">
      <w:tblPr/>
      <w:tcPr>
        <w:shd w:val="clear" w:color="auto" w:fill="EF7271" w:themeFill="accent1" w:themeFillTint="7F"/>
      </w:tcPr>
    </w:tblStylePr>
    <w:tblStylePr w:type="band1Horz">
      <w:tblPr/>
      <w:tcPr>
        <w:tcBorders>
          <w:insideH w:val="single" w:sz="6" w:space="0" w:color="B01513" w:themeColor="accent1"/>
          <w:insideV w:val="single" w:sz="6" w:space="0" w:color="B01513" w:themeColor="accent1"/>
        </w:tcBorders>
        <w:shd w:val="clear" w:color="auto" w:fill="EF727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6312" w:themeColor="accent2"/>
        <w:left w:val="single" w:sz="8" w:space="0" w:color="EA6312" w:themeColor="accent2"/>
        <w:bottom w:val="single" w:sz="8" w:space="0" w:color="EA6312" w:themeColor="accent2"/>
        <w:right w:val="single" w:sz="8" w:space="0" w:color="EA6312" w:themeColor="accent2"/>
        <w:insideH w:val="single" w:sz="8" w:space="0" w:color="EA6312" w:themeColor="accent2"/>
        <w:insideV w:val="single" w:sz="8" w:space="0" w:color="EA6312" w:themeColor="accent2"/>
      </w:tblBorders>
    </w:tblPr>
    <w:tcPr>
      <w:shd w:val="clear" w:color="auto" w:fill="FAD7C3" w:themeFill="accent2" w:themeFillTint="3F"/>
    </w:tcPr>
    <w:tblStylePr w:type="firstRow">
      <w:rPr>
        <w:b/>
        <w:bCs/>
        <w:color w:val="000000" w:themeColor="text1"/>
      </w:rPr>
      <w:tblPr/>
      <w:tcPr>
        <w:shd w:val="clear" w:color="auto" w:fill="FDEF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FCF" w:themeFill="accent2" w:themeFillTint="33"/>
      </w:tcPr>
    </w:tblStylePr>
    <w:tblStylePr w:type="band1Vert">
      <w:tblPr/>
      <w:tcPr>
        <w:shd w:val="clear" w:color="auto" w:fill="F5B087" w:themeFill="accent2" w:themeFillTint="7F"/>
      </w:tcPr>
    </w:tblStylePr>
    <w:tblStylePr w:type="band1Horz">
      <w:tblPr/>
      <w:tcPr>
        <w:tcBorders>
          <w:insideH w:val="single" w:sz="6" w:space="0" w:color="EA6312" w:themeColor="accent2"/>
          <w:insideV w:val="single" w:sz="6" w:space="0" w:color="EA6312" w:themeColor="accent2"/>
        </w:tcBorders>
        <w:shd w:val="clear" w:color="auto" w:fill="F5B08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B729" w:themeColor="accent3"/>
        <w:left w:val="single" w:sz="8" w:space="0" w:color="E6B729" w:themeColor="accent3"/>
        <w:bottom w:val="single" w:sz="8" w:space="0" w:color="E6B729" w:themeColor="accent3"/>
        <w:right w:val="single" w:sz="8" w:space="0" w:color="E6B729" w:themeColor="accent3"/>
        <w:insideH w:val="single" w:sz="8" w:space="0" w:color="E6B729" w:themeColor="accent3"/>
        <w:insideV w:val="single" w:sz="8" w:space="0" w:color="E6B729" w:themeColor="accent3"/>
      </w:tblBorders>
    </w:tblPr>
    <w:tcPr>
      <w:shd w:val="clear" w:color="auto" w:fill="F8EDC9" w:themeFill="accent3" w:themeFillTint="3F"/>
    </w:tcPr>
    <w:tblStylePr w:type="firstRow">
      <w:rPr>
        <w:b/>
        <w:bCs/>
        <w:color w:val="000000" w:themeColor="text1"/>
      </w:rPr>
      <w:tblPr/>
      <w:tcPr>
        <w:shd w:val="clear" w:color="auto" w:fill="FC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0D4" w:themeFill="accent3" w:themeFillTint="33"/>
      </w:tcPr>
    </w:tblStylePr>
    <w:tblStylePr w:type="band1Vert">
      <w:tblPr/>
      <w:tcPr>
        <w:shd w:val="clear" w:color="auto" w:fill="F2DA94" w:themeFill="accent3" w:themeFillTint="7F"/>
      </w:tcPr>
    </w:tblStylePr>
    <w:tblStylePr w:type="band1Horz">
      <w:tblPr/>
      <w:tcPr>
        <w:tcBorders>
          <w:insideH w:val="single" w:sz="6" w:space="0" w:color="E6B729" w:themeColor="accent3"/>
          <w:insideV w:val="single" w:sz="6" w:space="0" w:color="E6B729" w:themeColor="accent3"/>
        </w:tcBorders>
        <w:shd w:val="clear" w:color="auto" w:fill="F2DA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AC90" w:themeColor="accent4"/>
        <w:left w:val="single" w:sz="8" w:space="0" w:color="6AAC90" w:themeColor="accent4"/>
        <w:bottom w:val="single" w:sz="8" w:space="0" w:color="6AAC90" w:themeColor="accent4"/>
        <w:right w:val="single" w:sz="8" w:space="0" w:color="6AAC90" w:themeColor="accent4"/>
        <w:insideH w:val="single" w:sz="8" w:space="0" w:color="6AAC90" w:themeColor="accent4"/>
        <w:insideV w:val="single" w:sz="8" w:space="0" w:color="6AAC90" w:themeColor="accent4"/>
      </w:tblBorders>
    </w:tblPr>
    <w:tcPr>
      <w:shd w:val="clear" w:color="auto" w:fill="DAEAE3" w:themeFill="accent4" w:themeFillTint="3F"/>
    </w:tcPr>
    <w:tblStylePr w:type="firstRow">
      <w:rPr>
        <w:b/>
        <w:bCs/>
        <w:color w:val="000000" w:themeColor="text1"/>
      </w:rPr>
      <w:tblPr/>
      <w:tcPr>
        <w:shd w:val="clear" w:color="auto" w:fill="F0F6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EE8" w:themeFill="accent4" w:themeFillTint="33"/>
      </w:tcPr>
    </w:tblStylePr>
    <w:tblStylePr w:type="band1Vert">
      <w:tblPr/>
      <w:tcPr>
        <w:shd w:val="clear" w:color="auto" w:fill="B4D5C7" w:themeFill="accent4" w:themeFillTint="7F"/>
      </w:tcPr>
    </w:tblStylePr>
    <w:tblStylePr w:type="band1Horz">
      <w:tblPr/>
      <w:tcPr>
        <w:tcBorders>
          <w:insideH w:val="single" w:sz="6" w:space="0" w:color="6AAC90" w:themeColor="accent4"/>
          <w:insideV w:val="single" w:sz="6" w:space="0" w:color="6AAC90" w:themeColor="accent4"/>
        </w:tcBorders>
        <w:shd w:val="clear" w:color="auto" w:fill="B4D5C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849A" w:themeColor="accent5"/>
        <w:left w:val="single" w:sz="8" w:space="0" w:color="54849A" w:themeColor="accent5"/>
        <w:bottom w:val="single" w:sz="8" w:space="0" w:color="54849A" w:themeColor="accent5"/>
        <w:right w:val="single" w:sz="8" w:space="0" w:color="54849A" w:themeColor="accent5"/>
        <w:insideH w:val="single" w:sz="8" w:space="0" w:color="54849A" w:themeColor="accent5"/>
        <w:insideV w:val="single" w:sz="8" w:space="0" w:color="54849A" w:themeColor="accent5"/>
      </w:tblBorders>
    </w:tblPr>
    <w:tcPr>
      <w:shd w:val="clear" w:color="auto" w:fill="D3E0E7" w:themeFill="accent5" w:themeFillTint="3F"/>
    </w:tcPr>
    <w:tblStylePr w:type="firstRow">
      <w:rPr>
        <w:b/>
        <w:bCs/>
        <w:color w:val="000000" w:themeColor="text1"/>
      </w:rPr>
      <w:tblPr/>
      <w:tcPr>
        <w:shd w:val="clear" w:color="auto" w:fill="EDF3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6EB" w:themeFill="accent5" w:themeFillTint="33"/>
      </w:tcPr>
    </w:tblStylePr>
    <w:tblStylePr w:type="band1Vert">
      <w:tblPr/>
      <w:tcPr>
        <w:shd w:val="clear" w:color="auto" w:fill="A7C2CF" w:themeFill="accent5" w:themeFillTint="7F"/>
      </w:tcPr>
    </w:tblStylePr>
    <w:tblStylePr w:type="band1Horz">
      <w:tblPr/>
      <w:tcPr>
        <w:tcBorders>
          <w:insideH w:val="single" w:sz="6" w:space="0" w:color="54849A" w:themeColor="accent5"/>
          <w:insideV w:val="single" w:sz="6" w:space="0" w:color="54849A" w:themeColor="accent5"/>
        </w:tcBorders>
        <w:shd w:val="clear" w:color="auto" w:fill="A7C2C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5E9B" w:themeColor="accent6"/>
        <w:left w:val="single" w:sz="8" w:space="0" w:color="9E5E9B" w:themeColor="accent6"/>
        <w:bottom w:val="single" w:sz="8" w:space="0" w:color="9E5E9B" w:themeColor="accent6"/>
        <w:right w:val="single" w:sz="8" w:space="0" w:color="9E5E9B" w:themeColor="accent6"/>
        <w:insideH w:val="single" w:sz="8" w:space="0" w:color="9E5E9B" w:themeColor="accent6"/>
        <w:insideV w:val="single" w:sz="8" w:space="0" w:color="9E5E9B" w:themeColor="accent6"/>
      </w:tblBorders>
    </w:tblPr>
    <w:tcPr>
      <w:shd w:val="clear" w:color="auto" w:fill="E7D6E6" w:themeFill="accent6" w:themeFillTint="3F"/>
    </w:tcPr>
    <w:tblStylePr w:type="firstRow">
      <w:rPr>
        <w:b/>
        <w:bCs/>
        <w:color w:val="000000" w:themeColor="text1"/>
      </w:rPr>
      <w:tblPr/>
      <w:tcPr>
        <w:shd w:val="clear" w:color="auto" w:fill="F5EF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EB" w:themeFill="accent6" w:themeFillTint="33"/>
      </w:tcPr>
    </w:tblStylePr>
    <w:tblStylePr w:type="band1Vert">
      <w:tblPr/>
      <w:tcPr>
        <w:shd w:val="clear" w:color="auto" w:fill="CFAECD" w:themeFill="accent6" w:themeFillTint="7F"/>
      </w:tcPr>
    </w:tblStylePr>
    <w:tblStylePr w:type="band1Horz">
      <w:tblPr/>
      <w:tcPr>
        <w:tcBorders>
          <w:insideH w:val="single" w:sz="6" w:space="0" w:color="9E5E9B" w:themeColor="accent6"/>
          <w:insideV w:val="single" w:sz="6" w:space="0" w:color="9E5E9B" w:themeColor="accent6"/>
        </w:tcBorders>
        <w:shd w:val="clear" w:color="auto" w:fill="CFAEC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B9B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0151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0151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0151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0151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727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7271"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7C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631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631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631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631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08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087"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D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B7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B7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B7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B7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A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A94"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A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AC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AC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AC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AC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5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5C7"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0E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84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84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84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84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C2C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C2CF"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D6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5E9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5E9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5E9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5E9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AE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AECD"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B0151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A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30F0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30F0E" w:themeFill="accent1" w:themeFillShade="BF"/>
      </w:tcPr>
    </w:tblStylePr>
    <w:tblStylePr w:type="band1Vert">
      <w:tblPr/>
      <w:tcPr>
        <w:tcBorders>
          <w:top w:val="nil"/>
          <w:left w:val="nil"/>
          <w:bottom w:val="nil"/>
          <w:right w:val="nil"/>
          <w:insideH w:val="nil"/>
          <w:insideV w:val="nil"/>
        </w:tcBorders>
        <w:shd w:val="clear" w:color="auto" w:fill="830F0E" w:themeFill="accent1" w:themeFillShade="BF"/>
      </w:tcPr>
    </w:tblStylePr>
    <w:tblStylePr w:type="band1Horz">
      <w:tblPr/>
      <w:tcPr>
        <w:tcBorders>
          <w:top w:val="nil"/>
          <w:left w:val="nil"/>
          <w:bottom w:val="nil"/>
          <w:right w:val="nil"/>
          <w:insideH w:val="nil"/>
          <w:insideV w:val="nil"/>
        </w:tcBorders>
        <w:shd w:val="clear" w:color="auto" w:fill="830F0E"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A631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0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490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490D" w:themeFill="accent2" w:themeFillShade="BF"/>
      </w:tcPr>
    </w:tblStylePr>
    <w:tblStylePr w:type="band1Vert">
      <w:tblPr/>
      <w:tcPr>
        <w:tcBorders>
          <w:top w:val="nil"/>
          <w:left w:val="nil"/>
          <w:bottom w:val="nil"/>
          <w:right w:val="nil"/>
          <w:insideH w:val="nil"/>
          <w:insideV w:val="nil"/>
        </w:tcBorders>
        <w:shd w:val="clear" w:color="auto" w:fill="AF490D" w:themeFill="accent2" w:themeFillShade="BF"/>
      </w:tcPr>
    </w:tblStylePr>
    <w:tblStylePr w:type="band1Horz">
      <w:tblPr/>
      <w:tcPr>
        <w:tcBorders>
          <w:top w:val="nil"/>
          <w:left w:val="nil"/>
          <w:bottom w:val="nil"/>
          <w:right w:val="nil"/>
          <w:insideH w:val="nil"/>
          <w:insideV w:val="nil"/>
        </w:tcBorders>
        <w:shd w:val="clear" w:color="auto" w:fill="AF490D"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E6B7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5D0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58D1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58D15" w:themeFill="accent3" w:themeFillShade="BF"/>
      </w:tcPr>
    </w:tblStylePr>
    <w:tblStylePr w:type="band1Vert">
      <w:tblPr/>
      <w:tcPr>
        <w:tcBorders>
          <w:top w:val="nil"/>
          <w:left w:val="nil"/>
          <w:bottom w:val="nil"/>
          <w:right w:val="nil"/>
          <w:insideH w:val="nil"/>
          <w:insideV w:val="nil"/>
        </w:tcBorders>
        <w:shd w:val="clear" w:color="auto" w:fill="B58D15" w:themeFill="accent3" w:themeFillShade="BF"/>
      </w:tcPr>
    </w:tblStylePr>
    <w:tblStylePr w:type="band1Horz">
      <w:tblPr/>
      <w:tcPr>
        <w:tcBorders>
          <w:top w:val="nil"/>
          <w:left w:val="nil"/>
          <w:bottom w:val="nil"/>
          <w:right w:val="nil"/>
          <w:insideH w:val="nil"/>
          <w:insideV w:val="nil"/>
        </w:tcBorders>
        <w:shd w:val="clear" w:color="auto" w:fill="B58D15"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6AAC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8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A8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A856C" w:themeFill="accent4" w:themeFillShade="BF"/>
      </w:tcPr>
    </w:tblStylePr>
    <w:tblStylePr w:type="band1Vert">
      <w:tblPr/>
      <w:tcPr>
        <w:tcBorders>
          <w:top w:val="nil"/>
          <w:left w:val="nil"/>
          <w:bottom w:val="nil"/>
          <w:right w:val="nil"/>
          <w:insideH w:val="nil"/>
          <w:insideV w:val="nil"/>
        </w:tcBorders>
        <w:shd w:val="clear" w:color="auto" w:fill="4A856C" w:themeFill="accent4" w:themeFillShade="BF"/>
      </w:tcPr>
    </w:tblStylePr>
    <w:tblStylePr w:type="band1Horz">
      <w:tblPr/>
      <w:tcPr>
        <w:tcBorders>
          <w:top w:val="nil"/>
          <w:left w:val="nil"/>
          <w:bottom w:val="nil"/>
          <w:right w:val="nil"/>
          <w:insideH w:val="nil"/>
          <w:insideV w:val="nil"/>
        </w:tcBorders>
        <w:shd w:val="clear" w:color="auto" w:fill="4A856C"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5484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1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E62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E6273" w:themeFill="accent5" w:themeFillShade="BF"/>
      </w:tcPr>
    </w:tblStylePr>
    <w:tblStylePr w:type="band1Vert">
      <w:tblPr/>
      <w:tcPr>
        <w:tcBorders>
          <w:top w:val="nil"/>
          <w:left w:val="nil"/>
          <w:bottom w:val="nil"/>
          <w:right w:val="nil"/>
          <w:insideH w:val="nil"/>
          <w:insideV w:val="nil"/>
        </w:tcBorders>
        <w:shd w:val="clear" w:color="auto" w:fill="3E6273" w:themeFill="accent5" w:themeFillShade="BF"/>
      </w:tcPr>
    </w:tblStylePr>
    <w:tblStylePr w:type="band1Horz">
      <w:tblPr/>
      <w:tcPr>
        <w:tcBorders>
          <w:top w:val="nil"/>
          <w:left w:val="nil"/>
          <w:bottom w:val="nil"/>
          <w:right w:val="nil"/>
          <w:insideH w:val="nil"/>
          <w:insideV w:val="nil"/>
        </w:tcBorders>
        <w:shd w:val="clear" w:color="auto" w:fill="3E6273"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9E5E9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2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467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4673" w:themeFill="accent6" w:themeFillShade="BF"/>
      </w:tcPr>
    </w:tblStylePr>
    <w:tblStylePr w:type="band1Vert">
      <w:tblPr/>
      <w:tcPr>
        <w:tcBorders>
          <w:top w:val="nil"/>
          <w:left w:val="nil"/>
          <w:bottom w:val="nil"/>
          <w:right w:val="nil"/>
          <w:insideH w:val="nil"/>
          <w:insideV w:val="nil"/>
        </w:tcBorders>
        <w:shd w:val="clear" w:color="auto" w:fill="764673" w:themeFill="accent6" w:themeFillShade="BF"/>
      </w:tcPr>
    </w:tblStylePr>
    <w:tblStylePr w:type="band1Horz">
      <w:tblPr/>
      <w:tcPr>
        <w:tcBorders>
          <w:top w:val="nil"/>
          <w:left w:val="nil"/>
          <w:bottom w:val="nil"/>
          <w:right w:val="nil"/>
          <w:insideH w:val="nil"/>
          <w:insideV w:val="nil"/>
        </w:tcBorders>
        <w:shd w:val="clear" w:color="auto" w:fill="764673"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A631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A631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A6312" w:themeColor="accent2"/>
        <w:left w:val="single" w:sz="4" w:space="0" w:color="B01513" w:themeColor="accent1"/>
        <w:bottom w:val="single" w:sz="4" w:space="0" w:color="B01513" w:themeColor="accent1"/>
        <w:right w:val="single" w:sz="4" w:space="0" w:color="B01513" w:themeColor="accent1"/>
        <w:insideH w:val="single" w:sz="4" w:space="0" w:color="FFFFFF" w:themeColor="background1"/>
        <w:insideV w:val="single" w:sz="4" w:space="0" w:color="FFFFFF" w:themeColor="background1"/>
      </w:tblBorders>
    </w:tblPr>
    <w:tcPr>
      <w:shd w:val="clear" w:color="auto" w:fill="FCE3E3" w:themeFill="accent1" w:themeFillTint="19"/>
    </w:tcPr>
    <w:tblStylePr w:type="firstRow">
      <w:rPr>
        <w:b/>
        <w:bCs/>
      </w:rPr>
      <w:tblPr/>
      <w:tcPr>
        <w:tcBorders>
          <w:top w:val="nil"/>
          <w:left w:val="nil"/>
          <w:bottom w:val="single" w:sz="24" w:space="0" w:color="EA631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0C0B" w:themeFill="accent1" w:themeFillShade="99"/>
      </w:tcPr>
    </w:tblStylePr>
    <w:tblStylePr w:type="firstCol">
      <w:rPr>
        <w:color w:val="FFFFFF" w:themeColor="background1"/>
      </w:rPr>
      <w:tblPr/>
      <w:tcPr>
        <w:tcBorders>
          <w:top w:val="nil"/>
          <w:left w:val="nil"/>
          <w:bottom w:val="nil"/>
          <w:right w:val="nil"/>
          <w:insideH w:val="single" w:sz="4" w:space="0" w:color="690C0B" w:themeColor="accent1" w:themeShade="99"/>
          <w:insideV w:val="nil"/>
        </w:tcBorders>
        <w:shd w:val="clear" w:color="auto" w:fill="690C0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0C0B" w:themeFill="accent1" w:themeFillShade="99"/>
      </w:tcPr>
    </w:tblStylePr>
    <w:tblStylePr w:type="band1Vert">
      <w:tblPr/>
      <w:tcPr>
        <w:shd w:val="clear" w:color="auto" w:fill="F28E8D" w:themeFill="accent1" w:themeFillTint="66"/>
      </w:tcPr>
    </w:tblStylePr>
    <w:tblStylePr w:type="band1Horz">
      <w:tblPr/>
      <w:tcPr>
        <w:shd w:val="clear" w:color="auto" w:fill="EF7271"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A6312" w:themeColor="accent2"/>
        <w:left w:val="single" w:sz="4" w:space="0" w:color="EA6312" w:themeColor="accent2"/>
        <w:bottom w:val="single" w:sz="4" w:space="0" w:color="EA6312" w:themeColor="accent2"/>
        <w:right w:val="single" w:sz="4" w:space="0" w:color="EA6312" w:themeColor="accent2"/>
        <w:insideH w:val="single" w:sz="4" w:space="0" w:color="FFFFFF" w:themeColor="background1"/>
        <w:insideV w:val="single" w:sz="4" w:space="0" w:color="FFFFFF" w:themeColor="background1"/>
      </w:tblBorders>
    </w:tblPr>
    <w:tcPr>
      <w:shd w:val="clear" w:color="auto" w:fill="FDEFE7" w:themeFill="accent2" w:themeFillTint="19"/>
    </w:tcPr>
    <w:tblStylePr w:type="firstRow">
      <w:rPr>
        <w:b/>
        <w:bCs/>
      </w:rPr>
      <w:tblPr/>
      <w:tcPr>
        <w:tcBorders>
          <w:top w:val="nil"/>
          <w:left w:val="nil"/>
          <w:bottom w:val="single" w:sz="24" w:space="0" w:color="EA631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A" w:themeFill="accent2" w:themeFillShade="99"/>
      </w:tcPr>
    </w:tblStylePr>
    <w:tblStylePr w:type="firstCol">
      <w:rPr>
        <w:color w:val="FFFFFF" w:themeColor="background1"/>
      </w:rPr>
      <w:tblPr/>
      <w:tcPr>
        <w:tcBorders>
          <w:top w:val="nil"/>
          <w:left w:val="nil"/>
          <w:bottom w:val="nil"/>
          <w:right w:val="nil"/>
          <w:insideH w:val="single" w:sz="4" w:space="0" w:color="8C3B0A" w:themeColor="accent2" w:themeShade="99"/>
          <w:insideV w:val="nil"/>
        </w:tcBorders>
        <w:shd w:val="clear" w:color="auto" w:fill="8C3B0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3B0A" w:themeFill="accent2" w:themeFillShade="99"/>
      </w:tcPr>
    </w:tblStylePr>
    <w:tblStylePr w:type="band1Vert">
      <w:tblPr/>
      <w:tcPr>
        <w:shd w:val="clear" w:color="auto" w:fill="F7C09F" w:themeFill="accent2" w:themeFillTint="66"/>
      </w:tcPr>
    </w:tblStylePr>
    <w:tblStylePr w:type="band1Horz">
      <w:tblPr/>
      <w:tcPr>
        <w:shd w:val="clear" w:color="auto" w:fill="F5B087"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6AAC90" w:themeColor="accent4"/>
        <w:left w:val="single" w:sz="4" w:space="0" w:color="E6B729" w:themeColor="accent3"/>
        <w:bottom w:val="single" w:sz="4" w:space="0" w:color="E6B729" w:themeColor="accent3"/>
        <w:right w:val="single" w:sz="4" w:space="0" w:color="E6B729" w:themeColor="accent3"/>
        <w:insideH w:val="single" w:sz="4" w:space="0" w:color="FFFFFF" w:themeColor="background1"/>
        <w:insideV w:val="single" w:sz="4" w:space="0" w:color="FFFFFF" w:themeColor="background1"/>
      </w:tblBorders>
    </w:tblPr>
    <w:tcPr>
      <w:shd w:val="clear" w:color="auto" w:fill="FCF7E9" w:themeFill="accent3" w:themeFillTint="19"/>
    </w:tcPr>
    <w:tblStylePr w:type="firstRow">
      <w:rPr>
        <w:b/>
        <w:bCs/>
      </w:rPr>
      <w:tblPr/>
      <w:tcPr>
        <w:tcBorders>
          <w:top w:val="nil"/>
          <w:left w:val="nil"/>
          <w:bottom w:val="single" w:sz="24" w:space="0" w:color="6AAC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7111" w:themeFill="accent3" w:themeFillShade="99"/>
      </w:tcPr>
    </w:tblStylePr>
    <w:tblStylePr w:type="firstCol">
      <w:rPr>
        <w:color w:val="FFFFFF" w:themeColor="background1"/>
      </w:rPr>
      <w:tblPr/>
      <w:tcPr>
        <w:tcBorders>
          <w:top w:val="nil"/>
          <w:left w:val="nil"/>
          <w:bottom w:val="nil"/>
          <w:right w:val="nil"/>
          <w:insideH w:val="single" w:sz="4" w:space="0" w:color="917111" w:themeColor="accent3" w:themeShade="99"/>
          <w:insideV w:val="nil"/>
        </w:tcBorders>
        <w:shd w:val="clear" w:color="auto" w:fill="91711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17111" w:themeFill="accent3" w:themeFillShade="99"/>
      </w:tcPr>
    </w:tblStylePr>
    <w:tblStylePr w:type="band1Vert">
      <w:tblPr/>
      <w:tcPr>
        <w:shd w:val="clear" w:color="auto" w:fill="F5E2A9" w:themeFill="accent3" w:themeFillTint="66"/>
      </w:tcPr>
    </w:tblStylePr>
    <w:tblStylePr w:type="band1Horz">
      <w:tblPr/>
      <w:tcPr>
        <w:shd w:val="clear" w:color="auto" w:fill="F2DA94"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E6B729" w:themeColor="accent3"/>
        <w:left w:val="single" w:sz="4" w:space="0" w:color="6AAC90" w:themeColor="accent4"/>
        <w:bottom w:val="single" w:sz="4" w:space="0" w:color="6AAC90" w:themeColor="accent4"/>
        <w:right w:val="single" w:sz="4" w:space="0" w:color="6AAC90" w:themeColor="accent4"/>
        <w:insideH w:val="single" w:sz="4" w:space="0" w:color="FFFFFF" w:themeColor="background1"/>
        <w:insideV w:val="single" w:sz="4" w:space="0" w:color="FFFFFF" w:themeColor="background1"/>
      </w:tblBorders>
    </w:tblPr>
    <w:tcPr>
      <w:shd w:val="clear" w:color="auto" w:fill="F0F6F3" w:themeFill="accent4" w:themeFillTint="19"/>
    </w:tcPr>
    <w:tblStylePr w:type="firstRow">
      <w:rPr>
        <w:b/>
        <w:bCs/>
      </w:rPr>
      <w:tblPr/>
      <w:tcPr>
        <w:tcBorders>
          <w:top w:val="nil"/>
          <w:left w:val="nil"/>
          <w:bottom w:val="single" w:sz="24" w:space="0" w:color="E6B7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B56" w:themeFill="accent4" w:themeFillShade="99"/>
      </w:tcPr>
    </w:tblStylePr>
    <w:tblStylePr w:type="firstCol">
      <w:rPr>
        <w:color w:val="FFFFFF" w:themeColor="background1"/>
      </w:rPr>
      <w:tblPr/>
      <w:tcPr>
        <w:tcBorders>
          <w:top w:val="nil"/>
          <w:left w:val="nil"/>
          <w:bottom w:val="nil"/>
          <w:right w:val="nil"/>
          <w:insideH w:val="single" w:sz="4" w:space="0" w:color="3B6B56" w:themeColor="accent4" w:themeShade="99"/>
          <w:insideV w:val="nil"/>
        </w:tcBorders>
        <w:shd w:val="clear" w:color="auto" w:fill="3B6B5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B6B56" w:themeFill="accent4" w:themeFillShade="99"/>
      </w:tcPr>
    </w:tblStylePr>
    <w:tblStylePr w:type="band1Vert">
      <w:tblPr/>
      <w:tcPr>
        <w:shd w:val="clear" w:color="auto" w:fill="C3DDD2" w:themeFill="accent4" w:themeFillTint="66"/>
      </w:tcPr>
    </w:tblStylePr>
    <w:tblStylePr w:type="band1Horz">
      <w:tblPr/>
      <w:tcPr>
        <w:shd w:val="clear" w:color="auto" w:fill="B4D5C7"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9E5E9B" w:themeColor="accent6"/>
        <w:left w:val="single" w:sz="4" w:space="0" w:color="54849A" w:themeColor="accent5"/>
        <w:bottom w:val="single" w:sz="4" w:space="0" w:color="54849A" w:themeColor="accent5"/>
        <w:right w:val="single" w:sz="4" w:space="0" w:color="54849A" w:themeColor="accent5"/>
        <w:insideH w:val="single" w:sz="4" w:space="0" w:color="FFFFFF" w:themeColor="background1"/>
        <w:insideV w:val="single" w:sz="4" w:space="0" w:color="FFFFFF" w:themeColor="background1"/>
      </w:tblBorders>
    </w:tblPr>
    <w:tcPr>
      <w:shd w:val="clear" w:color="auto" w:fill="EDF3F5" w:themeFill="accent5" w:themeFillTint="19"/>
    </w:tcPr>
    <w:tblStylePr w:type="firstRow">
      <w:rPr>
        <w:b/>
        <w:bCs/>
      </w:rPr>
      <w:tblPr/>
      <w:tcPr>
        <w:tcBorders>
          <w:top w:val="nil"/>
          <w:left w:val="nil"/>
          <w:bottom w:val="single" w:sz="24" w:space="0" w:color="9E5E9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4E5C" w:themeFill="accent5" w:themeFillShade="99"/>
      </w:tcPr>
    </w:tblStylePr>
    <w:tblStylePr w:type="firstCol">
      <w:rPr>
        <w:color w:val="FFFFFF" w:themeColor="background1"/>
      </w:rPr>
      <w:tblPr/>
      <w:tcPr>
        <w:tcBorders>
          <w:top w:val="nil"/>
          <w:left w:val="nil"/>
          <w:bottom w:val="nil"/>
          <w:right w:val="nil"/>
          <w:insideH w:val="single" w:sz="4" w:space="0" w:color="324E5C" w:themeColor="accent5" w:themeShade="99"/>
          <w:insideV w:val="nil"/>
        </w:tcBorders>
        <w:shd w:val="clear" w:color="auto" w:fill="324E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4E5C" w:themeFill="accent5" w:themeFillShade="99"/>
      </w:tcPr>
    </w:tblStylePr>
    <w:tblStylePr w:type="band1Vert">
      <w:tblPr/>
      <w:tcPr>
        <w:shd w:val="clear" w:color="auto" w:fill="B8CED8" w:themeFill="accent5" w:themeFillTint="66"/>
      </w:tcPr>
    </w:tblStylePr>
    <w:tblStylePr w:type="band1Horz">
      <w:tblPr/>
      <w:tcPr>
        <w:shd w:val="clear" w:color="auto" w:fill="A7C2CF"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54849A" w:themeColor="accent5"/>
        <w:left w:val="single" w:sz="4" w:space="0" w:color="9E5E9B" w:themeColor="accent6"/>
        <w:bottom w:val="single" w:sz="4" w:space="0" w:color="9E5E9B" w:themeColor="accent6"/>
        <w:right w:val="single" w:sz="4" w:space="0" w:color="9E5E9B" w:themeColor="accent6"/>
        <w:insideH w:val="single" w:sz="4" w:space="0" w:color="FFFFFF" w:themeColor="background1"/>
        <w:insideV w:val="single" w:sz="4" w:space="0" w:color="FFFFFF" w:themeColor="background1"/>
      </w:tblBorders>
    </w:tblPr>
    <w:tcPr>
      <w:shd w:val="clear" w:color="auto" w:fill="F5EFF5" w:themeFill="accent6" w:themeFillTint="19"/>
    </w:tcPr>
    <w:tblStylePr w:type="firstRow">
      <w:rPr>
        <w:b/>
        <w:bCs/>
      </w:rPr>
      <w:tblPr/>
      <w:tcPr>
        <w:tcBorders>
          <w:top w:val="nil"/>
          <w:left w:val="nil"/>
          <w:bottom w:val="single" w:sz="24" w:space="0" w:color="5484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385C" w:themeFill="accent6" w:themeFillShade="99"/>
      </w:tcPr>
    </w:tblStylePr>
    <w:tblStylePr w:type="firstCol">
      <w:rPr>
        <w:color w:val="FFFFFF" w:themeColor="background1"/>
      </w:rPr>
      <w:tblPr/>
      <w:tcPr>
        <w:tcBorders>
          <w:top w:val="nil"/>
          <w:left w:val="nil"/>
          <w:bottom w:val="nil"/>
          <w:right w:val="nil"/>
          <w:insideH w:val="single" w:sz="4" w:space="0" w:color="5E385C" w:themeColor="accent6" w:themeShade="99"/>
          <w:insideV w:val="nil"/>
        </w:tcBorders>
        <w:shd w:val="clear" w:color="auto" w:fill="5E385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385C" w:themeFill="accent6" w:themeFillShade="99"/>
      </w:tcPr>
    </w:tblStylePr>
    <w:tblStylePr w:type="band1Vert">
      <w:tblPr/>
      <w:tcPr>
        <w:shd w:val="clear" w:color="auto" w:fill="D8BED7" w:themeFill="accent6" w:themeFillTint="66"/>
      </w:tcPr>
    </w:tblStylePr>
    <w:tblStylePr w:type="band1Horz">
      <w:tblPr/>
      <w:tcPr>
        <w:shd w:val="clear" w:color="auto" w:fill="CFAECD"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A4E0E" w:themeFill="accent2" w:themeFillShade="CC"/>
      </w:tcPr>
    </w:tblStylePr>
    <w:tblStylePr w:type="lastRow">
      <w:rPr>
        <w:b/>
        <w:bCs/>
        <w:color w:val="BA4E0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FCE3E3" w:themeFill="accent1" w:themeFillTint="19"/>
    </w:tcPr>
    <w:tblStylePr w:type="firstRow">
      <w:rPr>
        <w:b/>
        <w:bCs/>
        <w:color w:val="FFFFFF" w:themeColor="background1"/>
      </w:rPr>
      <w:tblPr/>
      <w:tcPr>
        <w:tcBorders>
          <w:bottom w:val="single" w:sz="12" w:space="0" w:color="FFFFFF" w:themeColor="background1"/>
        </w:tcBorders>
        <w:shd w:val="clear" w:color="auto" w:fill="BA4E0E" w:themeFill="accent2" w:themeFillShade="CC"/>
      </w:tcPr>
    </w:tblStylePr>
    <w:tblStylePr w:type="lastRow">
      <w:rPr>
        <w:b/>
        <w:bCs/>
        <w:color w:val="BA4E0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B9B8" w:themeFill="accent1" w:themeFillTint="3F"/>
      </w:tcPr>
    </w:tblStylePr>
    <w:tblStylePr w:type="band1Horz">
      <w:tblPr/>
      <w:tcPr>
        <w:shd w:val="clear" w:color="auto" w:fill="F9C6C6"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DEFE7" w:themeFill="accent2" w:themeFillTint="19"/>
    </w:tcPr>
    <w:tblStylePr w:type="firstRow">
      <w:rPr>
        <w:b/>
        <w:bCs/>
        <w:color w:val="FFFFFF" w:themeColor="background1"/>
      </w:rPr>
      <w:tblPr/>
      <w:tcPr>
        <w:tcBorders>
          <w:bottom w:val="single" w:sz="12" w:space="0" w:color="FFFFFF" w:themeColor="background1"/>
        </w:tcBorders>
        <w:shd w:val="clear" w:color="auto" w:fill="BA4E0E" w:themeFill="accent2" w:themeFillShade="CC"/>
      </w:tcPr>
    </w:tblStylePr>
    <w:tblStylePr w:type="lastRow">
      <w:rPr>
        <w:b/>
        <w:bCs/>
        <w:color w:val="BA4E0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7C3" w:themeFill="accent2" w:themeFillTint="3F"/>
      </w:tcPr>
    </w:tblStylePr>
    <w:tblStylePr w:type="band1Horz">
      <w:tblPr/>
      <w:tcPr>
        <w:shd w:val="clear" w:color="auto" w:fill="FBDFCF"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CF7E9" w:themeFill="accent3" w:themeFillTint="19"/>
    </w:tcPr>
    <w:tblStylePr w:type="firstRow">
      <w:rPr>
        <w:b/>
        <w:bCs/>
        <w:color w:val="FFFFFF" w:themeColor="background1"/>
      </w:rPr>
      <w:tblPr/>
      <w:tcPr>
        <w:tcBorders>
          <w:bottom w:val="single" w:sz="12" w:space="0" w:color="FFFFFF" w:themeColor="background1"/>
        </w:tcBorders>
        <w:shd w:val="clear" w:color="auto" w:fill="4F8E73" w:themeFill="accent4" w:themeFillShade="CC"/>
      </w:tcPr>
    </w:tblStylePr>
    <w:tblStylePr w:type="lastRow">
      <w:rPr>
        <w:b/>
        <w:bCs/>
        <w:color w:val="4F8E7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DC9" w:themeFill="accent3" w:themeFillTint="3F"/>
      </w:tcPr>
    </w:tblStylePr>
    <w:tblStylePr w:type="band1Horz">
      <w:tblPr/>
      <w:tcPr>
        <w:shd w:val="clear" w:color="auto" w:fill="FAF0D4"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0F6F3" w:themeFill="accent4" w:themeFillTint="19"/>
    </w:tcPr>
    <w:tblStylePr w:type="firstRow">
      <w:rPr>
        <w:b/>
        <w:bCs/>
        <w:color w:val="FFFFFF" w:themeColor="background1"/>
      </w:rPr>
      <w:tblPr/>
      <w:tcPr>
        <w:tcBorders>
          <w:bottom w:val="single" w:sz="12" w:space="0" w:color="FFFFFF" w:themeColor="background1"/>
        </w:tcBorders>
        <w:shd w:val="clear" w:color="auto" w:fill="C19616" w:themeFill="accent3" w:themeFillShade="CC"/>
      </w:tcPr>
    </w:tblStylePr>
    <w:tblStylePr w:type="lastRow">
      <w:rPr>
        <w:b/>
        <w:bCs/>
        <w:color w:val="C196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AE3" w:themeFill="accent4" w:themeFillTint="3F"/>
      </w:tcPr>
    </w:tblStylePr>
    <w:tblStylePr w:type="band1Horz">
      <w:tblPr/>
      <w:tcPr>
        <w:shd w:val="clear" w:color="auto" w:fill="E1EEE8"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3F5" w:themeFill="accent5" w:themeFillTint="19"/>
    </w:tcPr>
    <w:tblStylePr w:type="firstRow">
      <w:rPr>
        <w:b/>
        <w:bCs/>
        <w:color w:val="FFFFFF" w:themeColor="background1"/>
      </w:rPr>
      <w:tblPr/>
      <w:tcPr>
        <w:tcBorders>
          <w:bottom w:val="single" w:sz="12" w:space="0" w:color="FFFFFF" w:themeColor="background1"/>
        </w:tcBorders>
        <w:shd w:val="clear" w:color="auto" w:fill="7E4B7B" w:themeFill="accent6" w:themeFillShade="CC"/>
      </w:tcPr>
    </w:tblStylePr>
    <w:tblStylePr w:type="lastRow">
      <w:rPr>
        <w:b/>
        <w:bCs/>
        <w:color w:val="7E4B7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0E7" w:themeFill="accent5" w:themeFillTint="3F"/>
      </w:tcPr>
    </w:tblStylePr>
    <w:tblStylePr w:type="band1Horz">
      <w:tblPr/>
      <w:tcPr>
        <w:shd w:val="clear" w:color="auto" w:fill="DBE6EB"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5EFF5" w:themeFill="accent6" w:themeFillTint="19"/>
    </w:tcPr>
    <w:tblStylePr w:type="firstRow">
      <w:rPr>
        <w:b/>
        <w:bCs/>
        <w:color w:val="FFFFFF" w:themeColor="background1"/>
      </w:rPr>
      <w:tblPr/>
      <w:tcPr>
        <w:tcBorders>
          <w:bottom w:val="single" w:sz="12" w:space="0" w:color="FFFFFF" w:themeColor="background1"/>
        </w:tcBorders>
        <w:shd w:val="clear" w:color="auto" w:fill="43697B" w:themeFill="accent5" w:themeFillShade="CC"/>
      </w:tcPr>
    </w:tblStylePr>
    <w:tblStylePr w:type="lastRow">
      <w:rPr>
        <w:b/>
        <w:bCs/>
        <w:color w:val="43697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D6E6" w:themeFill="accent6" w:themeFillTint="3F"/>
      </w:tcPr>
    </w:tblStylePr>
    <w:tblStylePr w:type="band1Horz">
      <w:tblPr/>
      <w:tcPr>
        <w:shd w:val="clear" w:color="auto" w:fill="EBDEEB"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C6C6" w:themeFill="accent1" w:themeFillTint="33"/>
    </w:tcPr>
    <w:tblStylePr w:type="firstRow">
      <w:rPr>
        <w:b/>
        <w:bCs/>
      </w:rPr>
      <w:tblPr/>
      <w:tcPr>
        <w:shd w:val="clear" w:color="auto" w:fill="F28E8D" w:themeFill="accent1" w:themeFillTint="66"/>
      </w:tcPr>
    </w:tblStylePr>
    <w:tblStylePr w:type="lastRow">
      <w:rPr>
        <w:b/>
        <w:bCs/>
        <w:color w:val="000000" w:themeColor="text1"/>
      </w:rPr>
      <w:tblPr/>
      <w:tcPr>
        <w:shd w:val="clear" w:color="auto" w:fill="F28E8D" w:themeFill="accent1" w:themeFillTint="66"/>
      </w:tcPr>
    </w:tblStylePr>
    <w:tblStylePr w:type="firstCol">
      <w:rPr>
        <w:color w:val="FFFFFF" w:themeColor="background1"/>
      </w:rPr>
      <w:tblPr/>
      <w:tcPr>
        <w:shd w:val="clear" w:color="auto" w:fill="830F0E" w:themeFill="accent1" w:themeFillShade="BF"/>
      </w:tcPr>
    </w:tblStylePr>
    <w:tblStylePr w:type="lastCol">
      <w:rPr>
        <w:color w:val="FFFFFF" w:themeColor="background1"/>
      </w:rPr>
      <w:tblPr/>
      <w:tcPr>
        <w:shd w:val="clear" w:color="auto" w:fill="830F0E" w:themeFill="accent1" w:themeFillShade="BF"/>
      </w:tcPr>
    </w:tblStylePr>
    <w:tblStylePr w:type="band1Vert">
      <w:tblPr/>
      <w:tcPr>
        <w:shd w:val="clear" w:color="auto" w:fill="EF7271" w:themeFill="accent1" w:themeFillTint="7F"/>
      </w:tcPr>
    </w:tblStylePr>
    <w:tblStylePr w:type="band1Horz">
      <w:tblPr/>
      <w:tcPr>
        <w:shd w:val="clear" w:color="auto" w:fill="EF7271"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FCF" w:themeFill="accent2" w:themeFillTint="33"/>
    </w:tcPr>
    <w:tblStylePr w:type="firstRow">
      <w:rPr>
        <w:b/>
        <w:bCs/>
      </w:rPr>
      <w:tblPr/>
      <w:tcPr>
        <w:shd w:val="clear" w:color="auto" w:fill="F7C09F" w:themeFill="accent2" w:themeFillTint="66"/>
      </w:tcPr>
    </w:tblStylePr>
    <w:tblStylePr w:type="lastRow">
      <w:rPr>
        <w:b/>
        <w:bCs/>
        <w:color w:val="000000" w:themeColor="text1"/>
      </w:rPr>
      <w:tblPr/>
      <w:tcPr>
        <w:shd w:val="clear" w:color="auto" w:fill="F7C09F" w:themeFill="accent2" w:themeFillTint="66"/>
      </w:tcPr>
    </w:tblStylePr>
    <w:tblStylePr w:type="firstCol">
      <w:rPr>
        <w:color w:val="FFFFFF" w:themeColor="background1"/>
      </w:rPr>
      <w:tblPr/>
      <w:tcPr>
        <w:shd w:val="clear" w:color="auto" w:fill="AF490D" w:themeFill="accent2" w:themeFillShade="BF"/>
      </w:tcPr>
    </w:tblStylePr>
    <w:tblStylePr w:type="lastCol">
      <w:rPr>
        <w:color w:val="FFFFFF" w:themeColor="background1"/>
      </w:rPr>
      <w:tblPr/>
      <w:tcPr>
        <w:shd w:val="clear" w:color="auto" w:fill="AF490D" w:themeFill="accent2" w:themeFillShade="BF"/>
      </w:tcPr>
    </w:tblStylePr>
    <w:tblStylePr w:type="band1Vert">
      <w:tblPr/>
      <w:tcPr>
        <w:shd w:val="clear" w:color="auto" w:fill="F5B087" w:themeFill="accent2" w:themeFillTint="7F"/>
      </w:tcPr>
    </w:tblStylePr>
    <w:tblStylePr w:type="band1Horz">
      <w:tblPr/>
      <w:tcPr>
        <w:shd w:val="clear" w:color="auto" w:fill="F5B087"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0D4" w:themeFill="accent3" w:themeFillTint="33"/>
    </w:tcPr>
    <w:tblStylePr w:type="firstRow">
      <w:rPr>
        <w:b/>
        <w:bCs/>
      </w:rPr>
      <w:tblPr/>
      <w:tcPr>
        <w:shd w:val="clear" w:color="auto" w:fill="F5E2A9" w:themeFill="accent3" w:themeFillTint="66"/>
      </w:tcPr>
    </w:tblStylePr>
    <w:tblStylePr w:type="lastRow">
      <w:rPr>
        <w:b/>
        <w:bCs/>
        <w:color w:val="000000" w:themeColor="text1"/>
      </w:rPr>
      <w:tblPr/>
      <w:tcPr>
        <w:shd w:val="clear" w:color="auto" w:fill="F5E2A9" w:themeFill="accent3" w:themeFillTint="66"/>
      </w:tcPr>
    </w:tblStylePr>
    <w:tblStylePr w:type="firstCol">
      <w:rPr>
        <w:color w:val="FFFFFF" w:themeColor="background1"/>
      </w:rPr>
      <w:tblPr/>
      <w:tcPr>
        <w:shd w:val="clear" w:color="auto" w:fill="B58D15" w:themeFill="accent3" w:themeFillShade="BF"/>
      </w:tcPr>
    </w:tblStylePr>
    <w:tblStylePr w:type="lastCol">
      <w:rPr>
        <w:color w:val="FFFFFF" w:themeColor="background1"/>
      </w:rPr>
      <w:tblPr/>
      <w:tcPr>
        <w:shd w:val="clear" w:color="auto" w:fill="B58D15" w:themeFill="accent3" w:themeFillShade="BF"/>
      </w:tcPr>
    </w:tblStylePr>
    <w:tblStylePr w:type="band1Vert">
      <w:tblPr/>
      <w:tcPr>
        <w:shd w:val="clear" w:color="auto" w:fill="F2DA94" w:themeFill="accent3" w:themeFillTint="7F"/>
      </w:tcPr>
    </w:tblStylePr>
    <w:tblStylePr w:type="band1Horz">
      <w:tblPr/>
      <w:tcPr>
        <w:shd w:val="clear" w:color="auto" w:fill="F2DA94"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EE8" w:themeFill="accent4" w:themeFillTint="33"/>
    </w:tcPr>
    <w:tblStylePr w:type="firstRow">
      <w:rPr>
        <w:b/>
        <w:bCs/>
      </w:rPr>
      <w:tblPr/>
      <w:tcPr>
        <w:shd w:val="clear" w:color="auto" w:fill="C3DDD2" w:themeFill="accent4" w:themeFillTint="66"/>
      </w:tcPr>
    </w:tblStylePr>
    <w:tblStylePr w:type="lastRow">
      <w:rPr>
        <w:b/>
        <w:bCs/>
        <w:color w:val="000000" w:themeColor="text1"/>
      </w:rPr>
      <w:tblPr/>
      <w:tcPr>
        <w:shd w:val="clear" w:color="auto" w:fill="C3DDD2" w:themeFill="accent4" w:themeFillTint="66"/>
      </w:tcPr>
    </w:tblStylePr>
    <w:tblStylePr w:type="firstCol">
      <w:rPr>
        <w:color w:val="FFFFFF" w:themeColor="background1"/>
      </w:rPr>
      <w:tblPr/>
      <w:tcPr>
        <w:shd w:val="clear" w:color="auto" w:fill="4A856C" w:themeFill="accent4" w:themeFillShade="BF"/>
      </w:tcPr>
    </w:tblStylePr>
    <w:tblStylePr w:type="lastCol">
      <w:rPr>
        <w:color w:val="FFFFFF" w:themeColor="background1"/>
      </w:rPr>
      <w:tblPr/>
      <w:tcPr>
        <w:shd w:val="clear" w:color="auto" w:fill="4A856C" w:themeFill="accent4" w:themeFillShade="BF"/>
      </w:tcPr>
    </w:tblStylePr>
    <w:tblStylePr w:type="band1Vert">
      <w:tblPr/>
      <w:tcPr>
        <w:shd w:val="clear" w:color="auto" w:fill="B4D5C7" w:themeFill="accent4" w:themeFillTint="7F"/>
      </w:tcPr>
    </w:tblStylePr>
    <w:tblStylePr w:type="band1Horz">
      <w:tblPr/>
      <w:tcPr>
        <w:shd w:val="clear" w:color="auto" w:fill="B4D5C7"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6EB" w:themeFill="accent5" w:themeFillTint="33"/>
    </w:tcPr>
    <w:tblStylePr w:type="firstRow">
      <w:rPr>
        <w:b/>
        <w:bCs/>
      </w:rPr>
      <w:tblPr/>
      <w:tcPr>
        <w:shd w:val="clear" w:color="auto" w:fill="B8CED8" w:themeFill="accent5" w:themeFillTint="66"/>
      </w:tcPr>
    </w:tblStylePr>
    <w:tblStylePr w:type="lastRow">
      <w:rPr>
        <w:b/>
        <w:bCs/>
        <w:color w:val="000000" w:themeColor="text1"/>
      </w:rPr>
      <w:tblPr/>
      <w:tcPr>
        <w:shd w:val="clear" w:color="auto" w:fill="B8CED8" w:themeFill="accent5" w:themeFillTint="66"/>
      </w:tcPr>
    </w:tblStylePr>
    <w:tblStylePr w:type="firstCol">
      <w:rPr>
        <w:color w:val="FFFFFF" w:themeColor="background1"/>
      </w:rPr>
      <w:tblPr/>
      <w:tcPr>
        <w:shd w:val="clear" w:color="auto" w:fill="3E6273" w:themeFill="accent5" w:themeFillShade="BF"/>
      </w:tcPr>
    </w:tblStylePr>
    <w:tblStylePr w:type="lastCol">
      <w:rPr>
        <w:color w:val="FFFFFF" w:themeColor="background1"/>
      </w:rPr>
      <w:tblPr/>
      <w:tcPr>
        <w:shd w:val="clear" w:color="auto" w:fill="3E6273" w:themeFill="accent5" w:themeFillShade="BF"/>
      </w:tcPr>
    </w:tblStylePr>
    <w:tblStylePr w:type="band1Vert">
      <w:tblPr/>
      <w:tcPr>
        <w:shd w:val="clear" w:color="auto" w:fill="A7C2CF" w:themeFill="accent5" w:themeFillTint="7F"/>
      </w:tcPr>
    </w:tblStylePr>
    <w:tblStylePr w:type="band1Horz">
      <w:tblPr/>
      <w:tcPr>
        <w:shd w:val="clear" w:color="auto" w:fill="A7C2CF"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DEEB" w:themeFill="accent6" w:themeFillTint="33"/>
    </w:tcPr>
    <w:tblStylePr w:type="firstRow">
      <w:rPr>
        <w:b/>
        <w:bCs/>
      </w:rPr>
      <w:tblPr/>
      <w:tcPr>
        <w:shd w:val="clear" w:color="auto" w:fill="D8BED7" w:themeFill="accent6" w:themeFillTint="66"/>
      </w:tcPr>
    </w:tblStylePr>
    <w:tblStylePr w:type="lastRow">
      <w:rPr>
        <w:b/>
        <w:bCs/>
        <w:color w:val="000000" w:themeColor="text1"/>
      </w:rPr>
      <w:tblPr/>
      <w:tcPr>
        <w:shd w:val="clear" w:color="auto" w:fill="D8BED7" w:themeFill="accent6" w:themeFillTint="66"/>
      </w:tcPr>
    </w:tblStylePr>
    <w:tblStylePr w:type="firstCol">
      <w:rPr>
        <w:color w:val="FFFFFF" w:themeColor="background1"/>
      </w:rPr>
      <w:tblPr/>
      <w:tcPr>
        <w:shd w:val="clear" w:color="auto" w:fill="764673" w:themeFill="accent6" w:themeFillShade="BF"/>
      </w:tcPr>
    </w:tblStylePr>
    <w:tblStylePr w:type="lastCol">
      <w:rPr>
        <w:color w:val="FFFFFF" w:themeColor="background1"/>
      </w:rPr>
      <w:tblPr/>
      <w:tcPr>
        <w:shd w:val="clear" w:color="auto" w:fill="764673" w:themeFill="accent6" w:themeFillShade="BF"/>
      </w:tcPr>
    </w:tblStylePr>
    <w:tblStylePr w:type="band1Vert">
      <w:tblPr/>
      <w:tcPr>
        <w:shd w:val="clear" w:color="auto" w:fill="CFAECD" w:themeFill="accent6" w:themeFillTint="7F"/>
      </w:tcPr>
    </w:tblStylePr>
    <w:tblStylePr w:type="band1Horz">
      <w:tblPr/>
      <w:tcPr>
        <w:shd w:val="clear" w:color="auto" w:fill="CFAECD" w:themeFill="accent6" w:themeFillTint="7F"/>
      </w:tcPr>
    </w:tblStylePr>
  </w:style>
  <w:style w:type="table" w:styleId="PlainTable1">
    <w:name w:val="Plain Table 1"/>
    <w:basedOn w:val="TableNormal"/>
    <w:uiPriority w:val="99"/>
    <w:rsid w:val="00C049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99"/>
    <w:rsid w:val="00C049C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C049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99"/>
    <w:rsid w:val="00C049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Jeni Fallone</cp:lastModifiedBy>
  <cp:revision>7</cp:revision>
  <dcterms:created xsi:type="dcterms:W3CDTF">2025-07-12T08:54:00Z</dcterms:created>
  <dcterms:modified xsi:type="dcterms:W3CDTF">2025-07-24T13:42:00Z</dcterms:modified>
  <cp:category/>
</cp:coreProperties>
</file>