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7C561" w14:textId="56BB47FD" w:rsidR="0050549D" w:rsidRDefault="007639D4" w:rsidP="0050549D">
      <w:pPr>
        <w:pStyle w:val="Heading1"/>
        <w:jc w:val="center"/>
      </w:pPr>
      <w:bookmarkStart w:id="0" w:name="_GoBack"/>
      <w:r>
        <w:rPr>
          <w:noProof/>
        </w:rPr>
        <w:drawing>
          <wp:inline distT="0" distB="0" distL="0" distR="0" wp14:anchorId="72295F86" wp14:editId="05327972">
            <wp:extent cx="1022350" cy="10223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copa su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A1C189" w14:textId="1F623688" w:rsidR="00F815B7" w:rsidRDefault="007F4051" w:rsidP="0050549D">
      <w:pPr>
        <w:pStyle w:val="Heading1"/>
        <w:jc w:val="center"/>
      </w:pPr>
      <w:r>
        <w:t>Supervised Visitation Intake Form</w:t>
      </w:r>
    </w:p>
    <w:p w14:paraId="5B8A9E87" w14:textId="61EBDC85" w:rsidR="00F815B7" w:rsidRDefault="007F4051">
      <w:r>
        <w:t>This intake form is designed to collect essential information for setting up supervised visitation services. Please complete all fields accurately. The form should take only a few minutes to complete.</w:t>
      </w:r>
      <w:r w:rsidR="00E424C1">
        <w:t xml:space="preserve"> </w:t>
      </w:r>
    </w:p>
    <w:p w14:paraId="6FF08140" w14:textId="77777777" w:rsidR="00F815B7" w:rsidRDefault="007F4051">
      <w:pPr>
        <w:pStyle w:val="Heading2"/>
      </w:pPr>
      <w:r>
        <w:t>Personal Information</w:t>
      </w:r>
    </w:p>
    <w:p w14:paraId="789B56C7" w14:textId="77777777" w:rsidR="00F815B7" w:rsidRDefault="007F4051">
      <w:r>
        <w:t>Name: ________________________________    DOB: ____/____/________</w:t>
      </w:r>
    </w:p>
    <w:p w14:paraId="7A5D0B19" w14:textId="77777777" w:rsidR="00F815B7" w:rsidRDefault="007F4051">
      <w:r>
        <w:t>Phone Number(s): __________________________   Email: __________________________</w:t>
      </w:r>
    </w:p>
    <w:p w14:paraId="5E7FB332" w14:textId="77777777" w:rsidR="00F815B7" w:rsidRDefault="007F4051">
      <w:r>
        <w:t>Preferred Contact Method:  ☐ Phone  ☐ Email</w:t>
      </w:r>
    </w:p>
    <w:p w14:paraId="640A5B68" w14:textId="77777777" w:rsidR="00F815B7" w:rsidRDefault="007F4051">
      <w:pPr>
        <w:pStyle w:val="Heading2"/>
      </w:pPr>
      <w:r>
        <w:t>Child Information</w:t>
      </w:r>
    </w:p>
    <w:p w14:paraId="7C61813D" w14:textId="77777777" w:rsidR="00F815B7" w:rsidRDefault="007F4051">
      <w:r>
        <w:t>Name(s) of Child(ren): _______________________________________________</w:t>
      </w:r>
    </w:p>
    <w:p w14:paraId="43A806E8" w14:textId="77777777" w:rsidR="00F815B7" w:rsidRDefault="007F4051">
      <w:r>
        <w:t>Date(s) of Birth: ____________________________   Age(s): _______________</w:t>
      </w:r>
    </w:p>
    <w:p w14:paraId="201DD4F7" w14:textId="77777777" w:rsidR="00F815B7" w:rsidRDefault="007F4051">
      <w:r>
        <w:t>Any medical conditions or allergies we should be aware of?  ☐ Yes  ☐ No   If yes, please specify: _______________________________</w:t>
      </w:r>
    </w:p>
    <w:p w14:paraId="337FC3AD" w14:textId="77777777" w:rsidR="00F815B7" w:rsidRDefault="007F4051">
      <w:pPr>
        <w:pStyle w:val="Heading2"/>
      </w:pPr>
      <w:r>
        <w:t>Custody and Court Information</w:t>
      </w:r>
    </w:p>
    <w:p w14:paraId="47828350" w14:textId="77777777" w:rsidR="00F815B7" w:rsidRDefault="007F4051">
      <w:r>
        <w:t>Who currently has legal custody?  ☐ Mother  ☐ Father  ☐ Guardian  ☐ Joint  ☐ Other: __________</w:t>
      </w:r>
    </w:p>
    <w:p w14:paraId="74F46821" w14:textId="77777777" w:rsidR="00F815B7" w:rsidRDefault="007F4051">
      <w:r>
        <w:t>Are there any court orders regarding visitation?  ☐ Yes  ☐ No   If yes, please describe briefly: _______________________________</w:t>
      </w:r>
    </w:p>
    <w:p w14:paraId="5F4BB28C" w14:textId="77777777" w:rsidR="00F815B7" w:rsidRDefault="007F4051">
      <w:pPr>
        <w:pStyle w:val="Heading2"/>
      </w:pPr>
      <w:r>
        <w:t>Visitation Details</w:t>
      </w:r>
    </w:p>
    <w:p w14:paraId="760D88BC" w14:textId="77777777" w:rsidR="00F815B7" w:rsidRDefault="007F4051">
      <w:r>
        <w:t>Requested visitation days/times: ________________________________________</w:t>
      </w:r>
    </w:p>
    <w:p w14:paraId="00439960" w14:textId="77777777" w:rsidR="00F815B7" w:rsidRDefault="007F4051">
      <w:r>
        <w:t>Where do you prefer visits to take place? ________________________________</w:t>
      </w:r>
    </w:p>
    <w:p w14:paraId="3C5F9BC4" w14:textId="77777777" w:rsidR="00F815B7" w:rsidRDefault="007F4051">
      <w:r>
        <w:t>When was the last contact between the visiting parent and the child(ren)? ____________________</w:t>
      </w:r>
    </w:p>
    <w:p w14:paraId="3AE78845" w14:textId="77777777" w:rsidR="00F815B7" w:rsidRDefault="007F4051">
      <w:pPr>
        <w:pStyle w:val="Heading2"/>
      </w:pPr>
      <w:r>
        <w:lastRenderedPageBreak/>
        <w:t>Safety and Special Considerations</w:t>
      </w:r>
    </w:p>
    <w:p w14:paraId="5F638DAA" w14:textId="77777777" w:rsidR="00F815B7" w:rsidRDefault="007F4051">
      <w:r>
        <w:t>Are there any safety concerns we should know about?  ☐ Yes  ☐ No   If yes, please describe: _______________________________</w:t>
      </w:r>
    </w:p>
    <w:p w14:paraId="093EA15B" w14:textId="77777777" w:rsidR="00F815B7" w:rsidRDefault="007F4051">
      <w:r>
        <w:t>Does anyone involved have a history of substance use or mental health concerns relevant to visitation?  ☐ Yes  ☐ No</w:t>
      </w:r>
    </w:p>
    <w:p w14:paraId="42C0D76E" w14:textId="77777777" w:rsidR="00F815B7" w:rsidRDefault="007F4051">
      <w:pPr>
        <w:pStyle w:val="Heading2"/>
      </w:pPr>
      <w:r>
        <w:t>Emergency Contact</w:t>
      </w:r>
    </w:p>
    <w:p w14:paraId="7B1579B7" w14:textId="77777777" w:rsidR="00F815B7" w:rsidRDefault="007F4051">
      <w:r>
        <w:t>Name: ________________________________   Phone: ___________________________</w:t>
      </w:r>
    </w:p>
    <w:p w14:paraId="01EB4AC2" w14:textId="77777777" w:rsidR="00F815B7" w:rsidRDefault="007F4051">
      <w:r>
        <w:t>Relationship to Child: ___________________________</w:t>
      </w:r>
    </w:p>
    <w:p w14:paraId="3A9FAFE5" w14:textId="77777777" w:rsidR="00F815B7" w:rsidRDefault="007F4051">
      <w:pPr>
        <w:pStyle w:val="Heading2"/>
      </w:pPr>
      <w:r>
        <w:t>Signature</w:t>
      </w:r>
    </w:p>
    <w:p w14:paraId="1B2BBF9C" w14:textId="77777777" w:rsidR="00F815B7" w:rsidRDefault="007F4051">
      <w:r>
        <w:t>Parent/Guardian Signature: ___________________________   Date: ____/____/________</w:t>
      </w:r>
    </w:p>
    <w:sectPr w:rsidR="00F815B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0549D"/>
    <w:rsid w:val="007639D4"/>
    <w:rsid w:val="007C673A"/>
    <w:rsid w:val="007F4051"/>
    <w:rsid w:val="00987157"/>
    <w:rsid w:val="00AA1D8D"/>
    <w:rsid w:val="00AF68EA"/>
    <w:rsid w:val="00B47730"/>
    <w:rsid w:val="00CB0664"/>
    <w:rsid w:val="00E424C1"/>
    <w:rsid w:val="00F815B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67CF7E"/>
  <w14:defaultImageDpi w14:val="300"/>
  <w15:docId w15:val="{DB091976-B1D7-4912-B4BD-13984B32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DC65DC-D27A-4CF5-ACA8-C306727B9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Marina Fadlon</cp:lastModifiedBy>
  <cp:revision>2</cp:revision>
  <dcterms:created xsi:type="dcterms:W3CDTF">2025-10-18T04:00:00Z</dcterms:created>
  <dcterms:modified xsi:type="dcterms:W3CDTF">2025-10-18T04:00:00Z</dcterms:modified>
  <cp:category/>
</cp:coreProperties>
</file>