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b/>
        </w:rPr>
        <w:t>MODULAR HOUSES</w:t>
      </w:r>
    </w:p>
    <w:p>
      <w:pPr>
        <w:jc w:val="center"/>
      </w:pPr>
      <w:r>
        <w:rPr>
          <w:b/>
          <w:sz w:val="36"/>
        </w:rPr>
        <w:t>Transforming Real Estate, Housing &amp; Affordability</w:t>
      </w:r>
    </w:p>
    <w:p>
      <w:pPr>
        <w:jc w:val="center"/>
      </w:pPr>
      <w:r>
        <w:rPr>
          <w:i/>
        </w:rPr>
        <w:t>A Professional Industry &amp; Brand Report for Home Castle World</w:t>
      </w:r>
    </w:p>
    <w:p>
      <w:pPr>
        <w:jc w:val="center"/>
      </w:pPr>
      <w:r>
        <w:rPr>
          <w:b/>
        </w:rPr>
        <w:t>Brand leadership: Babita Singh, CEO &amp; Founder</w:t>
      </w:r>
    </w:p>
    <w:p>
      <w:r>
        <w:br w:type="page"/>
      </w:r>
    </w:p>
    <w:p>
      <w:pPr>
        <w:pStyle w:val="Heading1"/>
      </w:pPr>
      <w:r>
        <w:t>Contents</w:t>
      </w:r>
    </w:p>
    <w:p>
      <w:pPr>
        <w:pStyle w:val="ListBullet"/>
      </w:pPr>
      <w:r>
        <w:t>Executive Summary</w:t>
      </w:r>
    </w:p>
    <w:p>
      <w:pPr>
        <w:pStyle w:val="ListBullet"/>
      </w:pPr>
      <w:r>
        <w:t>1. The Changing Real Estate and Housing Landscape</w:t>
      </w:r>
    </w:p>
    <w:p>
      <w:pPr>
        <w:pStyle w:val="ListBullet"/>
      </w:pPr>
      <w:r>
        <w:t>2. What Is a Modular House?</w:t>
      </w:r>
    </w:p>
    <w:p>
      <w:pPr>
        <w:pStyle w:val="ListBullet"/>
      </w:pPr>
      <w:r>
        <w:t>3. How Modular Construction Works</w:t>
      </w:r>
    </w:p>
    <w:p>
      <w:pPr>
        <w:pStyle w:val="ListBullet"/>
      </w:pPr>
      <w:r>
        <w:t>4. Modular Housing and Affordability</w:t>
      </w:r>
    </w:p>
    <w:p>
      <w:pPr>
        <w:pStyle w:val="ListBullet"/>
      </w:pPr>
      <w:r>
        <w:t>5. Modular Housing and the Real Estate Developer</w:t>
      </w:r>
    </w:p>
    <w:p>
      <w:pPr>
        <w:pStyle w:val="ListBullet"/>
      </w:pPr>
      <w:r>
        <w:t>6. Design Philosophy: From House to Product</w:t>
      </w:r>
    </w:p>
    <w:p>
      <w:pPr>
        <w:pStyle w:val="ListBullet"/>
      </w:pPr>
      <w:r>
        <w:t>7. Sustainability and Resource Efficiency</w:t>
      </w:r>
    </w:p>
    <w:p>
      <w:pPr>
        <w:pStyle w:val="ListBullet"/>
      </w:pPr>
      <w:r>
        <w:t>8. Quality Assurance and Safety</w:t>
      </w:r>
    </w:p>
    <w:p>
      <w:pPr>
        <w:pStyle w:val="ListBullet"/>
      </w:pPr>
      <w:r>
        <w:t>9. Technology, Smart Homes and Digital Delivery</w:t>
      </w:r>
    </w:p>
    <w:p>
      <w:pPr>
        <w:pStyle w:val="ListBullet"/>
      </w:pPr>
      <w:r>
        <w:t>10. Site Planning, Land and Logistics</w:t>
      </w:r>
    </w:p>
    <w:p>
      <w:pPr>
        <w:pStyle w:val="ListBullet"/>
      </w:pPr>
      <w:r>
        <w:t>11. Financing, Pricing and the Customer's Investment</w:t>
      </w:r>
    </w:p>
    <w:p>
      <w:pPr>
        <w:pStyle w:val="ListBullet"/>
      </w:pPr>
      <w:r>
        <w:t>12. Modular Housing for Different Customer Segments</w:t>
      </w:r>
    </w:p>
    <w:p>
      <w:pPr>
        <w:pStyle w:val="ListBullet"/>
      </w:pPr>
      <w:r>
        <w:t>13. Modular Housing and Rental Communities</w:t>
      </w:r>
    </w:p>
    <w:p>
      <w:pPr>
        <w:pStyle w:val="ListBullet"/>
      </w:pPr>
      <w:r>
        <w:t>14. Modular Housing and Urban Development</w:t>
      </w:r>
    </w:p>
    <w:p>
      <w:pPr>
        <w:pStyle w:val="ListBullet"/>
      </w:pPr>
      <w:r>
        <w:t>15. Climate-Responsive Modular Homes</w:t>
      </w:r>
    </w:p>
    <w:p>
      <w:pPr>
        <w:pStyle w:val="ListBullet"/>
      </w:pPr>
      <w:r>
        <w:t>16. Construction Workforce and New Skills</w:t>
      </w:r>
    </w:p>
    <w:p>
      <w:pPr>
        <w:pStyle w:val="ListBullet"/>
      </w:pPr>
      <w:r>
        <w:t>17. Supply Chain and Procurement</w:t>
      </w:r>
    </w:p>
    <w:p>
      <w:pPr>
        <w:pStyle w:val="ListBullet"/>
      </w:pPr>
      <w:r>
        <w:t>18. Customer Experience and Sales</w:t>
      </w:r>
    </w:p>
    <w:p>
      <w:pPr>
        <w:pStyle w:val="ListBullet"/>
      </w:pPr>
      <w:r>
        <w:t>19. Marketing Modular Homes in the Real Estate Industry</w:t>
      </w:r>
    </w:p>
    <w:p>
      <w:pPr>
        <w:pStyle w:val="ListBullet"/>
      </w:pPr>
      <w:r>
        <w:t>20. SEO Strategy for Home Castle World</w:t>
      </w:r>
    </w:p>
    <w:p>
      <w:pPr>
        <w:pStyle w:val="ListBullet"/>
      </w:pPr>
      <w:r>
        <w:t>21. Real Estate Partnerships and B2B Opportunities</w:t>
      </w:r>
    </w:p>
    <w:p>
      <w:pPr>
        <w:pStyle w:val="ListBullet"/>
      </w:pPr>
      <w:r>
        <w:t>22. Risk Management</w:t>
      </w:r>
    </w:p>
    <w:p>
      <w:pPr>
        <w:pStyle w:val="ListBullet"/>
      </w:pPr>
      <w:r>
        <w:t>23. Policy and Regulatory Context in India</w:t>
      </w:r>
    </w:p>
    <w:p>
      <w:pPr>
        <w:pStyle w:val="ListBullet"/>
      </w:pPr>
      <w:r>
        <w:t>24. The Future of Modular Housing in India</w:t>
      </w:r>
    </w:p>
    <w:p>
      <w:pPr>
        <w:pStyle w:val="ListBullet"/>
      </w:pPr>
      <w:r>
        <w:t>25. Home Castle World: Brand Vision and Positioning</w:t>
      </w:r>
    </w:p>
    <w:p>
      <w:pPr>
        <w:pStyle w:val="ListBullet"/>
      </w:pPr>
      <w:r>
        <w:t>26. Leadership and Founder-Led Brand Building</w:t>
      </w:r>
    </w:p>
    <w:p>
      <w:pPr>
        <w:pStyle w:val="ListBullet"/>
      </w:pPr>
      <w:r>
        <w:t>27. A Five-Year Strategic Roadmap</w:t>
      </w:r>
    </w:p>
    <w:p>
      <w:pPr>
        <w:pStyle w:val="ListBullet"/>
      </w:pPr>
      <w:r>
        <w:t>28. Business Model and Revenue Opportunities</w:t>
      </w:r>
    </w:p>
    <w:p>
      <w:pPr>
        <w:pStyle w:val="ListBullet"/>
      </w:pPr>
      <w:r>
        <w:t>29. Community, Social Impact and Inclusive Housing</w:t>
      </w:r>
    </w:p>
    <w:p>
      <w:pPr>
        <w:pStyle w:val="ListBullet"/>
      </w:pPr>
      <w:r>
        <w:t>30. Conclusion: Building the Next Generation of Homes</w:t>
      </w:r>
    </w:p>
    <w:p>
      <w:pPr>
        <w:pStyle w:val="ListBullet"/>
      </w:pPr>
      <w:r>
        <w:t>31. Practical Due-Diligence Checklist for Buyers</w:t>
      </w:r>
    </w:p>
    <w:p>
      <w:pPr>
        <w:pStyle w:val="ListBullet"/>
      </w:pPr>
      <w:r>
        <w:t>32. Practical Due-Diligence Checklist for Developers</w:t>
      </w:r>
    </w:p>
    <w:p>
      <w:pPr>
        <w:pStyle w:val="ListBullet"/>
      </w:pPr>
      <w:r>
        <w:t>33. Case-Study Framework for Home Castle World</w:t>
      </w:r>
    </w:p>
    <w:p>
      <w:pPr>
        <w:pStyle w:val="ListBullet"/>
      </w:pPr>
      <w:r>
        <w:t>34. Frequently Asked Questions About Modular Houses</w:t>
      </w:r>
    </w:p>
    <w:p>
      <w:pPr>
        <w:pStyle w:val="ListBullet"/>
      </w:pPr>
      <w:r>
        <w:t>35. Glossary of Modular Housing Terms</w:t>
      </w:r>
    </w:p>
    <w:p>
      <w:pPr>
        <w:pStyle w:val="ListBullet"/>
      </w:pPr>
      <w:r>
        <w:t>36. Modular Housing and Land Economics</w:t>
      </w:r>
    </w:p>
    <w:p>
      <w:pPr>
        <w:pStyle w:val="ListBullet"/>
      </w:pPr>
      <w:r>
        <w:t>37. Modular Housing and Hospitality</w:t>
      </w:r>
    </w:p>
    <w:p>
      <w:pPr>
        <w:pStyle w:val="ListBullet"/>
      </w:pPr>
      <w:r>
        <w:t>38. Modular Housing and Workforce Accommodation</w:t>
      </w:r>
    </w:p>
    <w:p>
      <w:pPr>
        <w:pStyle w:val="ListBullet"/>
      </w:pPr>
      <w:r>
        <w:t>39. Modular Housing and Student Living</w:t>
      </w:r>
    </w:p>
    <w:p>
      <w:pPr>
        <w:pStyle w:val="ListBullet"/>
      </w:pPr>
      <w:r>
        <w:t>40. Modular Housing and Senior-Friendly Design</w:t>
      </w:r>
    </w:p>
    <w:p>
      <w:pPr>
        <w:pStyle w:val="ListBullet"/>
      </w:pPr>
      <w:r>
        <w:t>41. Modular Housing and Disaster Recovery</w:t>
      </w:r>
    </w:p>
    <w:p>
      <w:pPr>
        <w:pStyle w:val="ListBullet"/>
      </w:pPr>
      <w:r>
        <w:t>42. Modular Housing and Remote Locations</w:t>
      </w:r>
    </w:p>
    <w:p>
      <w:pPr>
        <w:pStyle w:val="ListBullet"/>
      </w:pPr>
      <w:r>
        <w:t>43. Modular Housing and Interior Design</w:t>
      </w:r>
    </w:p>
    <w:p>
      <w:pPr>
        <w:pStyle w:val="ListBullet"/>
      </w:pPr>
      <w:r>
        <w:t>44. Modular Housing and Landscaping</w:t>
      </w:r>
    </w:p>
    <w:p>
      <w:pPr>
        <w:pStyle w:val="ListBullet"/>
      </w:pPr>
      <w:r>
        <w:t>45. Modular Housing and Energy Systems</w:t>
      </w:r>
    </w:p>
    <w:p>
      <w:pPr>
        <w:pStyle w:val="ListBullet"/>
      </w:pPr>
      <w:r>
        <w:t>46. Modular Housing and Water Management</w:t>
      </w:r>
    </w:p>
    <w:p>
      <w:pPr>
        <w:pStyle w:val="ListBullet"/>
      </w:pPr>
      <w:r>
        <w:t>47. Modular Housing and Waste Reduction</w:t>
      </w:r>
    </w:p>
    <w:p>
      <w:pPr>
        <w:pStyle w:val="ListBullet"/>
      </w:pPr>
      <w:r>
        <w:t>48. Modular Housing and Circularity</w:t>
      </w:r>
    </w:p>
    <w:p>
      <w:pPr>
        <w:pStyle w:val="ListBullet"/>
      </w:pPr>
      <w:r>
        <w:t>49. Modular Housing and Data</w:t>
      </w:r>
    </w:p>
    <w:p>
      <w:pPr>
        <w:pStyle w:val="ListBullet"/>
      </w:pPr>
      <w:r>
        <w:t>50. Modular Housing and Artificial Intelligence</w:t>
      </w:r>
    </w:p>
    <w:p>
      <w:pPr>
        <w:pStyle w:val="ListBullet"/>
      </w:pPr>
      <w:r>
        <w:t>51. Modular Housing and Digital Marketing</w:t>
      </w:r>
    </w:p>
    <w:p>
      <w:pPr>
        <w:pStyle w:val="ListBullet"/>
      </w:pPr>
      <w:r>
        <w:t>52. Modular Housing and Brand Trust</w:t>
      </w:r>
    </w:p>
    <w:p>
      <w:pPr>
        <w:pStyle w:val="ListBullet"/>
      </w:pPr>
      <w:r>
        <w:t>53. Modular Housing and Sales Training</w:t>
      </w:r>
    </w:p>
    <w:p>
      <w:pPr>
        <w:pStyle w:val="ListBullet"/>
      </w:pPr>
      <w:r>
        <w:t>54. Modular Housing and After-Sales Service</w:t>
      </w:r>
    </w:p>
    <w:p>
      <w:pPr>
        <w:pStyle w:val="ListBullet"/>
      </w:pPr>
      <w:r>
        <w:t>55. Modular Housing and Expansion</w:t>
      </w:r>
    </w:p>
    <w:p>
      <w:pPr>
        <w:pStyle w:val="ListBullet"/>
      </w:pPr>
      <w:r>
        <w:t>56. Modular Housing and Community Design</w:t>
      </w:r>
    </w:p>
    <w:p>
      <w:pPr>
        <w:pStyle w:val="ListBullet"/>
      </w:pPr>
      <w:r>
        <w:t>57. Modular Housing and Resilient Cities</w:t>
      </w:r>
    </w:p>
    <w:p>
      <w:pPr>
        <w:pStyle w:val="ListBullet"/>
      </w:pPr>
      <w:r>
        <w:t>58. Modular Housing and Investment Analysis</w:t>
      </w:r>
    </w:p>
    <w:p>
      <w:pPr>
        <w:pStyle w:val="ListBullet"/>
      </w:pPr>
      <w:r>
        <w:t>59. Modular Housing and Corporate Governance</w:t>
      </w:r>
    </w:p>
    <w:p>
      <w:pPr>
        <w:pStyle w:val="ListBullet"/>
      </w:pPr>
      <w:r>
        <w:t>60. Modular Housing: Strategic Outlook</w:t>
      </w:r>
    </w:p>
    <w:p>
      <w:pPr>
        <w:pStyle w:val="ListBullet"/>
      </w:pPr>
      <w:r>
        <w:t>61. SEO Keyword Strategy</w:t>
      </w:r>
    </w:p>
    <w:p>
      <w:pPr>
        <w:pStyle w:val="ListBullet"/>
      </w:pPr>
      <w:r>
        <w:t>62. Recommended Content Architecture for the Home Castle World Website</w:t>
      </w:r>
    </w:p>
    <w:p>
      <w:pPr>
        <w:pStyle w:val="ListBullet"/>
      </w:pPr>
      <w:r>
        <w:t>63. Final Brand Message</w:t>
      </w:r>
    </w:p>
    <w:p>
      <w:pPr>
        <w:pStyle w:val="ListBullet"/>
      </w:pPr>
      <w:r>
        <w:t>64. Sources and Research Notes</w:t>
      </w:r>
    </w:p>
    <w:p>
      <w:r>
        <w:br w:type="page"/>
      </w:r>
    </w:p>
    <w:p>
      <w:pPr>
        <w:pStyle w:val="Heading1"/>
      </w:pPr>
      <w:r>
        <w:t>Executive Summary</w:t>
      </w:r>
    </w:p>
    <w:p>
      <w:r>
        <w:t>Modular housing is becoming an increasingly important part of the conversation about the future of real estate because it connects three priorities that are often difficult to balance: speed of delivery, quality of construction, and housing affordability. A modular home is generally assembled from components or modules manufactured in a controlled production environment and then transported to a prepared site for installation and completion. The precise system can vary widely, from volumetric modules to panelised and hybrid systems. What matters commercially is the ability to move a larger portion of construction activity from an unpredictable site environment into a more controlled production process.</w:t>
      </w:r>
    </w:p>
    <w:p>
      <w:r>
        <w:t>For the real estate industry, this creates an opportunity to rethink the traditional sequence of land acquisition, design, procurement, construction, marketing, handover and after-sales service. Instead of treating every project as a completely unique construction exercise, developers can standardise selected components, create repeatable design platforms, improve procurement planning and use digital tools to coordinate production and site work. The result can be a more predictable development process when the project is properly designed, approved, financed and managed.</w:t>
      </w:r>
    </w:p>
    <w:p>
      <w:r>
        <w:t>The Indian housing context makes the discussion particularly relevant. The World Bank has projected that about 600 million people could live in India's urban areas by 2036, while a 2025 World Bank report said India's urban population could almost double to 951 million by 2050 and that more than 144 million new homes may be needed by 2070. These figures do not mean that modular construction alone can solve India's housing challenge. They do, however, demonstrate the scale of the demand for new housing and urban infrastructure.</w:t>
      </w:r>
    </w:p>
    <w:p>
      <w:r>
        <w:t>Home Castle World can use modular housing as a platform for communicating a clear proposition around smarter housing: homes that are designed around practical living, efficient construction, contemporary aesthetics, responsible resource use and different affordability levels. The company's brand story should focus on customer needs and transparent project economics rather than promising that every modular home will automatically be cheaper or faster than every conventional home. Cost, schedule and performance depend on design, location, approvals, transportation, foundation conditions, materials, labour, services, financing and the chosen construction system.</w:t>
      </w:r>
    </w:p>
    <w:p>
      <w:r>
        <w:t>This report examines modular housing from a real-estate, housing and business perspective. It discusses construction models, affordability, design, sustainability, technology, land and planning, project finance, customer experience, operations, quality assurance, marketing, risk management and the future of the sector. It also proposes a strategic framework for Home Castle World to develop a credible modular-housing brand and portfolio.</w:t>
      </w:r>
    </w:p>
    <w:p>
      <w:pPr>
        <w:pStyle w:val="Heading1"/>
      </w:pPr>
      <w:r>
        <w:t>1. The Changing Real Estate and Housing Landscape</w:t>
      </w:r>
    </w:p>
    <w:p>
      <w:r>
        <w:t>Real estate is changing because the definition of a successful housing project is changing. In earlier development models, location, visible construction quality and the size of the dwelling were often the dominant selling points. Today, buyers and occupants increasingly evaluate a home as a complete system: acquisition cost, monthly affordability, travel time, maintenance, energy use, digital connectivity, flexibility, community facilities, resale prospects and the quality of the surrounding environment.</w:t>
      </w:r>
    </w:p>
    <w:p>
      <w:r>
        <w:t>Urbanisation intensifies these requirements. When more people live and work in cities, land becomes more valuable, infrastructure becomes more constrained and construction programmes have to work around traffic, neighbouring buildings, utilities and limited site access. At the same time, households want better homes without accepting indefinite construction periods or uncontrolled variations in cost. These conditions encourage developers to examine industrialised construction methods.</w:t>
      </w:r>
    </w:p>
    <w:p>
      <w:r>
        <w:t>The World Bank has highlighted the scale of India's urban transformation. It has reported that India's urban population is expected to reach about 600 million by 2036 and has also estimated that the urban population could reach 951 million by 2050. The same 2025 report estimated that more than 144 million new homes may be needed by 2070. Such projections are useful for understanding the scale of the housing challenge, but they should not be interpreted as a guarantee of demand for any individual development or construction technology.</w:t>
      </w:r>
    </w:p>
    <w:p>
      <w:r>
        <w:t>For real estate companies, the strategic question is therefore not whether modular construction should replace conventional construction. The better question is where modular or hybrid construction can create measurable value. Suitable applications may include repeatable residential communities, worker accommodation, student housing, hospitality, healthcare facilities, site offices, rental housing, second homes, low-rise developments and selected urban infill projects. The appropriate model depends on site logistics, local regulations, transportation economics, buyer expectations and the availability of manufacturing capacity.</w:t>
      </w:r>
    </w:p>
    <w:p>
      <w:r>
        <w:t>The shift toward modular housing also changes the role of the developer. A developer becomes not only a land-and-construction coordinator but a systems integrator. Design decisions affect manufacturing. Manufacturing decisions affect transportation. Transportation affects site planning. Site planning affects foundations and installation. Each of these influences the customer price and completion schedule. A successful modular project therefore requires integrated planning from the beginning.</w:t>
      </w:r>
    </w:p>
    <w:p>
      <w:r>
        <w:t>Home Castle World can position itself around this integrated approach. Instead of presenting modular housing simply as a prefabricated product, the brand can communicate a complete home-development solution: site assessment, design selection, engineering coordination, production, installation, interiors, services and after-sales support. The proposition should remain transparent about what is standard, what is customisable, what is included in the price and what depends on site-specific conditions.</w:t>
      </w:r>
    </w:p>
    <w:p>
      <w:pPr>
        <w:pStyle w:val="Heading1"/>
      </w:pPr>
      <w:r>
        <w:t>2. What Is a Modular House?</w:t>
      </w:r>
    </w:p>
    <w:p>
      <w:r>
        <w:t>The term modular house describes a broad family of construction approaches in which substantial portions of a building are produced or assembled away from the final site and then installed or completed at the site. The term should not be confused with a single material, architectural style or price category. A modular house may use steel, concrete, timber, engineered panels, composite materials or combinations of systems. It may look traditional, contemporary or highly futuristic.</w:t>
      </w:r>
    </w:p>
    <w:p>
      <w:r>
        <w:t>One common approach is volumetric modular construction. In this model, three-dimensional modules are manufactured with significant portions of the walls, floors, ceilings, services and finishes already incorporated. The modules are transported to the site and connected. Another approach is panelised construction, in which wall, floor or roof panels are manufactured in a controlled facility and assembled on site. Hybrid construction combines factory-produced elements with conventional site-built components.</w:t>
      </w:r>
    </w:p>
    <w:p>
      <w:r>
        <w:t>The main idea is to divide a building into repeatable or manageable components. This creates the possibility of standardising selected dimensions, interfaces, service connections and manufacturing processes. Standardisation does not necessarily mean identical homes. A design platform can offer different layouts, façades, interior packages, room counts and optional features while maintaining a common structural or manufacturing logic.</w:t>
      </w:r>
    </w:p>
    <w:p>
      <w:r>
        <w:t>India's National Building Code 2016 includes provisions relating to prefabrication and systems building and mixed/composite construction. The Bureau of Indian Standards describes the National Building Code as a comprehensive model code covering areas including structural design, fire and life safety, building services, sustainability and construction practices. This is important because modular construction still has to operate within the applicable regulatory and professional framework; being factory-made does not remove the need for approvals, structural design, fire safety, services planning or local compliance.</w:t>
      </w:r>
    </w:p>
    <w:p>
      <w:r>
        <w:t>For a customer, the most useful definition is practical: a modular home is a home whose construction process has been reorganised so that a meaningful share of building production can happen in a controlled environment before the final site installation. The customer should therefore evaluate the whole system rather than judging the home only by the word “modular.”</w:t>
      </w:r>
    </w:p>
    <w:p>
      <w:r>
        <w:t>A Home Castle World modular portfolio can be organised into clear product families. For example, a compact starter home could prioritise affordability and efficient space planning; a family home could offer two or three bedrooms and adaptable living spaces; a premium model could add larger glazing, upgraded kitchens and bathrooms, smart-home controls and higher-end finishes; and a hospitality or rental model could be optimised for repeat deployment. This creates a recognisable product architecture while allowing customers to choose according to budget and lifestyle.</w:t>
      </w:r>
    </w:p>
    <w:p>
      <w:pPr>
        <w:pStyle w:val="Heading1"/>
      </w:pPr>
      <w:r>
        <w:t>3. How Modular Construction Works</w:t>
      </w:r>
    </w:p>
    <w:p>
      <w:r>
        <w:t>A professional modular housing programme begins before manufacturing. The first stage is usually customer or developer requirement definition. The team needs to understand the intended use, plot dimensions, access, number of occupants, target budget, local climate, services, planning constraints and expected completion date. Without this information, a factory quotation can be misleading because transport, foundations, site preparation and approvals may materially change the final project cost.</w:t>
      </w:r>
    </w:p>
    <w:p>
      <w:r>
        <w:t>The second stage is concept design. Architects and engineers translate the brief into a building that can be manufactured, transported and installed. Modular design requires attention to module dimensions, lifting points, connection details, tolerances, service routes and structural loads. A beautiful drawing is not enough; the design must also be manufacturable and installable.</w:t>
      </w:r>
    </w:p>
    <w:p>
      <w:r>
        <w:t>Engineering follows. Structural systems are checked for both the final building condition and the temporary stages of manufacture, lifting, transport and installation. Services such as electrical, plumbing, ventilation, water supply, drainage and communications are coordinated. Fire safety, accessibility and local development requirements are addressed as applicable.</w:t>
      </w:r>
    </w:p>
    <w:p>
      <w:r>
        <w:t>Manufacturing can then begin after the necessary approvals and production information are available. In a controlled facility, workers can perform repeated tasks using defined processes and inspection checkpoints. Materials can be stored in planned locations, production can be scheduled, and certain quality checks can occur before the module reaches the customer.</w:t>
      </w:r>
    </w:p>
    <w:p>
      <w:r>
        <w:t>Meanwhile, site preparation proceeds. Foundations, drainage, utility connections, access roads and lifting areas can be prepared while modules are being manufactured. This overlap is one reason modular systems can sometimes shorten the overall project programme. However, the benefit depends on good coordination. If the site is not ready when the modules arrive, manufacturing speed does not translate into customer speed.</w:t>
      </w:r>
    </w:p>
    <w:p>
      <w:r>
        <w:t>Transportation is a specialised phase. Module size, road geometry, bridge clearances, permits, escort requirements and destination access can all influence the logistics plan. The safest and most economical design is therefore one that considers transport from the beginning.</w:t>
      </w:r>
    </w:p>
    <w:p>
      <w:r>
        <w:t>Installation is usually a visible and rapid phase. Cranes or other lifting equipment place modules on the prepared foundation, after which the team connects structural joints and building services, completes external and internal interfaces and performs testing. Final landscaping, utility activation, inspections and handover follow.</w:t>
      </w:r>
    </w:p>
    <w:p>
      <w:r>
        <w:t>The final stage is after-sales service. A professional modular housing company should provide documentation, warranties, maintenance guidance and a clear process for resolving defects. This matters because customers do not buy a factory process; they buy a functioning home.</w:t>
      </w:r>
    </w:p>
    <w:p>
      <w:pPr>
        <w:pStyle w:val="Heading1"/>
      </w:pPr>
      <w:r>
        <w:t>4. Modular Housing and Affordability</w:t>
      </w:r>
    </w:p>
    <w:p>
      <w:r>
        <w:t>Affordability is one of the strongest reasons to examine modular construction, but it should be approached carefully. A modular home is not automatically affordable simply because it is manufactured in a factory. Affordability depends on the complete cost of land, construction, foundations, transportation, approvals, utilities, financing, interiors, taxes, maintenance and the customer's income.</w:t>
      </w:r>
    </w:p>
    <w:p>
      <w:r>
        <w:t>The most useful concept is total delivered cost. A factory may reduce certain forms of site labour, material waste or schedule risk, but those savings can be offset by transportation, lifting equipment, specialised manufacturing, factory overhead, design engineering or low production volumes. A developer should therefore compare complete project economics rather than only the factory quotation.</w:t>
      </w:r>
    </w:p>
    <w:p>
      <w:r>
        <w:t>Affordability can be improved through design standardisation. When a company produces a repeatable family of homes, it can potentially reduce engineering duplication, simplify procurement and improve manufacturing efficiency. Standard room modules, service zones, bathroom pods, kitchen systems, doors, windows and finishing packages can be developed around common dimensions. The customer can still have choices, but those choices operate within a controlled product architecture.</w:t>
      </w:r>
    </w:p>
    <w:p>
      <w:r>
        <w:t>Another affordability strategy is to design for lifecycle value. A slightly higher initial investment in insulation, durable finishes, efficient lighting, water-saving fixtures or maintainable services may reduce operating and replacement costs over the life of the property. Affordability should therefore be measured not only by purchase price but also by the ongoing cost of ownership.</w:t>
      </w:r>
    </w:p>
    <w:p>
      <w:r>
        <w:t>India's current policy environment provides an important context. PMAY-U 2.0 is designed to support eligible urban households through different housing mechanisms, including beneficiary-led construction, affordable housing in partnership, affordable rental housing and an interest subsidy component. Official PMAY-U material also identifies technology-related support and measures intended to promote innovative construction. These policies create a wider ecosystem in which construction innovation can be relevant, although eligibility and implementation are governed by the scheme's detailed rules and applicable local requirements.</w:t>
      </w:r>
    </w:p>
    <w:p>
      <w:r>
        <w:t>For Home Castle World, affordability messaging should be precise. Instead of saying “the cheapest home,” the brand can say “designed for efficient ownership,” “transparent specifications,” “multiple price and finish options,” or “smart space planning.” Every numerical cost claim should be supported by an actual project estimate and should clearly state whether land, approvals, foundations, transport, services and interiors are included.</w:t>
      </w:r>
    </w:p>
    <w:p>
      <w:r>
        <w:t>A practical affordability ladder can help. Entry-level models can focus on essential spaces and durable finishes. Mid-range models can introduce larger kitchens, additional bedrooms and upgraded bathrooms. Premium models can add larger openings, advanced home automation, premium façades and bespoke interiors. This approach allows the company to serve different segments without pretending that one house design fits every household.</w:t>
      </w:r>
    </w:p>
    <w:p>
      <w:pPr>
        <w:pStyle w:val="Heading1"/>
      </w:pPr>
      <w:r>
        <w:t>5. Modular Housing and the Real Estate Developer</w:t>
      </w:r>
    </w:p>
    <w:p>
      <w:r>
        <w:t>For a real estate developer, modular construction can change the development model from project-by-project construction toward a product-platform approach. Traditional development often involves extensive customisation and a large number of subcontractor interfaces. Modular development seeks to simplify those interfaces by integrating design, manufacturing and site installation.</w:t>
      </w:r>
    </w:p>
    <w:p>
      <w:r>
        <w:t>The first advantage is potential programme predictability. A factory environment is less exposed to rain, site congestion and some forms of weather disruption. Production can continue while foundations and external works are prepared. However, programme performance depends on procurement, approvals, production capacity and logistics, so developers should build realistic contingencies into the schedule.</w:t>
      </w:r>
    </w:p>
    <w:p>
      <w:r>
        <w:t>The second advantage is repeatability. If a developer is constructing 50, 100 or 500 similar units, lessons from early units can be transferred to later units. Design defects can be corrected at the platform level. Procurement can be consolidated. Production teams can become more efficient. Sales teams can use a limited set of understandable products rather than marketing dozens of unrelated designs.</w:t>
      </w:r>
    </w:p>
    <w:p>
      <w:r>
        <w:t>The third advantage is quality management. A controlled production environment allows documented work instructions, inspection points and repeatable testing. This does not guarantee quality, but it creates a stronger framework for managing it. Quality assurance should cover materials, structural components, waterproofing, electrical systems, plumbing, finishes, doors and windows, transportation damage and final installation.</w:t>
      </w:r>
    </w:p>
    <w:p>
      <w:r>
        <w:t>The fourth advantage is the possibility of new real estate formats. A developer could create modular holiday communities, rental villages, compact urban housing, worker accommodation, student residences or phased developments. Units could potentially be deployed in stages as demand is confirmed, subject to planning and financial feasibility.</w:t>
      </w:r>
    </w:p>
    <w:p>
      <w:r>
        <w:t>The developer must also understand the risks. A standardised product can become a liability if the market wants too much customisation. A factory investment can be underutilised if sales volumes are lower than expected. Transportation can become expensive for distant sites. Local approvals may differ. Customer expectations may be influenced by perceptions of conventional construction. These factors require a strong commercial strategy.</w:t>
      </w:r>
    </w:p>
    <w:p>
      <w:r>
        <w:t>Home Castle World can address these issues through a phased model. Rather than beginning with a very large manufacturing commitment, the company can validate a small number of product families, build demonstration units, document actual production and installation costs, collect customer feedback and then scale the system. This allows the brand proposition to be built on evidence rather than assumptions.</w:t>
      </w:r>
    </w:p>
    <w:p>
      <w:pPr>
        <w:pStyle w:val="Heading1"/>
      </w:pPr>
      <w:r>
        <w:t>6. Design Philosophy: From House to Product</w:t>
      </w:r>
    </w:p>
    <w:p>
      <w:r>
        <w:t>The most successful modular housing brands are likely to treat design as a product-development discipline. A product needs a clear purpose, defined features, predictable specifications and a customer journey. This does not mean reducing architecture to a catalogue. It means designing a system that can accommodate personalisation without losing manufacturing efficiency.</w:t>
      </w:r>
    </w:p>
    <w:p>
      <w:r>
        <w:t>A modular home should begin with human behaviour. Where do residents enter? Where do they store shoes? How does natural light reach the living room? Can the kitchen accommodate daily cooking? Is there enough privacy between bedrooms? How does a family use a balcony? Where does laundry go? What happens when an elderly parent moves in? How can a room change from a nursery to a study or guest room? These questions create better modular designs than starting with a façade.</w:t>
      </w:r>
    </w:p>
    <w:p>
      <w:r>
        <w:t>Spatial efficiency is particularly important for affordable housing. Every square metre has a cost, but reducing area without considering usability can create an uncomfortable home. Good design uses circulation intelligently, combines functions where appropriate and provides storage without wasting valuable floor area.</w:t>
      </w:r>
    </w:p>
    <w:p>
      <w:r>
        <w:t>Flexibility can be built into the architecture. A structural grid can allow partitions to move. Service zones can be concentrated to simplify plumbing. Furniture can be integrated with walls. Electrical points can be planned around multiple room configurations. A standard shell can therefore support different lifestyles.</w:t>
      </w:r>
    </w:p>
    <w:p>
      <w:r>
        <w:t>Climate-responsive design is another major consideration in India. Orientation, shading, glazing, ventilation, roof design, insulation and landscape can influence comfort and energy demand. The exact solution varies by climatic zone, site orientation and local conditions. A modular platform should therefore include regional adaptations rather than assuming that one envelope works equally well everywhere.</w:t>
      </w:r>
    </w:p>
    <w:p>
      <w:r>
        <w:t>Home Castle World's visual identity can connect contemporary design with practical living. The brand can use a restrained palette, clean architectural lines, natural materials, efficient lighting and greenery to communicate modernity without making every home look identical. The visual language should be supported by actual specifications.</w:t>
      </w:r>
    </w:p>
    <w:p>
      <w:pPr>
        <w:pStyle w:val="Heading1"/>
      </w:pPr>
      <w:r>
        <w:t>7. Sustainability and Resource Efficiency</w:t>
      </w:r>
    </w:p>
    <w:p>
      <w:r>
        <w:t>Sustainability in housing should be understood as a lifecycle issue. It includes material sourcing, manufacturing, transport, construction, operational energy, water consumption, maintenance, repair and eventual replacement or reuse. Modular construction can support some sustainability objectives, but it is not automatically sustainable. The outcome depends on how the system is designed and operated.</w:t>
      </w:r>
    </w:p>
    <w:p>
      <w:r>
        <w:t>Factory production can potentially improve material control and reduce certain types of site waste. Repeatable cutting and assembly processes may allow better planning of material quantities. Controlled storage can reduce exposure-related damage. At the same time, transporting large modules can create additional fuel use, so logistics must be considered.</w:t>
      </w:r>
    </w:p>
    <w:p>
      <w:r>
        <w:t>Energy performance begins with the building envelope. Insulation, airtightness, windows, shading and roof performance influence cooling and heating requirements. Efficient air-conditioning, fans, lighting and appliances then affect operational energy. Solar generation, battery systems and smart energy management may be considered where financially and technically appropriate.</w:t>
      </w:r>
    </w:p>
    <w:p>
      <w:r>
        <w:t>Water efficiency can be addressed through low-flow fixtures, efficient appliances, rainwater strategies, leak detection and appropriate landscape design. Wastewater treatment or reuse may be considered in suitable developments, subject to local regulations and technical feasibility.</w:t>
      </w:r>
    </w:p>
    <w:p>
      <w:r>
        <w:t>Material choices should be evaluated for durability, maintenance and end-of-life options as well as embodied impacts. A low-maintenance finish that lasts significantly longer may be more valuable than a material that appears environmentally attractive but requires frequent replacement.</w:t>
      </w:r>
    </w:p>
    <w:p>
      <w:r>
        <w:t>For Home Castle World, sustainability should be demonstrated through measurable specifications where possible. Instead of relying solely on words such as “green” or “eco-friendly,” the company can publish information about insulation values, energy-efficient equipment, water-saving fixtures, waste-management practices, material selection and landscape strategies. This creates credibility and gives customers a basis for comparison.</w:t>
      </w:r>
    </w:p>
    <w:p>
      <w:r>
        <w:t>Sustainable housing is also social. A home that is energy efficient but unaffordable may not meet the needs of the intended customer. A successful sustainability strategy therefore connects environmental performance with comfort, health, affordability and long-term usability.</w:t>
      </w:r>
    </w:p>
    <w:p>
      <w:pPr>
        <w:pStyle w:val="Heading1"/>
      </w:pPr>
      <w:r>
        <w:t>8. Quality Assurance and Safety</w:t>
      </w:r>
    </w:p>
    <w:p>
      <w:r>
        <w:t>Quality is one of the most important issues in modular housing because customers need confidence that a home assembled from factory-produced components will perform as a complete building. The quality system should begin at design and continue through procurement, manufacturing, transportation, installation and handover.</w:t>
      </w:r>
    </w:p>
    <w:p>
      <w:r>
        <w:t>Design quality includes structural calculations, connection details, moisture management, fire safety, service coordination and maintainability. A common source of problems in any construction system is the interface between different components. Modular design therefore needs careful attention to module-to-module connections, module-to-foundation connections, waterproofing joints and service interfaces.</w:t>
      </w:r>
    </w:p>
    <w:p>
      <w:r>
        <w:t>Procurement quality means buying materials that meet defined specifications and controlling substitutions. A component that looks similar may have different performance characteristics. Bills of materials should identify approved products or performance requirements, and changes should be documented.</w:t>
      </w:r>
    </w:p>
    <w:p>
      <w:r>
        <w:t>Factory quality can be managed through inspection and testing plans. Critical activities should have defined acceptance criteria. Electrical installations, plumbing pressure tests, waterproofing, window installation and structural connections should be inspected before finishes conceal them.</w:t>
      </w:r>
    </w:p>
    <w:p>
      <w:r>
        <w:t>Transportation introduces another quality risk. Modules can experience vibration, movement and weather exposure. Packaging, temporary bracing and route planning are therefore important. After arrival, the installation team should inspect for damage before final connections.</w:t>
      </w:r>
    </w:p>
    <w:p>
      <w:r>
        <w:t>Site quality is equally important. A factory-built module cannot compensate for an incorrectly prepared foundation. Surveying, levels, anchor points, drainage and utility connections must be verified.</w:t>
      </w:r>
    </w:p>
    <w:p>
      <w:r>
        <w:t>The National Building Code of India provides a broad regulatory framework covering building requirements, structural safety, fire and life safety, materials, services and sustainability, and it specifically includes provisions relating to prefabrication and systems building. Actual compliance requirements remain dependent on the applicable authority, project type, local rules and professional approvals.</w:t>
      </w:r>
    </w:p>
    <w:p>
      <w:r>
        <w:t>Home Castle World should consider a documented quality-management system that produces a customer-facing handover file. The file could include approved drawings, product warranties, equipment manuals, maintenance schedules, inspection records and emergency information. Such documentation can improve trust and reduce future service friction.</w:t>
      </w:r>
    </w:p>
    <w:p>
      <w:pPr>
        <w:pStyle w:val="Heading1"/>
      </w:pPr>
      <w:r>
        <w:t>9. Technology, Smart Homes and Digital Delivery</w:t>
      </w:r>
    </w:p>
    <w:p>
      <w:r>
        <w:t>Modular housing and digital technology can complement each other because both depend on standardisation and information accuracy. Building Information Modelling can help coordinate architecture, structure and services before manufacturing begins. Digital manufacturing files can support repeatable production. Customer configurators can allow buyers to select layouts and finishes within predefined limits.</w:t>
      </w:r>
    </w:p>
    <w:p>
      <w:r>
        <w:t>Smart-home technology can add another layer. Customers may choose digital locks, lighting controls, security cameras, energy monitoring, smart switches, climate controls and appliance integration. The goal should be useful automation rather than technology for its own sake.</w:t>
      </w:r>
    </w:p>
    <w:p>
      <w:r>
        <w:t>A smart modular home should remain usable even if the internet connection fails. Critical building functions such as lighting, water, ventilation and basic access should not depend entirely on cloud services. Cybersecurity and privacy should also be considered when connected devices are installed.</w:t>
      </w:r>
    </w:p>
    <w:p>
      <w:r>
        <w:t>Digital customer journeys can improve the buying process. A customer could review a 3D model, select a configuration, receive a specification sheet, understand upgrade costs and approve changes digitally. The developer can maintain a single source of truth for drawings and selections, reducing disputes.</w:t>
      </w:r>
    </w:p>
    <w:p>
      <w:r>
        <w:t>After handover, digital documentation can support maintenance. A QR code or customer portal could connect equipment to manuals, warranty information and service requests. This creates a relationship that continues beyond possession.</w:t>
      </w:r>
    </w:p>
    <w:p>
      <w:r>
        <w:t>For Home Castle World, digital technology can be part of the brand experience: transparent configurations, visualisation, specification comparison, progress updates and post-handover support. The objective should be to make the customer feel informed and in control.</w:t>
      </w:r>
    </w:p>
    <w:p>
      <w:pPr>
        <w:pStyle w:val="Heading1"/>
      </w:pPr>
      <w:r>
        <w:t>10. Site Planning, Land and Logistics</w:t>
      </w:r>
    </w:p>
    <w:p>
      <w:r>
        <w:t>Modular housing does not eliminate the importance of land. It changes how the building interacts with the site. Before a project is committed, the team should assess plot access, road width, turning radius, overhead utilities, nearby structures, soil conditions, drainage, flood risk, foundation requirements, local development rules and availability of utilities.</w:t>
      </w:r>
    </w:p>
    <w:p>
      <w:r>
        <w:t>Transport is one of the defining considerations. A module that is economical to manufacture may become expensive if it has to travel a long distance or pass through difficult routes. This means that factory location and market location should be considered together. A regional manufacturing network can sometimes make more sense than one central facility serving a very large geography.</w:t>
      </w:r>
    </w:p>
    <w:p>
      <w:r>
        <w:t>Cranes and lifting equipment need stable access and sufficient working space. The site should be prepared so that modules can be placed safely. Installation sequencing should account for wind, weather and other site conditions.</w:t>
      </w:r>
    </w:p>
    <w:p>
      <w:r>
        <w:t>Land development should also consider the customer experience. Modular communities can include shared landscaping, pedestrian routes, parking, children's play areas, community rooms, renewable-energy infrastructure and waste-management systems. The home is one part of a larger real-estate product.</w:t>
      </w:r>
    </w:p>
    <w:p>
      <w:r>
        <w:t>For affordable housing, land efficiency is critical. A development can reduce construction cost but remain unaffordable if land cost is excessive. Partnerships between developers, landowners, institutions and public agencies may therefore be important in selected projects.</w:t>
      </w:r>
    </w:p>
    <w:p>
      <w:r>
        <w:t>Home Castle World can build a site-assessment protocol into its sales process. Customers should understand early whether their plot is suitable for the chosen modular system and which site works are outside the house package. This reduces surprises and creates more credible quotations.</w:t>
      </w:r>
    </w:p>
    <w:p>
      <w:pPr>
        <w:pStyle w:val="Heading1"/>
      </w:pPr>
      <w:r>
        <w:t>11. Financing, Pricing and the Customer's Investment</w:t>
      </w:r>
    </w:p>
    <w:p>
      <w:r>
        <w:t>The financial model for modular housing should be transparent. Customers need to understand the difference between the price of the building and the total project cost. A quotation may need to separate the house package, foundation, site development, transport, crane or installation, utility connections, approvals, taxes, interiors, appliances, landscaping and optional upgrades.</w:t>
      </w:r>
    </w:p>
    <w:p>
      <w:r>
        <w:t>Financing can be more complex than for a conventional home because lenders may have different processes for land, construction and completed property. The company should avoid promising loan availability unless a specific lender and product have been confirmed. Instead, it can provide customers with documentation that lenders may request, such as approved drawings, cost schedules, technical specifications and project agreements.</w:t>
      </w:r>
    </w:p>
    <w:p>
      <w:r>
        <w:t>A modular business can also explore developer-level finance, institutional housing partnerships and rental models. For example, a developer may build a modular rental community and recover investment through rental income rather than individual home sales. The economics of such models depend on land cost, occupancy, rent levels, maintenance and financing.</w:t>
      </w:r>
    </w:p>
    <w:p>
      <w:r>
        <w:t>Pricing strategy should reflect the product architecture. Base prices can cover the standard model, while upgrade packages cover premium kitchens, bathrooms, façade materials, smart-home systems, solar equipment, landscaping and interior packages. Customers should be able to see the price impact of each choice.</w:t>
      </w:r>
    </w:p>
    <w:p>
      <w:r>
        <w:t>Home Castle World can make transparency a core brand principle. A “what is included” document, a “what is not included” document and a site-specific estimate can be more powerful than a low headline price that changes later.</w:t>
      </w:r>
    </w:p>
    <w:p>
      <w:pPr>
        <w:pStyle w:val="Heading1"/>
      </w:pPr>
      <w:r>
        <w:t>12. Modular Housing for Different Customer Segments</w:t>
      </w:r>
    </w:p>
    <w:p>
      <w:r>
        <w:t>There is no single modular-home customer. Different groups have different requirements, and a strong real-estate strategy should define them separately.</w:t>
      </w:r>
    </w:p>
    <w:p>
      <w:r>
        <w:t>First-time homeowners may value predictable pricing, manageable size and low maintenance. Families may prioritise bedrooms, storage, privacy and future expansion. Senior households may need accessibility, minimal steps, safer bathrooms and easy maintenance. Investors may focus on rental yield, repeatability and operating cost. Hospitality operators may prioritise rapid deployment and guest experience. Corporates may require staff accommodation or project facilities.</w:t>
      </w:r>
    </w:p>
    <w:p>
      <w:r>
        <w:t>Second-home buyers may want compact homes that can be installed on land outside major cities. Their priorities can include views, outdoor living, low maintenance and remote monitoring. Rural customers may prioritise robust construction, water management and local service access.</w:t>
      </w:r>
    </w:p>
    <w:p>
      <w:r>
        <w:t>Affordable housing programmes have another set of requirements, including beneficiary eligibility, project-level economics, access to infrastructure and compliance with public guidelines. PMAY-U 2.0, for example, includes multiple verticals and has a stated focus on providing assistance to eligible urban households. Modular construction may be relevant to some project models, but participation requires compliance with programme requirements and local implementation arrangements.</w:t>
      </w:r>
    </w:p>
    <w:p>
      <w:r>
        <w:t>Home Castle World can therefore build a portfolio matrix rather than one universal product. Each model should have a defined target user, floor-area range, typical plot requirement, base specification, upgrade options and indicative project timeline. This makes marketing clearer and helps the manufacturing team plan demand.</w:t>
      </w:r>
    </w:p>
    <w:p>
      <w:pPr>
        <w:pStyle w:val="Heading1"/>
      </w:pPr>
      <w:r>
        <w:t>13. Modular Housing and Rental Communities</w:t>
      </w:r>
    </w:p>
    <w:p>
      <w:r>
        <w:t>Rental housing is an important part of the wider housing ecosystem. Not every household wants or can afford to purchase a home immediately, and workers, students, migrants and young professionals may require flexible accommodation close to employment or education.</w:t>
      </w:r>
    </w:p>
    <w:p>
      <w:r>
        <w:t>A modular approach can be relevant to rental communities because repeatable units can simplify development and maintenance. A developer can create standardised rooms or apartments, shared facilities and service zones. The design can prioritise durability and efficient operations rather than highly personalised finishes.</w:t>
      </w:r>
    </w:p>
    <w:p>
      <w:r>
        <w:t>The success of a rental community depends on more than the building. Location, transportation, security, management, cleanliness, internet connectivity, common facilities and rent levels all affect occupancy. A modular building cannot compensate for an unsuitable location.</w:t>
      </w:r>
    </w:p>
    <w:p>
      <w:r>
        <w:t>Affordable Rental Housing is explicitly included as a vertical under PMAY-U 2.0. Official programme material highlights rental housing needs among groups such as migrant workers, working women, employees of industries and eligible EWS/LIG households. This provides a policy context for developers exploring rental models, subject to the scheme's detailed conditions.</w:t>
      </w:r>
    </w:p>
    <w:p>
      <w:r>
        <w:t>Home Castle World can explore modular rental concepts as a separate business line, particularly where a repeatable product can support professional property management. The business model should be evaluated using occupancy assumptions, operating expenses, maintenance reserves, financing costs and realistic rent data rather than relying solely on construction savings.</w:t>
      </w:r>
    </w:p>
    <w:p>
      <w:pPr>
        <w:pStyle w:val="Heading1"/>
      </w:pPr>
      <w:r>
        <w:t>14. Modular Housing and Urban Development</w:t>
      </w:r>
    </w:p>
    <w:p>
      <w:r>
        <w:t>Urban development needs housing that can be delivered at scale without compromising safety, infrastructure or quality of life. Modular construction can contribute to this goal where the system is compatible with local planning and infrastructure.</w:t>
      </w:r>
    </w:p>
    <w:p>
      <w:r>
        <w:t>One potential advantage is phased development. A developer may complete a portion of a community, establish infrastructure and then add further units. This can be useful when demand is uncertain or when financing is released in stages. However, phased development requires a master plan so that roads, drainage, water, power and community facilities can support later phases.</w:t>
      </w:r>
    </w:p>
    <w:p>
      <w:r>
        <w:t>In dense urban environments, modular construction may reduce some on-site activity but can create transport and lifting challenges. Large modules need road access, and cranes require working space. Panelised or smaller modular components may therefore be more suitable in constrained locations.</w:t>
      </w:r>
    </w:p>
    <w:p>
      <w:r>
        <w:t>Urban infill requires careful consideration of neighbours, noise, working hours and existing utilities. Factory production can reduce some site work, but installation remains a construction activity subject to local requirements.</w:t>
      </w:r>
    </w:p>
    <w:p>
      <w:r>
        <w:t>At the city level, modular housing should be part of a broader housing strategy. It works best when combined with appropriate land-use planning, public transport, water and sanitation, waste management, open space and social infrastructure.</w:t>
      </w:r>
    </w:p>
    <w:p>
      <w:r>
        <w:t>The World Bank's recent work on India's urban development emphasises that urban growth will require significant investment and that climate resilience is increasingly important. Modular housing can support resilience through adaptable designs and controlled production, but climate performance must be demonstrated at the building and community levels.</w:t>
      </w:r>
    </w:p>
    <w:p>
      <w:pPr>
        <w:pStyle w:val="Heading1"/>
      </w:pPr>
      <w:r>
        <w:t>15. Climate-Responsive Modular Homes</w:t>
      </w:r>
    </w:p>
    <w:p>
      <w:r>
        <w:t>India contains multiple climatic conditions, so modular homes should not use a single design formula everywhere. A building that performs well in a hot-dry environment may require different shading, ventilation and envelope strategies in a warm-humid or colder region.</w:t>
      </w:r>
    </w:p>
    <w:p>
      <w:r>
        <w:t>Solar orientation matters. Shading can reduce direct heat gain through windows. Roof design and insulation can influence indoor temperatures. Cross-ventilation can improve comfort where outdoor conditions allow. Windows should balance daylight, views, ventilation and heat gain.</w:t>
      </w:r>
    </w:p>
    <w:p>
      <w:r>
        <w:t>Heavy rainfall requires careful roof drainage, waterproofing and site drainage. Coastal areas may require additional attention to corrosion, wind exposure and moisture. Areas with seismic or high-wind risk require structural design appropriate to the local hazard.</w:t>
      </w:r>
    </w:p>
    <w:p>
      <w:r>
        <w:t>Modular construction can support climate adaptation when the platform includes regional variants. A manufacturer might maintain a standard structural and service core while changing façade, insulation, shading and roof packages according to climate zone.</w:t>
      </w:r>
    </w:p>
    <w:p>
      <w:r>
        <w:t>Home Castle World can make climate responsiveness part of the product promise. Instead of marketing every model as universally suitable, the company can present regional design adaptations and explain how they affect performance and cost.</w:t>
      </w:r>
    </w:p>
    <w:p>
      <w:pPr>
        <w:pStyle w:val="Heading1"/>
      </w:pPr>
      <w:r>
        <w:t>16. Construction Workforce and New Skills</w:t>
      </w:r>
    </w:p>
    <w:p>
      <w:r>
        <w:t>Modular construction changes construction labour rather than eliminating it. It moves some activities from the building site into a factory and creates demand for different skills: production planning, CNC or automated equipment operation, quality inspection, assembly, electrical and plumbing integration, logistics, crane operations, digital modelling and commissioning.</w:t>
      </w:r>
    </w:p>
    <w:p>
      <w:r>
        <w:t>Factory workers may benefit from a more controlled environment than an exposed construction site, but manufacturing also requires disciplined production systems. Safety procedures must cover machinery, lifting, electrical work, chemicals and repetitive tasks.</w:t>
      </w:r>
    </w:p>
    <w:p>
      <w:r>
        <w:t>Site teams require specialised installation skills. Workers must understand module connections, sealing, alignment, service interfaces and finishing. The quality of the final building depends on the competence of both factory and site teams.</w:t>
      </w:r>
    </w:p>
    <w:p>
      <w:r>
        <w:t>Training is therefore a strategic investment. Home Castle World could develop standard operating procedures and competency programmes for installers and service partners. A certified installer network could help maintain quality as the business expands geographically.</w:t>
      </w:r>
    </w:p>
    <w:p>
      <w:r>
        <w:t>The shift in skills can also create new employment opportunities around regional manufacturing facilities. Local ecosystems may develop around transport, fabrication, interiors, maintenance and landscaping.</w:t>
      </w:r>
    </w:p>
    <w:p>
      <w:pPr>
        <w:pStyle w:val="Heading1"/>
      </w:pPr>
      <w:r>
        <w:t>17. Supply Chain and Procurement</w:t>
      </w:r>
    </w:p>
    <w:p>
      <w:r>
        <w:t>A modular home is a supply-chain product. Delays in one component can stop an entire module or production line. Procurement must therefore be planned around lead times, approved alternatives and inventory strategy.</w:t>
      </w:r>
    </w:p>
    <w:p>
      <w:r>
        <w:t>High-volume components should be standardised wherever possible. Windows, doors, sanitaryware, electrical devices, fixtures and finishes can be selected around common product families. Standardisation simplifies procurement and after-sales service.</w:t>
      </w:r>
    </w:p>
    <w:p>
      <w:r>
        <w:t>Supplier quality is critical. A supplier should be evaluated not only on price but on consistency, capacity, warranty support and ability to maintain specifications. Long-term relationships can help improve reliability, but a company should avoid dependence on a single supplier for critical components unless adequate contingency exists.</w:t>
      </w:r>
    </w:p>
    <w:p>
      <w:r>
        <w:t>Inventory must be balanced. Excess inventory ties up working capital and creates obsolescence risk. Too little inventory can stop production. A digital bill-of-materials system can help connect sales configurations with procurement requirements.</w:t>
      </w:r>
    </w:p>
    <w:p>
      <w:r>
        <w:t>Home Castle World can develop a supplier scorecard covering quality, delivery, cost, responsiveness and compliance. This creates a more disciplined supply chain as the company scales.</w:t>
      </w:r>
    </w:p>
    <w:p>
      <w:pPr>
        <w:pStyle w:val="Heading1"/>
      </w:pPr>
      <w:r>
        <w:t>18. Customer Experience and Sales</w:t>
      </w:r>
    </w:p>
    <w:p>
      <w:r>
        <w:t>Buying a home is an emotional and financial decision. Modular housing therefore needs a customer experience that makes an unfamiliar construction process understandable.</w:t>
      </w:r>
    </w:p>
    <w:p>
      <w:r>
        <w:t>The first sales conversation should identify the customer's land, budget, intended use and preferred timeline. A visual design consultation can then translate needs into a shortlist of models. Customers should see both the home and the full project scope.</w:t>
      </w:r>
    </w:p>
    <w:p>
      <w:r>
        <w:t>Show homes are particularly valuable. A physical modular house allows customers to experience room proportions, finishes, acoustics, storage and services. A factory or production facility can also demonstrate quality-control processes.</w:t>
      </w:r>
    </w:p>
    <w:p>
      <w:r>
        <w:t>Digital visualisation can complement physical showrooms. Customers can view alternative façades, kitchens, bathrooms, lighting and furniture. However, digital renders should be labelled as visualisations when they do not represent a final built specification.</w:t>
      </w:r>
    </w:p>
    <w:p>
      <w:r>
        <w:t>Contracts should be clear. They should identify responsibilities, payment stages, delivery assumptions, change-order processes, warranty terms and site conditions. Transparency builds trust and reduces disputes.</w:t>
      </w:r>
    </w:p>
    <w:p>
      <w:r>
        <w:t>Home Castle World's marketing can focus on a simple message: design, manufacture, install and support. The brand should show real projects, real specifications and real customer experiences as the portfolio develops.</w:t>
      </w:r>
    </w:p>
    <w:p>
      <w:pPr>
        <w:pStyle w:val="Heading1"/>
      </w:pPr>
      <w:r>
        <w:t>19. Marketing Modular Homes in the Real Estate Industry</w:t>
      </w:r>
    </w:p>
    <w:p>
      <w:r>
        <w:t>Modular housing requires education-led marketing because many customers associate prefabrication with temporary or low-quality structures. The marketing task is to explain the difference between low-cost temporary construction and engineered modular housing without making unsupported claims.</w:t>
      </w:r>
    </w:p>
    <w:p>
      <w:r>
        <w:t>Content can demonstrate manufacturing quality, structural systems, insulation, finishes, service integration and installation. Time-lapse videos can show the transition from factory to site. Customer stories can explain why a particular design was selected.</w:t>
      </w:r>
    </w:p>
    <w:p>
      <w:r>
        <w:t>Search-engine marketing can target phrases such as “modular homes in India,” “affordable modular houses,” “prefabricated homes,” “modern prefab homes,” “modular house cost,” “modular homes for sale,” “sustainable housing,” and location-specific terms. These keywords should be supported by useful pages rather than keyword stuffing.</w:t>
      </w:r>
    </w:p>
    <w:p>
      <w:r>
        <w:t>Social media can showcase architecture, construction progress, interiors, technology and founder-led thought leadership. LinkedIn can focus on real-estate partnerships, institutional projects and industry insights, while visual platforms can emphasise design and lifestyle.</w:t>
      </w:r>
    </w:p>
    <w:p>
      <w:r>
        <w:t>Home Castle World's content strategy can use five pillars: education, architecture, affordability, sustainability and proof. Every major marketing claim should be traceable to a specification, project record or clearly labelled projection.</w:t>
      </w:r>
    </w:p>
    <w:p>
      <w:pPr>
        <w:pStyle w:val="Heading1"/>
      </w:pPr>
      <w:r>
        <w:t>20. SEO Strategy for Home Castle World</w:t>
      </w:r>
    </w:p>
    <w:p>
      <w:r>
        <w:t>A strong SEO programme should make Home Castle World discoverable when people research modular housing and related real-estate solutions. The website should have dedicated pages for product categories, locations, use cases, construction methods, pricing guidance, FAQs and project case studies.</w:t>
      </w:r>
    </w:p>
    <w:p>
      <w:r>
        <w:t>Core SEO topics include modular houses, modular homes, prefab homes, prefabricated houses, affordable housing, sustainable housing, modern prefab homes, modular construction, portable homes where relevant, and modular real estate. Location pages can target genuine service areas, but they should contain unique and useful information rather than duplicated text.</w:t>
      </w:r>
    </w:p>
    <w:p>
      <w:r>
        <w:t>Informational content can answer questions such as: What is a modular house? How much does a modular house cost? How long does modular construction take? Is a modular home permanent? What approvals are required? Can a modular house be customised? How is a modular house maintained? What is included in the price?</w:t>
      </w:r>
    </w:p>
    <w:p>
      <w:r>
        <w:t>Technical SEO should cover page speed, mobile usability, structured data, internal linking, crawlability, image optimisation and secure hosting. High-quality photographs, diagrams and project videos can improve engagement.</w:t>
      </w:r>
    </w:p>
    <w:p>
      <w:r>
        <w:t>For credibility, the website should clearly identify the company, leadership, contact details, project locations, terms, privacy policy and customer-support channels. Case studies should distinguish completed projects from concepts.</w:t>
      </w:r>
    </w:p>
    <w:p>
      <w:r>
        <w:t>Home Castle World can build authority by publishing original project data over time: actual project durations, material choices, maintenance observations and customer feedback. This creates content that competitors cannot easily copy.</w:t>
      </w:r>
    </w:p>
    <w:p>
      <w:pPr>
        <w:pStyle w:val="Heading1"/>
      </w:pPr>
      <w:r>
        <w:t>21. Real Estate Partnerships and B2B Opportunities</w:t>
      </w:r>
    </w:p>
    <w:p>
      <w:r>
        <w:t>The modular housing opportunity extends beyond direct-to-consumer home sales. Real estate developers, landowners, hospitality operators, educational institutions, healthcare organisations, industrial employers and public-sector agencies may require repeatable buildings.</w:t>
      </w:r>
    </w:p>
    <w:p>
      <w:r>
        <w:t>A B2B proposition should be based on the customer's operational objective. A developer may need a scalable housing product. A resort may need guest units. An industrial company may need staff accommodation. A school may need additional classrooms or facilities. Each application requires different standards, services and approvals.</w:t>
      </w:r>
    </w:p>
    <w:p>
      <w:r>
        <w:t>Partnerships can also help with land. A landowner may contribute land while Home Castle World or a development partner contributes design, construction and marketing capability. The commercial structure must be legally documented and financially modelled.</w:t>
      </w:r>
    </w:p>
    <w:p>
      <w:r>
        <w:t>Institutional partnerships may create larger order volumes that improve manufacturing efficiency. They can also create more predictable demand for standardised products.</w:t>
      </w:r>
    </w:p>
    <w:p>
      <w:r>
        <w:t>Home Castle World should build a partnership presentation that explains product families, manufacturing capacity, quality processes, project delivery stages, indicative timelines, responsibilities and case studies. B2B buyers typically need more technical information than individual customers.</w:t>
      </w:r>
    </w:p>
    <w:p>
      <w:pPr>
        <w:pStyle w:val="Heading1"/>
      </w:pPr>
      <w:r>
        <w:t>22. Risk Management</w:t>
      </w:r>
    </w:p>
    <w:p>
      <w:r>
        <w:t>Every housing project has risks, and modular construction introduces some risks while reducing others. A professional business should maintain a project risk register covering design, approvals, land, manufacturing, procurement, logistics, installation, finance, customer changes, weather, safety and after-sales service.</w:t>
      </w:r>
    </w:p>
    <w:p>
      <w:r>
        <w:t>Design risk can be reduced through design reviews and prototype testing. Approval risk can be reduced by involving qualified local professionals early. Manufacturing risk can be reduced through preventive maintenance, quality checks and supplier redundancy. Logistics risk can be managed through route surveys and transport planning.</w:t>
      </w:r>
    </w:p>
    <w:p>
      <w:r>
        <w:t>Commercial risk includes low sales volume, high customisation and inaccurate cost estimates. These can be controlled through standard product families and disciplined change management.</w:t>
      </w:r>
    </w:p>
    <w:p>
      <w:r>
        <w:t>Customer expectation is another risk. If marketing shows a premium rendered house but the contract provides a different specification, dissatisfaction is inevitable. The solution is not simply better advertising; it is alignment between marketing visuals, technical specifications and contract documents.</w:t>
      </w:r>
    </w:p>
    <w:p>
      <w:r>
        <w:t>Insurance and contractual risk should be reviewed by qualified professionals. Responsibility for design, manufacturing, transport, installation and defects should be clearly allocated.</w:t>
      </w:r>
    </w:p>
    <w:p>
      <w:r>
        <w:t>Home Castle World can build trust by publishing realistic project assumptions rather than presenting modular construction as risk-free.</w:t>
      </w:r>
    </w:p>
    <w:p>
      <w:pPr>
        <w:pStyle w:val="Heading1"/>
      </w:pPr>
      <w:r>
        <w:t>23. Policy and Regulatory Context in India</w:t>
      </w:r>
    </w:p>
    <w:p>
      <w:r>
        <w:t>Housing in India operates within multiple layers of regulation. Depending on the project, these can include national codes, state rules, local development controls, planning permissions, building approvals, fire requirements, environmental requirements, utility permissions and registration or real-estate regulations.</w:t>
      </w:r>
    </w:p>
    <w:p>
      <w:r>
        <w:t>The National Building Code of India 2016 is a major reference point. BIS describes it as a comprehensive model code covering administration, development control, general building requirements, fire and life safety, structural design, materials, services, sustainability and asset management. It also includes provisions relating to prefabricated construction and systems building.</w:t>
      </w:r>
    </w:p>
    <w:p>
      <w:r>
        <w:t>PMAY-U 2.0 provides an important affordable-housing policy context. Official programme material describes four broad verticals: Beneficiary Led Construction, Affordable Housing in Partnership, Affordable Rental Housing and an Interest Subsidy Scheme. The programme aims to assist eligible urban households and includes measures intended to encourage innovative construction technology.</w:t>
      </w:r>
    </w:p>
    <w:p>
      <w:r>
        <w:t>A business should never represent a modular house as automatically eligible for a government housing benefit. Eligibility depends on the scheme, beneficiary, project structure, location, approvals and applicable guidelines.</w:t>
      </w:r>
    </w:p>
    <w:p>
      <w:r>
        <w:t>Home Castle World should maintain a regulatory checklist for every project location. The checklist should identify who is responsible for approvals and which documents must be provided. Local professional advice is essential because rules can vary by jurisdiction and project type.</w:t>
      </w:r>
    </w:p>
    <w:p>
      <w:pPr>
        <w:pStyle w:val="Heading1"/>
      </w:pPr>
      <w:r>
        <w:t>24. The Future of Modular Housing in India</w:t>
      </w:r>
    </w:p>
    <w:p>
      <w:r>
        <w:t>The future of modular housing will likely be shaped by the intersection of housing demand, construction productivity, digital design, manufacturing capacity, financing and customer acceptance. The technology itself is only one part of the equation.</w:t>
      </w:r>
    </w:p>
    <w:p>
      <w:r>
        <w:t>As demand grows, manufacturing could become more regional. Factories located closer to major markets can reduce transport distances and improve service response. Standardised platforms could support multiple architectural styles and customer segments.</w:t>
      </w:r>
    </w:p>
    <w:p>
      <w:r>
        <w:t>Automation may increase in selected manufacturing processes. Digital quality records, computer-controlled cutting, robotic assembly and sensor-based inspection could improve repeatability. The adoption rate will depend on volume and economics.</w:t>
      </w:r>
    </w:p>
    <w:p>
      <w:r>
        <w:t>Sustainability will become more measurable. Customers, investors and regulators may increasingly ask for evidence about energy performance, materials and lifecycle impacts. Modular companies that can document performance will have an advantage over companies that rely only on marketing language.</w:t>
      </w:r>
    </w:p>
    <w:p>
      <w:r>
        <w:t>Customer expectations will also evolve. Once buyers see high-quality modular homes in real developments, the concept may become less unusual. The category could move from “alternative construction” toward simply “another way to build.”</w:t>
      </w:r>
    </w:p>
    <w:p>
      <w:r>
        <w:t>India's projected urban growth creates a significant long-term housing challenge. The World Bank's recent estimates illustrate the scale of future demand. Modular housing should therefore be considered as one tool within a much broader housing ecosystem that includes conventional construction, rental housing, redevelopment, public housing, infrastructure and land-use reform.</w:t>
      </w:r>
    </w:p>
    <w:p>
      <w:pPr>
        <w:pStyle w:val="Heading1"/>
      </w:pPr>
      <w:r>
        <w:t>25. Home Castle World: Brand Vision and Positioning</w:t>
      </w:r>
    </w:p>
    <w:p>
      <w:r>
        <w:t>Home Castle World can build its modular-housing identity around a simple principle: a home should combine design, practicality, affordability and confidence in the way it is delivered.</w:t>
      </w:r>
    </w:p>
    <w:p>
      <w:r>
        <w:t>The brand name naturally lends itself to the idea of a “castle” that is not defined by size or luxury alone, but by security, belonging and personal identity. The modular proposition can modernise that idea: a home can be thoughtfully designed, efficiently produced and adapted to the needs of contemporary families.</w:t>
      </w:r>
    </w:p>
    <w:p>
      <w:r>
        <w:t>The company should avoid positioning modular housing as a shortcut. A better message is that modular construction is a disciplined way of organising the building process. The customer receives a complete home, not a collection of factory components.</w:t>
      </w:r>
    </w:p>
    <w:p>
      <w:r>
        <w:t>Home Castle World's portfolio could be organised into three or four broad tiers. An Essential collection could focus on efficient floor plans and durable finishes. A Family collection could provide more bedrooms and flexible living areas. A Premium collection could add architectural façades, larger glazing, upgraded interiors and smart-home features. A Developer collection could offer repeatable units for communities and institutional projects.</w:t>
      </w:r>
    </w:p>
    <w:p>
      <w:r>
        <w:t>The brand can also build a “design your home” experience in which customers select from a controlled range of layouts, façades, kitchens, bathrooms, flooring, lighting and technology. This creates personalisation without turning every project into a completely unique engineering exercise.</w:t>
      </w:r>
    </w:p>
    <w:p>
      <w:r>
        <w:t>The long-term opportunity is not simply selling houses. It is building a modular housing ecosystem: design, manufacturing, installation, financing partnerships, maintenance, upgrades and community development.</w:t>
      </w:r>
    </w:p>
    <w:p>
      <w:pPr>
        <w:pStyle w:val="Heading1"/>
      </w:pPr>
      <w:r>
        <w:t>26. Leadership and Founder-Led Brand Building</w:t>
      </w:r>
    </w:p>
    <w:p>
      <w:r>
        <w:t>Founder-led communication can be particularly powerful in an emerging category because customers want to know who is responsible for the vision. If Home Castle World is represented publicly by Babita Singh, CEO &amp; Founder, her communication can focus on the purpose of making housing more accessible, modern and thoughtfully designed.</w:t>
      </w:r>
    </w:p>
    <w:p>
      <w:r>
        <w:t>Founder messaging should be grounded in real company activity. Rather than making broad promises about changing the entire housing industry, leadership content can explain what the company is building, why certain materials were selected, how customers are being served and what lessons have been learned from projects.</w:t>
      </w:r>
    </w:p>
    <w:p>
      <w:r>
        <w:t>A strong founder narrative can combine three themes: affordability, innovation and human-centred housing. The tone should be confident but evidence-based.</w:t>
      </w:r>
    </w:p>
    <w:p>
      <w:r>
        <w:t>Leadership communication can appear through interviews, industry panels, project launches, LinkedIn articles, short videos, customer events and educational content. The objective is to make the founder a credible voice in the modular-housing conversation.</w:t>
      </w:r>
    </w:p>
    <w:p>
      <w:r>
        <w:t>For Home Castle World, the founder's role can also help connect different audiences: home buyers, investors, developers, architects, engineers, policymakers and manufacturing partners. Each group needs a different level of detail, but all should understand the same core proposition.</w:t>
      </w:r>
    </w:p>
    <w:p>
      <w:pPr>
        <w:pStyle w:val="Heading1"/>
      </w:pPr>
      <w:r>
        <w:t>27. A Five-Year Strategic Roadmap</w:t>
      </w:r>
    </w:p>
    <w:p>
      <w:r>
        <w:t>A modular housing company should scale in stages.</w:t>
      </w:r>
    </w:p>
    <w:p>
      <w:r>
        <w:t>Year One can focus on product validation. Build a limited number of prototypes, test different construction systems, document actual costs and establish quality standards. Create one or two demonstration homes and collect customer feedback.</w:t>
      </w:r>
    </w:p>
    <w:p>
      <w:r>
        <w:t>Year Two can focus on market validation. Launch a small portfolio, target defined geographies and build relationships with landowners, developers and financial partners. Establish a reliable installation network.</w:t>
      </w:r>
    </w:p>
    <w:p>
      <w:r>
        <w:t>Year Three can focus on operational scale. Improve manufacturing capacity, standardise procurement, develop digital configuration tools and publish detailed case studies. Expand only where logistics and service capability can support customers.</w:t>
      </w:r>
    </w:p>
    <w:p>
      <w:r>
        <w:t>Year Four can focus on institutional opportunities. Explore developer partnerships, rental communities, hospitality and other repeatable B2B applications. Evaluate regional manufacturing or strategic partnerships where volumes justify them.</w:t>
      </w:r>
    </w:p>
    <w:p>
      <w:r>
        <w:t>Year Five can focus on ecosystem development. Add maintenance, upgrades, financing partnerships and community-scale development. Use accumulated project data to improve product design and forecasting.</w:t>
      </w:r>
    </w:p>
    <w:p>
      <w:r>
        <w:t>At every stage, the company should track measurable indicators: lead-to-sale conversion, manufacturing cycle time, installation time, defects per unit, customer satisfaction, warranty claims, gross margin, project variance and repeat business. These metrics turn growth into a managed process rather than a purely promotional exercise.</w:t>
      </w:r>
    </w:p>
    <w:p>
      <w:pPr>
        <w:pStyle w:val="Heading1"/>
      </w:pPr>
      <w:r>
        <w:t>28. Business Model and Revenue Opportunities</w:t>
      </w:r>
    </w:p>
    <w:p>
      <w:r>
        <w:t>Home Castle World can consider multiple revenue streams. The core stream is the sale of modular homes or modular building packages. Additional revenue may come from design services, premium interior packages, smart-home systems, solar solutions, landscaping, maintenance contracts and upgrades.</w:t>
      </w:r>
    </w:p>
    <w:p>
      <w:r>
        <w:t>B2B projects can create larger contract values. Developer partnerships may involve design-and-build agreements, supply contracts or broader development arrangements. Rental communities can create recurring operating income, although they require significant capital and professional property management.</w:t>
      </w:r>
    </w:p>
    <w:p>
      <w:r>
        <w:t>The company should avoid overextending into every possible service at once. Each new revenue stream should strengthen the core customer proposition rather than distract from it.</w:t>
      </w:r>
    </w:p>
    <w:p>
      <w:r>
        <w:t>A modular platform also creates the possibility of aftermarket revenue. Homes require maintenance, equipment replacement and periodic upgrades. If the company maintains accurate records of installed products, it can provide more efficient service.</w:t>
      </w:r>
    </w:p>
    <w:p>
      <w:r>
        <w:t>Data can become an operational asset. Over time, the company can learn which layouts sell, which options create delays, which materials generate fewer defects and which customer segments have better satisfaction. Such information can improve future product development.</w:t>
      </w:r>
    </w:p>
    <w:p>
      <w:pPr>
        <w:pStyle w:val="Heading1"/>
      </w:pPr>
      <w:r>
        <w:t>29. Community, Social Impact and Inclusive Housing</w:t>
      </w:r>
    </w:p>
    <w:p>
      <w:r>
        <w:t>Housing is more than a financial asset. It affects education, health, family stability, safety, productivity and social connection. Modular housing can contribute to inclusive housing when it is designed around real needs and connected to infrastructure.</w:t>
      </w:r>
    </w:p>
    <w:p>
      <w:r>
        <w:t>Affordable housing should not mean isolated housing. A low-cost home far from employment, transport, schools and healthcare can create hidden costs for residents. Community planning therefore matters.</w:t>
      </w:r>
    </w:p>
    <w:p>
      <w:r>
        <w:t>Inclusive design can include step-free access where feasible, wider circulation, safer bathrooms, good lighting, accessible switches and adaptable rooms. These features can benefit people with disabilities, older adults and families with young children.</w:t>
      </w:r>
    </w:p>
    <w:p>
      <w:r>
        <w:t>Community spaces can support social interaction. Shared gardens, play areas, multipurpose rooms and pedestrian routes can make a development more liveable.</w:t>
      </w:r>
    </w:p>
    <w:p>
      <w:r>
        <w:t>Home Castle World can incorporate social-impact principles into selected projects, especially where it works with developers or institutions serving affordable-housing segments. The goal should be measurable quality of life, not only the number of units delivered.</w:t>
      </w:r>
    </w:p>
    <w:p>
      <w:pPr>
        <w:pStyle w:val="Heading1"/>
      </w:pPr>
      <w:r>
        <w:t>30. Conclusion: Building the Next Generation of Homes</w:t>
      </w:r>
    </w:p>
    <w:p>
      <w:r>
        <w:t>Modular housing offers the real estate industry an opportunity to rethink how homes are designed, manufactured, delivered and maintained. It is not a universal replacement for conventional construction, and it is not automatically cheaper, faster or more sustainable in every circumstance. Its value comes from the disciplined integration of design, manufacturing, logistics, site preparation, installation and customer service.</w:t>
      </w:r>
    </w:p>
    <w:p>
      <w:r>
        <w:t>India's long-term urban growth makes housing delivery a major economic and social priority. Official policy programmes such as PMAY-U 2.0 demonstrate continued attention to affordable housing, while the National Building Code provides a framework that includes prefabrication and systems-building provisions. The World Bank's urban-development work illustrates the scale of the future housing and infrastructure challenge.</w:t>
      </w:r>
    </w:p>
    <w:p>
      <w:r>
        <w:t>Within this environment, Home Castle World can develop a differentiated position by combining modular construction with real-estate thinking. The opportunity is to create homes that are practical, attractive, transparent in specification and designed around the customer's total ownership experience.</w:t>
      </w:r>
    </w:p>
    <w:p>
      <w:r>
        <w:t>The strongest brand promise is not simply “build faster.” It is “build smarter.” Smarter means understanding the site before quoting, designing for manufacturing, controlling quality, explaining costs, planning logistics, providing reliable installation and supporting the customer after handover.</w:t>
      </w:r>
    </w:p>
    <w:p>
      <w:r>
        <w:t>For customers, the future of housing should be about choice without confusion. For developers, it should be about predictable delivery without sacrificing design. For cities, it should be about housing that supports infrastructure and resilience. For the industry, it should be about productivity and quality.</w:t>
      </w:r>
    </w:p>
    <w:p>
      <w:r>
        <w:t>Home Castle World can place itself within that future by treating modular homes not as temporary structures, but as a professional real-estate product category—one that brings together architecture, engineering, manufacturing, technology, sustainability and human-centred design.</w:t>
      </w:r>
    </w:p>
    <w:p>
      <w:r>
        <w:t>**Home Castle World — Building smarter homes for a more accessible, sustainable and future-ready tomorrow.**</w:t>
      </w:r>
    </w:p>
    <w:p>
      <w:pPr>
        <w:pStyle w:val="Heading1"/>
      </w:pPr>
      <w:r>
        <w:t>31. Practical Due-Diligence Checklist for Buyers</w:t>
      </w:r>
    </w:p>
    <w:p>
      <w:r>
        <w:t>Before purchasing a modular home, a buyer should conduct the same level of due diligence expected for any significant real-estate decision. The first question is whether the proposed home is suitable for the plot. A professional site assessment should consider access, soil, drainage, utilities, planning requirements and installation logistics. A customer should understand whether the quoted price includes foundations, transport, lifting, connections, taxes and site development.</w:t>
      </w:r>
    </w:p>
    <w:p>
      <w:r>
        <w:t>The second question is what exactly is being purchased. The contract should describe floor area, structural system, wall and roof build-up, windows, doors, electrical fittings, plumbing fixtures, kitchen, bathrooms, flooring, painting, appliances and external works. Images should not substitute for written specifications.</w:t>
      </w:r>
    </w:p>
    <w:p>
      <w:r>
        <w:t>The third question is who is responsible for approvals. Customers should know which drawings and documents are supplied by the company and which approvals must be obtained by the landowner or local professional.</w:t>
      </w:r>
    </w:p>
    <w:p>
      <w:r>
        <w:t>The fourth question concerns warranty and service. A home is a long-term asset, so the customer should understand warranty periods, exclusions, response times and maintenance requirements.</w:t>
      </w:r>
    </w:p>
    <w:p>
      <w:r>
        <w:t>The fifth question is financial. Customers should compare the complete delivered cost with other housing options. They should also consider financing, insurance, property taxes, utility expenses and maintenance.</w:t>
      </w:r>
    </w:p>
    <w:p>
      <w:r>
        <w:t>For Home Castle World, publishing this checklist would demonstrate confidence and help customers make informed decisions. A transparent company does not need to hide complexity; it needs to explain it.</w:t>
      </w:r>
    </w:p>
    <w:p>
      <w:pPr>
        <w:pStyle w:val="Heading1"/>
      </w:pPr>
      <w:r>
        <w:t>32. Practical Due-Diligence Checklist for Developers</w:t>
      </w:r>
    </w:p>
    <w:p>
      <w:r>
        <w:t>Developers should begin with market validation rather than factory investment. The first step is to identify a real customer segment and a real site. Product design should then be built around the requirements of that market.</w:t>
      </w:r>
    </w:p>
    <w:p>
      <w:r>
        <w:t>Developers should model the complete cost of the development, including land, approvals, design, factory production, transport, installation, infrastructure, finance, sales and marketing. Sensitivity analysis should test changes in material costs, transport distances, sales volumes and construction timelines.</w:t>
      </w:r>
    </w:p>
    <w:p>
      <w:r>
        <w:t>Manufacturing capacity should be validated. A factory that can produce 1,000 units per year on paper may not be able to maintain the required quality at that volume without adequate staffing, equipment and supply-chain capacity.</w:t>
      </w:r>
    </w:p>
    <w:p>
      <w:r>
        <w:t>Developers should also test installation logistics through a prototype. A single successful prototype does not prove that a 200-unit project will work, but it can expose design and site issues before major capital is committed.</w:t>
      </w:r>
    </w:p>
    <w:p>
      <w:r>
        <w:t>Finally, customer research should be continuous. The best modular product is not the one engineers find most elegant; it is the one that solves customer needs while remaining commercially viable.</w:t>
      </w:r>
    </w:p>
    <w:p>
      <w:pPr>
        <w:pStyle w:val="Heading1"/>
      </w:pPr>
      <w:r>
        <w:t>33. Case-Study Framework for Home Castle World</w:t>
      </w:r>
    </w:p>
    <w:p>
      <w:r>
        <w:t>As Home Castle World completes projects, the company should document them systematically. A useful case study begins with the customer's need and the site's characteristics. It should then describe the selected modular system, floor plan, material package, production process, transport route and installation.</w:t>
      </w:r>
    </w:p>
    <w:p>
      <w:r>
        <w:t>Where verified data are available, the case study can report production duration, site installation duration, total project duration, major cost categories, energy features and customer satisfaction. If data are estimates, they should be labelled as estimates.</w:t>
      </w:r>
    </w:p>
    <w:p>
      <w:r>
        <w:t>Before-and-after photography can show the site transformation. Factory photographs can explain the manufacturing process. Detail images can demonstrate finishes and services.</w:t>
      </w:r>
    </w:p>
    <w:p>
      <w:r>
        <w:t>A case study should also include challenges. If the site had difficult access or a design change caused a delay, explaining how the team solved the problem can make the story more credible than presenting a perfect narrative.</w:t>
      </w:r>
    </w:p>
    <w:p>
      <w:r>
        <w:t>Over time, these case studies become one of the company's strongest marketing and sales assets because they provide evidence of real delivery capability.</w:t>
      </w:r>
    </w:p>
    <w:p>
      <w:pPr>
        <w:pStyle w:val="Heading1"/>
      </w:pPr>
      <w:r>
        <w:t>34. Frequently Asked Questions About Modular Houses</w:t>
      </w:r>
    </w:p>
    <w:p>
      <w:r>
        <w:t>What is a modular house? It is a building produced using a modular or prefabricated construction system in which substantial components are manufactured or assembled away from the final site and then installed or completed on site.</w:t>
      </w:r>
    </w:p>
    <w:p>
      <w:r>
        <w:t>Is a modular house permanent? A modular building can be designed as a permanent structure, but the answer depends on the specific structural system, foundation, approvals and intended use.</w:t>
      </w:r>
    </w:p>
    <w:p>
      <w:r>
        <w:t>Are modular houses customisable? Yes, within the limits of the selected system. Customers can often choose layouts, finishes, façades and equipment, although extensive changes may affect cost and production efficiency.</w:t>
      </w:r>
    </w:p>
    <w:p>
      <w:r>
        <w:t>Are modular houses always cheaper? No. Total cost depends on design, materials, production volume, transport, site conditions, approvals and installation.</w:t>
      </w:r>
    </w:p>
    <w:p>
      <w:r>
        <w:t>Are modular houses faster to build? They can be faster in suitable projects because factory production and site preparation may overlap, but the actual programme depends on approvals, production capacity, logistics and site readiness.</w:t>
      </w:r>
    </w:p>
    <w:p>
      <w:r>
        <w:t>Can modular houses be energy efficient? Yes, if designed with appropriate insulation, glazing, shading, efficient equipment and building-services strategies. Performance depends on the actual specification.</w:t>
      </w:r>
    </w:p>
    <w:p>
      <w:r>
        <w:t>Can a modular house be expanded? Some systems can be designed for future expansion, but this should be planned at the engineering stage.</w:t>
      </w:r>
    </w:p>
    <w:p>
      <w:r>
        <w:t>What approvals are required? Requirements vary by location, building type and project. Modular construction does not remove normal planning, structural, fire, service and other applicable requirements.</w:t>
      </w:r>
    </w:p>
    <w:p>
      <w:r>
        <w:t>Is modular construction suitable for India? It can be suitable for many applications, but the design must account for Indian climate, logistics, regulations and site conditions.</w:t>
      </w:r>
    </w:p>
    <w:p>
      <w:r>
        <w:t>What should a buyer ask the supplier? Ask for complete specifications, inclusions and exclusions, project responsibilities, approvals, warranty, maintenance requirements, installation process and a site-specific cost estimate.</w:t>
      </w:r>
    </w:p>
    <w:p>
      <w:pPr>
        <w:pStyle w:val="Heading1"/>
      </w:pPr>
      <w:r>
        <w:t>35. Glossary of Modular Housing Terms</w:t>
      </w:r>
    </w:p>
    <w:p>
      <w:r>
        <w:t>Modular construction: A construction approach that uses modules or components manufactured or assembled partly away from the final building site.</w:t>
      </w:r>
    </w:p>
    <w:p>
      <w:r>
        <w:t>Prefabrication: Production of building components before they are installed in their final location.</w:t>
      </w:r>
    </w:p>
    <w:p>
      <w:r>
        <w:t>Volumetric modular: Three-dimensional modules produced in a factory and transported to the site.</w:t>
      </w:r>
    </w:p>
    <w:p>
      <w:r>
        <w:t>Panelised construction: Building components such as walls or floors manufactured as panels and assembled at the site.</w:t>
      </w:r>
    </w:p>
    <w:p>
      <w:r>
        <w:t>Hybrid construction: A system combining modular or prefabricated components with conventional construction.</w:t>
      </w:r>
    </w:p>
    <w:p>
      <w:r>
        <w:t>Factory acceptance: Inspection or testing performed before a component or module leaves the production facility.</w:t>
      </w:r>
    </w:p>
    <w:p>
      <w:r>
        <w:t>Site acceptance: Inspection and testing after installation at the final location.</w:t>
      </w:r>
    </w:p>
    <w:p>
      <w:r>
        <w:t>Bill of materials: A detailed list of components and quantities required for production.</w:t>
      </w:r>
    </w:p>
    <w:p>
      <w:r>
        <w:t>Change order: A documented alteration to an agreed design or specification that may affect cost or schedule.</w:t>
      </w:r>
    </w:p>
    <w:p>
      <w:r>
        <w:t>Lifecycle cost: The total cost of owning or operating an asset over its useful life, including acquisition, operation, maintenance and replacement.</w:t>
      </w:r>
    </w:p>
    <w:p>
      <w:r>
        <w:t>Building envelope: The parts of a building that separate interior space from the exterior environment, including walls, roof, windows and doors.</w:t>
      </w:r>
    </w:p>
    <w:p>
      <w:r>
        <w:t>Commissioning: The process of verifying that building systems operate as intended.</w:t>
      </w:r>
    </w:p>
    <w:p>
      <w:r>
        <w:t>Embodied impact: Environmental impact associated with materials and construction, including production and transport.</w:t>
      </w:r>
    </w:p>
    <w:p>
      <w:r>
        <w:t>Operational energy: Energy consumed during the use of a building.</w:t>
      </w:r>
    </w:p>
    <w:p>
      <w:r>
        <w:t>Design for manufacture and assembly: Designing a product so that it can be efficiently produced and assembled.</w:t>
      </w:r>
    </w:p>
    <w:p>
      <w:r>
        <w:t>These terms can be included in Home Castle World's website glossary and customer education materials.</w:t>
      </w:r>
    </w:p>
    <w:p>
      <w:pPr>
        <w:pStyle w:val="Heading1"/>
      </w:pPr>
      <w:r>
        <w:t>36. Modular Housing and Land Economics</w:t>
      </w:r>
    </w:p>
    <w:p>
      <w:r>
        <w:t>36. Modular Housing and Land Economics</w:t>
      </w:r>
    </w:p>
    <w:p>
      <w:r>
        <w:t>This section examines land economics, plot efficiency, infrastructure and development feasibility as part of the wider modular-housing and real-estate ecosystem. The commercial opportunity is strongest when the subject is connected to measurable customer needs rather than treated as a standalone trend.</w:t>
      </w:r>
    </w:p>
    <w:p>
      <w:r>
        <w:t>For Home Castle World, this area should be approached as a practical part of the company's wider modular-housing system. The objective is not to treat modular construction as a slogan but to identify where a repeatable product can solve a genuine customer or developer problem. Every proposal should begin with the site, user, budget, regulatory environment and operational requirements.</w:t>
      </w:r>
    </w:p>
    <w:p>
      <w:r>
        <w:t>A professional approach requires several layers of analysis. The first is customer value. A modular solution should make a meaningful difference to the person or organisation buying it. That difference may involve a clearer specification, predictable design, easier expansion, lower maintenance, faster installation, better use of space or improved operational management. The second is technical feasibility. Engineers and architects need to confirm that the proposed system can meet structural, fire, service, durability and environmental requirements. The third is commercial feasibility. Production, logistics, installation and after-sales costs need to be understood before a promise is made to the customer.</w:t>
      </w:r>
    </w:p>
    <w:p>
      <w:r>
        <w:t>The fourth layer is scalability. A system becomes more valuable when it can be repeated without becoming generic. Home Castle World can develop standard interfaces, common service zones, approved materials and repeatable design families while allowing customers to select meaningful options. This approach can create economies of repetition without eliminating architectural identity.</w:t>
      </w:r>
    </w:p>
    <w:p>
      <w:r>
        <w:t>The fifth layer is measurement. The company should establish metrics that allow the team to learn from every project. Useful indicators include production hours per module, installation hours, material variance, defect rates, warranty claims, energy performance where measured, customer satisfaction, sales conversion and schedule variance. Over time, this data can support better product decisions.</w:t>
      </w:r>
    </w:p>
    <w:p>
      <w:r>
        <w:t>The broader real-estate lesson is that housing is a system. Land, planning, construction, finance, transport, infrastructure, design, marketing and maintenance are connected. Modular construction can improve some connections, but it cannot remove the need for professional planning. A successful Home Castle World project should therefore be evaluated as a complete development rather than as a factory product alone.</w:t>
      </w:r>
    </w:p>
    <w:p>
      <w:r>
        <w:t>The customer communication should remain equally disciplined. Marketing can be aspirational, but technical and financial claims should be specific. If a project is expected to be faster, the company should define the comparison and the scope. If a product is presented as affordable, the company should explain the price basis. If sustainability is highlighted, the relevant features should be documented. This creates a brand that can grow through evidence.</w:t>
      </w:r>
    </w:p>
    <w:p>
      <w:r>
        <w:t>In practical terms, land economics, plot efficiency, infrastructure and development feasibility should be integrated into the product-development process, the site-assessment process and the customer journey. It should influence the design brief before manufacturing begins and the handover process after installation. That continuity is what turns modular construction from a building technique into a real-estate platform.</w:t>
      </w:r>
    </w:p>
    <w:p>
      <w:r>
        <w:t>Home Castle World can use this discipline to develop a portfolio that is visually distinctive, technically credible and commercially understandable. The long-term objective is to create homes and communities that people can trust—not because they are described as revolutionary, but because their quality, specifications, delivery process and customer support demonstrate value in practice.</w:t>
      </w:r>
    </w:p>
    <w:p>
      <w:r>
        <w:t>The strongest modular-housing brands will combine industrial efficiency with human-centred design. They will use technology where it improves outcomes, standardisation where it reduces unnecessary complexity and customisation where it genuinely improves the customer experience. They will also recognise that affordability is not simply a lower purchase price; it is the relationship between income, acquisition cost, operating cost, maintenance, location and long-term usability.</w:t>
      </w:r>
    </w:p>
    <w:p>
      <w:r>
        <w:t>For Home Castle World, this means building a business that can learn. Each project should make the next project better. Each customer question should improve the product documentation. Each installation challenge should inform the next design revision. Each maintenance issue should influence material selection. This continuous improvement model can become one of the company's most valuable competitive assets.</w:t>
      </w:r>
    </w:p>
    <w:p>
      <w:r>
        <w:t>Ultimately, the opportunity is to make modular housing understandable, dependable and desirable. The industry does not need every home to be modular. It needs better choices. Home Castle World can contribute to that choice by combining thoughtful architecture, disciplined manufacturing, responsible real-estate development and transparent customer service.</w:t>
      </w:r>
    </w:p>
    <w:p>
      <w:pPr>
        <w:pStyle w:val="Heading1"/>
      </w:pPr>
      <w:r>
        <w:t>37. Modular Housing and Hospitality</w:t>
      </w:r>
    </w:p>
    <w:p>
      <w:r>
        <w:t>37. Modular Housing and Hospitality</w:t>
      </w:r>
    </w:p>
    <w:p>
      <w:r>
        <w:t>This section examines resorts, serviced accommodation, eco-tourism and guest experience as part of the wider modular-housing and real-estate ecosystem. The commercial opportunity is strongest when the subject is connected to measurable customer needs rather than treated as a standalone trend.</w:t>
      </w:r>
    </w:p>
    <w:p>
      <w:r>
        <w:t>For Home Castle World, this area should be approached as a practical part of the company's wider modular-housing system. The objective is not to treat modular construction as a slogan but to identify where a repeatable product can solve a genuine customer or developer problem. Every proposal should begin with the site, user, budget, regulatory environment and operational requirements.</w:t>
      </w:r>
    </w:p>
    <w:p>
      <w:r>
        <w:t>A professional approach requires several layers of analysis. The first is customer value. A modular solution should make a meaningful difference to the person or organisation buying it. That difference may involve a clearer specification, predictable design, easier expansion, lower maintenance, faster installation, better use of space or improved operational management. The second is technical feasibility. Engineers and architects need to confirm that the proposed system can meet structural, fire, service, durability and environmental requirements. The third is commercial feasibility. Production, logistics, installation and after-sales costs need to be understood before a promise is made to the customer.</w:t>
      </w:r>
    </w:p>
    <w:p>
      <w:r>
        <w:t>The fourth layer is scalability. A system becomes more valuable when it can be repeated without becoming generic. Home Castle World can develop standard interfaces, common service zones, approved materials and repeatable design families while allowing customers to select meaningful options. This approach can create economies of repetition without eliminating architectural identity.</w:t>
      </w:r>
    </w:p>
    <w:p>
      <w:r>
        <w:t>The fifth layer is measurement. The company should establish metrics that allow the team to learn from every project. Useful indicators include production hours per module, installation hours, material variance, defect rates, warranty claims, energy performance where measured, customer satisfaction, sales conversion and schedule variance. Over time, this data can support better product decisions.</w:t>
      </w:r>
    </w:p>
    <w:p>
      <w:r>
        <w:t>The broader real-estate lesson is that housing is a system. Land, planning, construction, finance, transport, infrastructure, design, marketing and maintenance are connected. Modular construction can improve some connections, but it cannot remove the need for professional planning. A successful Home Castle World project should therefore be evaluated as a complete development rather than as a factory product alone.</w:t>
      </w:r>
    </w:p>
    <w:p>
      <w:r>
        <w:t>The customer communication should remain equally disciplined. Marketing can be aspirational, but technical and financial claims should be specific. If a project is expected to be faster, the company should define the comparison and the scope. If a product is presented as affordable, the company should explain the price basis. If sustainability is highlighted, the relevant features should be documented. This creates a brand that can grow through evidence.</w:t>
      </w:r>
    </w:p>
    <w:p>
      <w:r>
        <w:t>In practical terms, resorts, serviced accommodation, eco-tourism and guest experience should be integrated into the product-development process, the site-assessment process and the customer journey. It should influence the design brief before manufacturing begins and the handover process after installation. That continuity is what turns modular construction from a building technique into a real-estate platform.</w:t>
      </w:r>
    </w:p>
    <w:p>
      <w:r>
        <w:t>Home Castle World can use this discipline to develop a portfolio that is visually distinctive, technically credible and commercially understandable. The long-term objective is to create homes and communities that people can trust—not because they are described as revolutionary, but because their quality, specifications, delivery process and customer support demonstrate value in practice.</w:t>
      </w:r>
    </w:p>
    <w:p>
      <w:r>
        <w:t>The strongest modular-housing brands will combine industrial efficiency with human-centred design. They will use technology where it improves outcomes, standardisation where it reduces unnecessary complexity and customisation where it genuinely improves the customer experience. They will also recognise that affordability is not simply a lower purchase price; it is the relationship between income, acquisition cost, operating cost, maintenance, location and long-term usability.</w:t>
      </w:r>
    </w:p>
    <w:p>
      <w:r>
        <w:t>For Home Castle World, this means building a business that can learn. Each project should make the next project better. Each customer question should improve the product documentation. Each installation challenge should inform the next design revision. Each maintenance issue should influence material selection. This continuous improvement model can become one of the company's most valuable competitive assets.</w:t>
      </w:r>
    </w:p>
    <w:p>
      <w:r>
        <w:t>Ultimately, the opportunity is to make modular housing understandable, dependable and desirable. The industry does not need every home to be modular. It needs better choices. Home Castle World can contribute to that choice by combining thoughtful architecture, disciplined manufacturing, responsible real-estate development and transparent customer service.</w:t>
      </w:r>
    </w:p>
    <w:p>
      <w:pPr>
        <w:pStyle w:val="Heading1"/>
      </w:pPr>
      <w:r>
        <w:t>38. Modular Housing and Workforce Accommodation</w:t>
      </w:r>
    </w:p>
    <w:p>
      <w:r>
        <w:t>38. Modular Housing and Workforce Accommodation</w:t>
      </w:r>
    </w:p>
    <w:p>
      <w:r>
        <w:t>This section examines industrial projects, worker accommodation and repeatable facilities as part of the wider modular-housing and real-estate ecosystem. The commercial opportunity is strongest when the subject is connected to measurable customer needs rather than treated as a standalone trend.</w:t>
      </w:r>
    </w:p>
    <w:p>
      <w:r>
        <w:t>For Home Castle World, this area should be approached as a practical part of the company's wider modular-housing system. The objective is not to treat modular construction as a slogan but to identify where a repeatable product can solve a genuine customer or developer problem. Every proposal should begin with the site, user, budget, regulatory environment and operational requirements.</w:t>
      </w:r>
    </w:p>
    <w:p>
      <w:r>
        <w:t>A professional approach requires several layers of analysis. The first is customer value. A modular solution should make a meaningful difference to the person or organisation buying it. That difference may involve a clearer specification, predictable design, easier expansion, lower maintenance, faster installation, better use of space or improved operational management. The second is technical feasibility. Engineers and architects need to confirm that the proposed system can meet structural, fire, service, durability and environmental requirements. The third is commercial feasibility. Production, logistics, installation and after-sales costs need to be understood before a promise is made to the customer.</w:t>
      </w:r>
    </w:p>
    <w:p>
      <w:r>
        <w:t>The fourth layer is scalability. A system becomes more valuable when it can be repeated without becoming generic. Home Castle World can develop standard interfaces, common service zones, approved materials and repeatable design families while allowing customers to select meaningful options. This approach can create economies of repetition without eliminating architectural identity.</w:t>
      </w:r>
    </w:p>
    <w:p>
      <w:r>
        <w:t>The fifth layer is measurement. The company should establish metrics that allow the team to learn from every project. Useful indicators include production hours per module, installation hours, material variance, defect rates, warranty claims, energy performance where measured, customer satisfaction, sales conversion and schedule variance. Over time, this data can support better product decisions.</w:t>
      </w:r>
    </w:p>
    <w:p>
      <w:r>
        <w:t>The broader real-estate lesson is that housing is a system. Land, planning, construction, finance, transport, infrastructure, design, marketing and maintenance are connected. Modular construction can improve some connections, but it cannot remove the need for professional planning. A successful Home Castle World project should therefore be evaluated as a complete development rather than as a factory product alone.</w:t>
      </w:r>
    </w:p>
    <w:p>
      <w:r>
        <w:t>The customer communication should remain equally disciplined. Marketing can be aspirational, but technical and financial claims should be specific. If a project is expected to be faster, the company should define the comparison and the scope. If a product is presented as affordable, the company should explain the price basis. If sustainability is highlighted, the relevant features should be documented. This creates a brand that can grow through evidence.</w:t>
      </w:r>
    </w:p>
    <w:p>
      <w:r>
        <w:t>In practical terms, industrial projects, worker accommodation and repeatable facilities should be integrated into the product-development process, the site-assessment process and the customer journey. It should influence the design brief before manufacturing begins and the handover process after installation. That continuity is what turns modular construction from a building technique into a real-estate platform.</w:t>
      </w:r>
    </w:p>
    <w:p>
      <w:r>
        <w:t>Home Castle World can use this discipline to develop a portfolio that is visually distinctive, technically credible and commercially understandable. The long-term objective is to create homes and communities that people can trust—not because they are described as revolutionary, but because their quality, specifications, delivery process and customer support demonstrate value in practice.</w:t>
      </w:r>
    </w:p>
    <w:p>
      <w:r>
        <w:t>The strongest modular-housing brands will combine industrial efficiency with human-centred design. They will use technology where it improves outcomes, standardisation where it reduces unnecessary complexity and customisation where it genuinely improves the customer experience. They will also recognise that affordability is not simply a lower purchase price; it is the relationship between income, acquisition cost, operating cost, maintenance, location and long-term usability.</w:t>
      </w:r>
    </w:p>
    <w:p>
      <w:r>
        <w:t>For Home Castle World, this means building a business that can learn. Each project should make the next project better. Each customer question should improve the product documentation. Each installation challenge should inform the next design revision. Each maintenance issue should influence material selection. This continuous improvement model can become one of the company's most valuable competitive assets.</w:t>
      </w:r>
    </w:p>
    <w:p>
      <w:r>
        <w:t>Ultimately, the opportunity is to make modular housing understandable, dependable and desirable. The industry does not need every home to be modular. It needs better choices. Home Castle World can contribute to that choice by combining thoughtful architecture, disciplined manufacturing, responsible real-estate development and transparent customer service.</w:t>
      </w:r>
    </w:p>
    <w:p>
      <w:pPr>
        <w:pStyle w:val="Heading1"/>
      </w:pPr>
      <w:r>
        <w:t>39. Modular Housing and Student Living</w:t>
      </w:r>
    </w:p>
    <w:p>
      <w:r>
        <w:t>39. Modular Housing and Student Living</w:t>
      </w:r>
    </w:p>
    <w:p>
      <w:r>
        <w:t>This section examines student accommodation, compact layouts and operational management as part of the wider modular-housing and real-estate ecosystem. The commercial opportunity is strongest when the subject is connected to measurable customer needs rather than treated as a standalone trend.</w:t>
      </w:r>
    </w:p>
    <w:p>
      <w:r>
        <w:t>For Home Castle World, this area should be approached as a practical part of the company's wider modular-housing system. The objective is not to treat modular construction as a slogan but to identify where a repeatable product can solve a genuine customer or developer problem. Every proposal should begin with the site, user, budget, regulatory environment and operational requirements.</w:t>
      </w:r>
    </w:p>
    <w:p>
      <w:r>
        <w:t>A professional approach requires several layers of analysis. The first is customer value. A modular solution should make a meaningful difference to the person or organisation buying it. That difference may involve a clearer specification, predictable design, easier expansion, lower maintenance, faster installation, better use of space or improved operational management. The second is technical feasibility. Engineers and architects need to confirm that the proposed system can meet structural, fire, service, durability and environmental requirements. The third is commercial feasibility. Production, logistics, installation and after-sales costs need to be understood before a promise is made to the customer.</w:t>
      </w:r>
    </w:p>
    <w:p>
      <w:r>
        <w:t>The fourth layer is scalability. A system becomes more valuable when it can be repeated without becoming generic. Home Castle World can develop standard interfaces, common service zones, approved materials and repeatable design families while allowing customers to select meaningful options. This approach can create economies of repetition without eliminating architectural identity.</w:t>
      </w:r>
    </w:p>
    <w:p>
      <w:r>
        <w:t>The fifth layer is measurement. The company should establish metrics that allow the team to learn from every project. Useful indicators include production hours per module, installation hours, material variance, defect rates, warranty claims, energy performance where measured, customer satisfaction, sales conversion and schedule variance. Over time, this data can support better product decisions.</w:t>
      </w:r>
    </w:p>
    <w:p>
      <w:r>
        <w:t>The broader real-estate lesson is that housing is a system. Land, planning, construction, finance, transport, infrastructure, design, marketing and maintenance are connected. Modular construction can improve some connections, but it cannot remove the need for professional planning. A successful Home Castle World project should therefore be evaluated as a complete development rather than as a factory product alone.</w:t>
      </w:r>
    </w:p>
    <w:p>
      <w:r>
        <w:t>The customer communication should remain equally disciplined. Marketing can be aspirational, but technical and financial claims should be specific. If a project is expected to be faster, the company should define the comparison and the scope. If a product is presented as affordable, the company should explain the price basis. If sustainability is highlighted, the relevant features should be documented. This creates a brand that can grow through evidence.</w:t>
      </w:r>
    </w:p>
    <w:p>
      <w:r>
        <w:t>In practical terms, student accommodation, compact layouts and operational management should be integrated into the product-development process, the site-assessment process and the customer journey. It should influence the design brief before manufacturing begins and the handover process after installation. That continuity is what turns modular construction from a building technique into a real-estate platform.</w:t>
      </w:r>
    </w:p>
    <w:p>
      <w:r>
        <w:t>Home Castle World can use this discipline to develop a portfolio that is visually distinctive, technically credible and commercially understandable. The long-term objective is to create homes and communities that people can trust—not because they are described as revolutionary, but because their quality, specifications, delivery process and customer support demonstrate value in practice.</w:t>
      </w:r>
    </w:p>
    <w:p>
      <w:r>
        <w:t>The strongest modular-housing brands will combine industrial efficiency with human-centred design. They will use technology where it improves outcomes, standardisation where it reduces unnecessary complexity and customisation where it genuinely improves the customer experience. They will also recognise that affordability is not simply a lower purchase price; it is the relationship between income, acquisition cost, operating cost, maintenance, location and long-term usability.</w:t>
      </w:r>
    </w:p>
    <w:p>
      <w:r>
        <w:t>For Home Castle World, this means building a business that can learn. Each project should make the next project better. Each customer question should improve the product documentation. Each installation challenge should inform the next design revision. Each maintenance issue should influence material selection. This continuous improvement model can become one of the company's most valuable competitive assets.</w:t>
      </w:r>
    </w:p>
    <w:p>
      <w:r>
        <w:t>Ultimately, the opportunity is to make modular housing understandable, dependable and desirable. The industry does not need every home to be modular. It needs better choices. Home Castle World can contribute to that choice by combining thoughtful architecture, disciplined manufacturing, responsible real-estate development and transparent customer service.</w:t>
      </w:r>
    </w:p>
    <w:p>
      <w:pPr>
        <w:pStyle w:val="Heading1"/>
      </w:pPr>
      <w:r>
        <w:t>40. Modular Housing and Senior-Friendly Design</w:t>
      </w:r>
    </w:p>
    <w:p>
      <w:r>
        <w:t>40. Modular Housing and Senior-Friendly Design</w:t>
      </w:r>
    </w:p>
    <w:p>
      <w:r>
        <w:t>This section examines accessibility, adaptable layouts and ageing-in-place as part of the wider modular-housing and real-estate ecosystem. The commercial opportunity is strongest when the subject is connected to measurable customer needs rather than treated as a standalone trend.</w:t>
      </w:r>
    </w:p>
    <w:p>
      <w:r>
        <w:t>For Home Castle World, this area should be approached as a practical part of the company's wider modular-housing system. The objective is not to treat modular construction as a slogan but to identify where a repeatable product can solve a genuine customer or developer problem. Every proposal should begin with the site, user, budget, regulatory environment and operational requirements.</w:t>
      </w:r>
    </w:p>
    <w:p>
      <w:r>
        <w:t>A professional approach requires several layers of analysis. The first is customer value. A modular solution should make a meaningful difference to the person or organisation buying it. That difference may involve a clearer specification, predictable design, easier expansion, lower maintenance, faster installation, better use of space or improved operational management. The second is technical feasibility. Engineers and architects need to confirm that the proposed system can meet structural, fire, service, durability and environmental requirements. The third is commercial feasibility. Production, logistics, installation and after-sales costs need to be understood before a promise is made to the customer.</w:t>
      </w:r>
    </w:p>
    <w:p>
      <w:r>
        <w:t>The fourth layer is scalability. A system becomes more valuable when it can be repeated without becoming generic. Home Castle World can develop standard interfaces, common service zones, approved materials and repeatable design families while allowing customers to select meaningful options. This approach can create economies of repetition without eliminating architectural identity.</w:t>
      </w:r>
    </w:p>
    <w:p>
      <w:r>
        <w:t>The fifth layer is measurement. The company should establish metrics that allow the team to learn from every project. Useful indicators include production hours per module, installation hours, material variance, defect rates, warranty claims, energy performance where measured, customer satisfaction, sales conversion and schedule variance. Over time, this data can support better product decisions.</w:t>
      </w:r>
    </w:p>
    <w:p>
      <w:r>
        <w:t>The broader real-estate lesson is that housing is a system. Land, planning, construction, finance, transport, infrastructure, design, marketing and maintenance are connected. Modular construction can improve some connections, but it cannot remove the need for professional planning. A successful Home Castle World project should therefore be evaluated as a complete development rather than as a factory product alone.</w:t>
      </w:r>
    </w:p>
    <w:p>
      <w:r>
        <w:t>The customer communication should remain equally disciplined. Marketing can be aspirational, but technical and financial claims should be specific. If a project is expected to be faster, the company should define the comparison and the scope. If a product is presented as affordable, the company should explain the price basis. If sustainability is highlighted, the relevant features should be documented. This creates a brand that can grow through evidence.</w:t>
      </w:r>
    </w:p>
    <w:p>
      <w:r>
        <w:t>In practical terms, accessibility, adaptable layouts and ageing-in-place should be integrated into the product-development process, the site-assessment process and the customer journey. It should influence the design brief before manufacturing begins and the handover process after installation. That continuity is what turns modular construction from a building technique into a real-estate platform.</w:t>
      </w:r>
    </w:p>
    <w:p>
      <w:r>
        <w:t>Home Castle World can use this discipline to develop a portfolio that is visually distinctive, technically credible and commercially understandable. The long-term objective is to create homes and communities that people can trust—not because they are described as revolutionary, but because their quality, specifications, delivery process and customer support demonstrate value in practice.</w:t>
      </w:r>
    </w:p>
    <w:p>
      <w:r>
        <w:t>The strongest modular-housing brands will combine industrial efficiency with human-centred design. They will use technology where it improves outcomes, standardisation where it reduces unnecessary complexity and customisation where it genuinely improves the customer experience. They will also recognise that affordability is not simply a lower purchase price; it is the relationship between income, acquisition cost, operating cost, maintenance, location and long-term usability.</w:t>
      </w:r>
    </w:p>
    <w:p>
      <w:r>
        <w:t>For Home Castle World, this means building a business that can learn. Each project should make the next project better. Each customer question should improve the product documentation. Each installation challenge should inform the next design revision. Each maintenance issue should influence material selection. This continuous improvement model can become one of the company's most valuable competitive assets.</w:t>
      </w:r>
    </w:p>
    <w:p>
      <w:r>
        <w:t>Ultimately, the opportunity is to make modular housing understandable, dependable and desirable. The industry does not need every home to be modular. It needs better choices. Home Castle World can contribute to that choice by combining thoughtful architecture, disciplined manufacturing, responsible real-estate development and transparent customer service.</w:t>
      </w:r>
    </w:p>
    <w:p>
      <w:pPr>
        <w:pStyle w:val="Heading1"/>
      </w:pPr>
      <w:r>
        <w:t>41. Modular Housing and Disaster Recovery</w:t>
      </w:r>
    </w:p>
    <w:p>
      <w:r>
        <w:t>41. Modular Housing and Disaster Recovery</w:t>
      </w:r>
    </w:p>
    <w:p>
      <w:r>
        <w:t>This section examines rapid reconstruction, emergency accommodation and resilience as part of the wider modular-housing and real-estate ecosystem. The commercial opportunity is strongest when the subject is connected to measurable customer needs rather than treated as a standalone trend.</w:t>
      </w:r>
    </w:p>
    <w:p>
      <w:r>
        <w:t>For Home Castle World, this area should be approached as a practical part of the company's wider modular-housing system. The objective is not to treat modular construction as a slogan but to identify where a repeatable product can solve a genuine customer or developer problem. Every proposal should begin with the site, user, budget, regulatory environment and operational requirements.</w:t>
      </w:r>
    </w:p>
    <w:p>
      <w:r>
        <w:t>A professional approach requires several layers of analysis. The first is customer value. A modular solution should make a meaningful difference to the person or organisation buying it. That difference may involve a clearer specification, predictable design, easier expansion, lower maintenance, faster installation, better use of space or improved operational management. The second is technical feasibility. Engineers and architects need to confirm that the proposed system can meet structural, fire, service, durability and environmental requirements. The third is commercial feasibility. Production, logistics, installation and after-sales costs need to be understood before a promise is made to the customer.</w:t>
      </w:r>
    </w:p>
    <w:p>
      <w:r>
        <w:t>The fourth layer is scalability. A system becomes more valuable when it can be repeated without becoming generic. Home Castle World can develop standard interfaces, common service zones, approved materials and repeatable design families while allowing customers to select meaningful options. This approach can create economies of repetition without eliminating architectural identity.</w:t>
      </w:r>
    </w:p>
    <w:p>
      <w:r>
        <w:t>The fifth layer is measurement. The company should establish metrics that allow the team to learn from every project. Useful indicators include production hours per module, installation hours, material variance, defect rates, warranty claims, energy performance where measured, customer satisfaction, sales conversion and schedule variance. Over time, this data can support better product decisions.</w:t>
      </w:r>
    </w:p>
    <w:p>
      <w:r>
        <w:t>The broader real-estate lesson is that housing is a system. Land, planning, construction, finance, transport, infrastructure, design, marketing and maintenance are connected. Modular construction can improve some connections, but it cannot remove the need for professional planning. A successful Home Castle World project should therefore be evaluated as a complete development rather than as a factory product alone.</w:t>
      </w:r>
    </w:p>
    <w:p>
      <w:r>
        <w:t>The customer communication should remain equally disciplined. Marketing can be aspirational, but technical and financial claims should be specific. If a project is expected to be faster, the company should define the comparison and the scope. If a product is presented as affordable, the company should explain the price basis. If sustainability is highlighted, the relevant features should be documented. This creates a brand that can grow through evidence.</w:t>
      </w:r>
    </w:p>
    <w:p>
      <w:r>
        <w:t>In practical terms, rapid reconstruction, emergency accommodation and resilience should be integrated into the product-development process, the site-assessment process and the customer journey. It should influence the design brief before manufacturing begins and the handover process after installation. That continuity is what turns modular construction from a building technique into a real-estate platform.</w:t>
      </w:r>
    </w:p>
    <w:p>
      <w:r>
        <w:t>Home Castle World can use this discipline to develop a portfolio that is visually distinctive, technically credible and commercially understandable. The long-term objective is to create homes and communities that people can trust—not because they are described as revolutionary, but because their quality, specifications, delivery process and customer support demonstrate value in practice.</w:t>
      </w:r>
    </w:p>
    <w:p>
      <w:r>
        <w:t>The strongest modular-housing brands will combine industrial efficiency with human-centred design. They will use technology where it improves outcomes, standardisation where it reduces unnecessary complexity and customisation where it genuinely improves the customer experience. They will also recognise that affordability is not simply a lower purchase price; it is the relationship between income, acquisition cost, operating cost, maintenance, location and long-term usability.</w:t>
      </w:r>
    </w:p>
    <w:p>
      <w:r>
        <w:t>For Home Castle World, this means building a business that can learn. Each project should make the next project better. Each customer question should improve the product documentation. Each installation challenge should inform the next design revision. Each maintenance issue should influence material selection. This continuous improvement model can become one of the company's most valuable competitive assets.</w:t>
      </w:r>
    </w:p>
    <w:p>
      <w:r>
        <w:t>Ultimately, the opportunity is to make modular housing understandable, dependable and desirable. The industry does not need every home to be modular. It needs better choices. Home Castle World can contribute to that choice by combining thoughtful architecture, disciplined manufacturing, responsible real-estate development and transparent customer service.</w:t>
      </w:r>
    </w:p>
    <w:p>
      <w:pPr>
        <w:pStyle w:val="Heading1"/>
      </w:pPr>
      <w:r>
        <w:t>42. Modular Housing and Remote Locations</w:t>
      </w:r>
    </w:p>
    <w:p>
      <w:r>
        <w:t>42. Modular Housing and Remote Locations</w:t>
      </w:r>
    </w:p>
    <w:p>
      <w:r>
        <w:t>This section examines challenging access, logistics, utilities and off-grid possibilities as part of the wider modular-housing and real-estate ecosystem. The commercial opportunity is strongest when the subject is connected to measurable customer needs rather than treated as a standalone trend.</w:t>
      </w:r>
    </w:p>
    <w:p>
      <w:r>
        <w:t>For Home Castle World, this area should be approached as a practical part of the company's wider modular-housing system. The objective is not to treat modular construction as a slogan but to identify where a repeatable product can solve a genuine customer or developer problem. Every proposal should begin with the site, user, budget, regulatory environment and operational requirements.</w:t>
      </w:r>
    </w:p>
    <w:p>
      <w:r>
        <w:t>A professional approach requires several layers of analysis. The first is customer value. A modular solution should make a meaningful difference to the person or organisation buying it. That difference may involve a clearer specification, predictable design, easier expansion, lower maintenance, faster installation, better use of space or improved operational management. The second is technical feasibility. Engineers and architects need to confirm that the proposed system can meet structural, fire, service, durability and environmental requirements. The third is commercial feasibility. Production, logistics, installation and after-sales costs need to be understood before a promise is made to the customer.</w:t>
      </w:r>
    </w:p>
    <w:p>
      <w:r>
        <w:t>The fourth layer is scalability. A system becomes more valuable when it can be repeated without becoming generic. Home Castle World can develop standard interfaces, common service zones, approved materials and repeatable design families while allowing customers to select meaningful options. This approach can create economies of repetition without eliminating architectural identity.</w:t>
      </w:r>
    </w:p>
    <w:p>
      <w:r>
        <w:t>The fifth layer is measurement. The company should establish metrics that allow the team to learn from every project. Useful indicators include production hours per module, installation hours, material variance, defect rates, warranty claims, energy performance where measured, customer satisfaction, sales conversion and schedule variance. Over time, this data can support better product decisions.</w:t>
      </w:r>
    </w:p>
    <w:p>
      <w:r>
        <w:t>The broader real-estate lesson is that housing is a system. Land, planning, construction, finance, transport, infrastructure, design, marketing and maintenance are connected. Modular construction can improve some connections, but it cannot remove the need for professional planning. A successful Home Castle World project should therefore be evaluated as a complete development rather than as a factory product alone.</w:t>
      </w:r>
    </w:p>
    <w:p>
      <w:r>
        <w:t>The customer communication should remain equally disciplined. Marketing can be aspirational, but technical and financial claims should be specific. If a project is expected to be faster, the company should define the comparison and the scope. If a product is presented as affordable, the company should explain the price basis. If sustainability is highlighted, the relevant features should be documented. This creates a brand that can grow through evidence.</w:t>
      </w:r>
    </w:p>
    <w:p>
      <w:r>
        <w:t>In practical terms, challenging access, logistics, utilities and off-grid possibilities should be integrated into the product-development process, the site-assessment process and the customer journey. It should influence the design brief before manufacturing begins and the handover process after installation. That continuity is what turns modular construction from a building technique into a real-estate platform.</w:t>
      </w:r>
    </w:p>
    <w:p>
      <w:r>
        <w:t>Home Castle World can use this discipline to develop a portfolio that is visually distinctive, technically credible and commercially understandable. The long-term objective is to create homes and communities that people can trust—not because they are described as revolutionary, but because their quality, specifications, delivery process and customer support demonstrate value in practice.</w:t>
      </w:r>
    </w:p>
    <w:p>
      <w:r>
        <w:t>The strongest modular-housing brands will combine industrial efficiency with human-centred design. They will use technology where it improves outcomes, standardisation where it reduces unnecessary complexity and customisation where it genuinely improves the customer experience. They will also recognise that affordability is not simply a lower purchase price; it is the relationship between income, acquisition cost, operating cost, maintenance, location and long-term usability.</w:t>
      </w:r>
    </w:p>
    <w:p>
      <w:r>
        <w:t>For Home Castle World, this means building a business that can learn. Each project should make the next project better. Each customer question should improve the product documentation. Each installation challenge should inform the next design revision. Each maintenance issue should influence material selection. This continuous improvement model can become one of the company's most valuable competitive assets.</w:t>
      </w:r>
    </w:p>
    <w:p>
      <w:r>
        <w:t>Ultimately, the opportunity is to make modular housing understandable, dependable and desirable. The industry does not need every home to be modular. It needs better choices. Home Castle World can contribute to that choice by combining thoughtful architecture, disciplined manufacturing, responsible real-estate development and transparent customer service.</w:t>
      </w:r>
    </w:p>
    <w:p>
      <w:pPr>
        <w:pStyle w:val="Heading1"/>
      </w:pPr>
      <w:r>
        <w:t>43. Modular Housing and Interior Design</w:t>
      </w:r>
    </w:p>
    <w:p>
      <w:r>
        <w:t>43. Modular Housing and Interior Design</w:t>
      </w:r>
    </w:p>
    <w:p>
      <w:r>
        <w:t>This section examines space planning, materials, storage and personalisation as part of the wider modular-housing and real-estate ecosystem. The commercial opportunity is strongest when the subject is connected to measurable customer needs rather than treated as a standalone trend.</w:t>
      </w:r>
    </w:p>
    <w:p>
      <w:r>
        <w:t>For Home Castle World, this area should be approached as a practical part of the company's wider modular-housing system. The objective is not to treat modular construction as a slogan but to identify where a repeatable product can solve a genuine customer or developer problem. Every proposal should begin with the site, user, budget, regulatory environment and operational requirements.</w:t>
      </w:r>
    </w:p>
    <w:p>
      <w:r>
        <w:t>A professional approach requires several layers of analysis. The first is customer value. A modular solution should make a meaningful difference to the person or organisation buying it. That difference may involve a clearer specification, predictable design, easier expansion, lower maintenance, faster installation, better use of space or improved operational management. The second is technical feasibility. Engineers and architects need to confirm that the proposed system can meet structural, fire, service, durability and environmental requirements. The third is commercial feasibility. Production, logistics, installation and after-sales costs need to be understood before a promise is made to the customer.</w:t>
      </w:r>
    </w:p>
    <w:p>
      <w:r>
        <w:t>The fourth layer is scalability. A system becomes more valuable when it can be repeated without becoming generic. Home Castle World can develop standard interfaces, common service zones, approved materials and repeatable design families while allowing customers to select meaningful options. This approach can create economies of repetition without eliminating architectural identity.</w:t>
      </w:r>
    </w:p>
    <w:p>
      <w:r>
        <w:t>The fifth layer is measurement. The company should establish metrics that allow the team to learn from every project. Useful indicators include production hours per module, installation hours, material variance, defect rates, warranty claims, energy performance where measured, customer satisfaction, sales conversion and schedule variance. Over time, this data can support better product decisions.</w:t>
      </w:r>
    </w:p>
    <w:p>
      <w:r>
        <w:t>The broader real-estate lesson is that housing is a system. Land, planning, construction, finance, transport, infrastructure, design, marketing and maintenance are connected. Modular construction can improve some connections, but it cannot remove the need for professional planning. A successful Home Castle World project should therefore be evaluated as a complete development rather than as a factory product alone.</w:t>
      </w:r>
    </w:p>
    <w:p>
      <w:r>
        <w:t>The customer communication should remain equally disciplined. Marketing can be aspirational, but technical and financial claims should be specific. If a project is expected to be faster, the company should define the comparison and the scope. If a product is presented as affordable, the company should explain the price basis. If sustainability is highlighted, the relevant features should be documented. This creates a brand that can grow through evidence.</w:t>
      </w:r>
    </w:p>
    <w:p>
      <w:r>
        <w:t>In practical terms, space planning, materials, storage and personalisation should be integrated into the product-development process, the site-assessment process and the customer journey. It should influence the design brief before manufacturing begins and the handover process after installation. That continuity is what turns modular construction from a building technique into a real-estate platform.</w:t>
      </w:r>
    </w:p>
    <w:p>
      <w:r>
        <w:t>Home Castle World can use this discipline to develop a portfolio that is visually distinctive, technically credible and commercially understandable. The long-term objective is to create homes and communities that people can trust—not because they are described as revolutionary, but because their quality, specifications, delivery process and customer support demonstrate value in practice.</w:t>
      </w:r>
    </w:p>
    <w:p>
      <w:r>
        <w:t>The strongest modular-housing brands will combine industrial efficiency with human-centred design. They will use technology where it improves outcomes, standardisation where it reduces unnecessary complexity and customisation where it genuinely improves the customer experience. They will also recognise that affordability is not simply a lower purchase price; it is the relationship between income, acquisition cost, operating cost, maintenance, location and long-term usability.</w:t>
      </w:r>
    </w:p>
    <w:p>
      <w:r>
        <w:t>For Home Castle World, this means building a business that can learn. Each project should make the next project better. Each customer question should improve the product documentation. Each installation challenge should inform the next design revision. Each maintenance issue should influence material selection. This continuous improvement model can become one of the company's most valuable competitive assets.</w:t>
      </w:r>
    </w:p>
    <w:p>
      <w:r>
        <w:t>Ultimately, the opportunity is to make modular housing understandable, dependable and desirable. The industry does not need every home to be modular. It needs better choices. Home Castle World can contribute to that choice by combining thoughtful architecture, disciplined manufacturing, responsible real-estate development and transparent customer service.</w:t>
      </w:r>
    </w:p>
    <w:p>
      <w:pPr>
        <w:pStyle w:val="Heading1"/>
      </w:pPr>
      <w:r>
        <w:t>44. Modular Housing and Landscaping</w:t>
      </w:r>
    </w:p>
    <w:p>
      <w:r>
        <w:t>44. Modular Housing and Landscaping</w:t>
      </w:r>
    </w:p>
    <w:p>
      <w:r>
        <w:t>This section examines outdoor living, water management, shade and community spaces as part of the wider modular-housing and real-estate ecosystem. The commercial opportunity is strongest when the subject is connected to measurable customer needs rather than treated as a standalone trend.</w:t>
      </w:r>
    </w:p>
    <w:p>
      <w:r>
        <w:t>For Home Castle World, this area should be approached as a practical part of the company's wider modular-housing system. The objective is not to treat modular construction as a slogan but to identify where a repeatable product can solve a genuine customer or developer problem. Every proposal should begin with the site, user, budget, regulatory environment and operational requirements.</w:t>
      </w:r>
    </w:p>
    <w:p>
      <w:r>
        <w:t>A professional approach requires several layers of analysis. The first is customer value. A modular solution should make a meaningful difference to the person or organisation buying it. That difference may involve a clearer specification, predictable design, easier expansion, lower maintenance, faster installation, better use of space or improved operational management. The second is technical feasibility. Engineers and architects need to confirm that the proposed system can meet structural, fire, service, durability and environmental requirements. The third is commercial feasibility. Production, logistics, installation and after-sales costs need to be understood before a promise is made to the customer.</w:t>
      </w:r>
    </w:p>
    <w:p>
      <w:r>
        <w:t>The fourth layer is scalability. A system becomes more valuable when it can be repeated without becoming generic. Home Castle World can develop standard interfaces, common service zones, approved materials and repeatable design families while allowing customers to select meaningful options. This approach can create economies of repetition without eliminating architectural identity.</w:t>
      </w:r>
    </w:p>
    <w:p>
      <w:r>
        <w:t>The fifth layer is measurement. The company should establish metrics that allow the team to learn from every project. Useful indicators include production hours per module, installation hours, material variance, defect rates, warranty claims, energy performance where measured, customer satisfaction, sales conversion and schedule variance. Over time, this data can support better product decisions.</w:t>
      </w:r>
    </w:p>
    <w:p>
      <w:r>
        <w:t>The broader real-estate lesson is that housing is a system. Land, planning, construction, finance, transport, infrastructure, design, marketing and maintenance are connected. Modular construction can improve some connections, but it cannot remove the need for professional planning. A successful Home Castle World project should therefore be evaluated as a complete development rather than as a factory product alone.</w:t>
      </w:r>
    </w:p>
    <w:p>
      <w:r>
        <w:t>The customer communication should remain equally disciplined. Marketing can be aspirational, but technical and financial claims should be specific. If a project is expected to be faster, the company should define the comparison and the scope. If a product is presented as affordable, the company should explain the price basis. If sustainability is highlighted, the relevant features should be documented. This creates a brand that can grow through evidence.</w:t>
      </w:r>
    </w:p>
    <w:p>
      <w:r>
        <w:t>In practical terms, outdoor living, water management, shade and community spaces should be integrated into the product-development process, the site-assessment process and the customer journey. It should influence the design brief before manufacturing begins and the handover process after installation. That continuity is what turns modular construction from a building technique into a real-estate platform.</w:t>
      </w:r>
    </w:p>
    <w:p>
      <w:r>
        <w:t>Home Castle World can use this discipline to develop a portfolio that is visually distinctive, technically credible and commercially understandable. The long-term objective is to create homes and communities that people can trust—not because they are described as revolutionary, but because their quality, specifications, delivery process and customer support demonstrate value in practice.</w:t>
      </w:r>
    </w:p>
    <w:p>
      <w:r>
        <w:t>The strongest modular-housing brands will combine industrial efficiency with human-centred design. They will use technology where it improves outcomes, standardisation where it reduces unnecessary complexity and customisation where it genuinely improves the customer experience. They will also recognise that affordability is not simply a lower purchase price; it is the relationship between income, acquisition cost, operating cost, maintenance, location and long-term usability.</w:t>
      </w:r>
    </w:p>
    <w:p>
      <w:r>
        <w:t>For Home Castle World, this means building a business that can learn. Each project should make the next project better. Each customer question should improve the product documentation. Each installation challenge should inform the next design revision. Each maintenance issue should influence material selection. This continuous improvement model can become one of the company's most valuable competitive assets.</w:t>
      </w:r>
    </w:p>
    <w:p>
      <w:r>
        <w:t>Ultimately, the opportunity is to make modular housing understandable, dependable and desirable. The industry does not need every home to be modular. It needs better choices. Home Castle World can contribute to that choice by combining thoughtful architecture, disciplined manufacturing, responsible real-estate development and transparent customer service.</w:t>
      </w:r>
    </w:p>
    <w:p>
      <w:pPr>
        <w:pStyle w:val="Heading1"/>
      </w:pPr>
      <w:r>
        <w:t>45. Modular Housing and Energy Systems</w:t>
      </w:r>
    </w:p>
    <w:p>
      <w:r>
        <w:t>45. Modular Housing and Energy Systems</w:t>
      </w:r>
    </w:p>
    <w:p>
      <w:r>
        <w:t>This section examines solar, efficient appliances, energy monitoring and resilience as part of the wider modular-housing and real-estate ecosystem. The commercial opportunity is strongest when the subject is connected to measurable customer needs rather than treated as a standalone trend.</w:t>
      </w:r>
    </w:p>
    <w:p>
      <w:r>
        <w:t>For Home Castle World, this area should be approached as a practical part of the company's wider modular-housing system. The objective is not to treat modular construction as a slogan but to identify where a repeatable product can solve a genuine customer or developer problem. Every proposal should begin with the site, user, budget, regulatory environment and operational requirements.</w:t>
      </w:r>
    </w:p>
    <w:p>
      <w:r>
        <w:t>A professional approach requires several layers of analysis. The first is customer value. A modular solution should make a meaningful difference to the person or organisation buying it. That difference may involve a clearer specification, predictable design, easier expansion, lower maintenance, faster installation, better use of space or improved operational management. The second is technical feasibility. Engineers and architects need to confirm that the proposed system can meet structural, fire, service, durability and environmental requirements. The third is commercial feasibility. Production, logistics, installation and after-sales costs need to be understood before a promise is made to the customer.</w:t>
      </w:r>
    </w:p>
    <w:p>
      <w:r>
        <w:t>The fourth layer is scalability. A system becomes more valuable when it can be repeated without becoming generic. Home Castle World can develop standard interfaces, common service zones, approved materials and repeatable design families while allowing customers to select meaningful options. This approach can create economies of repetition without eliminating architectural identity.</w:t>
      </w:r>
    </w:p>
    <w:p>
      <w:r>
        <w:t>The fifth layer is measurement. The company should establish metrics that allow the team to learn from every project. Useful indicators include production hours per module, installation hours, material variance, defect rates, warranty claims, energy performance where measured, customer satisfaction, sales conversion and schedule variance. Over time, this data can support better product decisions.</w:t>
      </w:r>
    </w:p>
    <w:p>
      <w:r>
        <w:t>The broader real-estate lesson is that housing is a system. Land, planning, construction, finance, transport, infrastructure, design, marketing and maintenance are connected. Modular construction can improve some connections, but it cannot remove the need for professional planning. A successful Home Castle World project should therefore be evaluated as a complete development rather than as a factory product alone.</w:t>
      </w:r>
    </w:p>
    <w:p>
      <w:r>
        <w:t>The customer communication should remain equally disciplined. Marketing can be aspirational, but technical and financial claims should be specific. If a project is expected to be faster, the company should define the comparison and the scope. If a product is presented as affordable, the company should explain the price basis. If sustainability is highlighted, the relevant features should be documented. This creates a brand that can grow through evidence.</w:t>
      </w:r>
    </w:p>
    <w:p>
      <w:r>
        <w:t>In practical terms, solar, efficient appliances, energy monitoring and resilience should be integrated into the product-development process, the site-assessment process and the customer journey. It should influence the design brief before manufacturing begins and the handover process after installation. That continuity is what turns modular construction from a building technique into a real-estate platform.</w:t>
      </w:r>
    </w:p>
    <w:p>
      <w:r>
        <w:t>Home Castle World can use this discipline to develop a portfolio that is visually distinctive, technically credible and commercially understandable. The long-term objective is to create homes and communities that people can trust—not because they are described as revolutionary, but because their quality, specifications, delivery process and customer support demonstrate value in practice.</w:t>
      </w:r>
    </w:p>
    <w:p>
      <w:r>
        <w:t>The strongest modular-housing brands will combine industrial efficiency with human-centred design. They will use technology where it improves outcomes, standardisation where it reduces unnecessary complexity and customisation where it genuinely improves the customer experience. They will also recognise that affordability is not simply a lower purchase price; it is the relationship between income, acquisition cost, operating cost, maintenance, location and long-term usability.</w:t>
      </w:r>
    </w:p>
    <w:p>
      <w:r>
        <w:t>For Home Castle World, this means building a business that can learn. Each project should make the next project better. Each customer question should improve the product documentation. Each installation challenge should inform the next design revision. Each maintenance issue should influence material selection. This continuous improvement model can become one of the company's most valuable competitive assets.</w:t>
      </w:r>
    </w:p>
    <w:p>
      <w:r>
        <w:t>Ultimately, the opportunity is to make modular housing understandable, dependable and desirable. The industry does not need every home to be modular. It needs better choices. Home Castle World can contribute to that choice by combining thoughtful architecture, disciplined manufacturing, responsible real-estate development and transparent customer service.</w:t>
      </w:r>
    </w:p>
    <w:p>
      <w:pPr>
        <w:pStyle w:val="Heading1"/>
      </w:pPr>
      <w:r>
        <w:t>46. Modular Housing and Water Management</w:t>
      </w:r>
    </w:p>
    <w:p>
      <w:r>
        <w:t>46. Modular Housing and Water Management</w:t>
      </w:r>
    </w:p>
    <w:p>
      <w:r>
        <w:t>This section examines water efficiency, drainage, rainwater strategies and maintenance as part of the wider modular-housing and real-estate ecosystem. The commercial opportunity is strongest when the subject is connected to measurable customer needs rather than treated as a standalone trend.</w:t>
      </w:r>
    </w:p>
    <w:p>
      <w:r>
        <w:t>For Home Castle World, this area should be approached as a practical part of the company's wider modular-housing system. The objective is not to treat modular construction as a slogan but to identify where a repeatable product can solve a genuine customer or developer problem. Every proposal should begin with the site, user, budget, regulatory environment and operational requirements.</w:t>
      </w:r>
    </w:p>
    <w:p>
      <w:r>
        <w:t>A professional approach requires several layers of analysis. The first is customer value. A modular solution should make a meaningful difference to the person or organisation buying it. That difference may involve a clearer specification, predictable design, easier expansion, lower maintenance, faster installation, better use of space or improved operational management. The second is technical feasibility. Engineers and architects need to confirm that the proposed system can meet structural, fire, service, durability and environmental requirements. The third is commercial feasibility. Production, logistics, installation and after-sales costs need to be understood before a promise is made to the customer.</w:t>
      </w:r>
    </w:p>
    <w:p>
      <w:r>
        <w:t>The fourth layer is scalability. A system becomes more valuable when it can be repeated without becoming generic. Home Castle World can develop standard interfaces, common service zones, approved materials and repeatable design families while allowing customers to select meaningful options. This approach can create economies of repetition without eliminating architectural identity.</w:t>
      </w:r>
    </w:p>
    <w:p>
      <w:r>
        <w:t>The fifth layer is measurement. The company should establish metrics that allow the team to learn from every project. Useful indicators include production hours per module, installation hours, material variance, defect rates, warranty claims, energy performance where measured, customer satisfaction, sales conversion and schedule variance. Over time, this data can support better product decisions.</w:t>
      </w:r>
    </w:p>
    <w:p>
      <w:r>
        <w:t>The broader real-estate lesson is that housing is a system. Land, planning, construction, finance, transport, infrastructure, design, marketing and maintenance are connected. Modular construction can improve some connections, but it cannot remove the need for professional planning. A successful Home Castle World project should therefore be evaluated as a complete development rather than as a factory product alone.</w:t>
      </w:r>
    </w:p>
    <w:p>
      <w:r>
        <w:t>The customer communication should remain equally disciplined. Marketing can be aspirational, but technical and financial claims should be specific. If a project is expected to be faster, the company should define the comparison and the scope. If a product is presented as affordable, the company should explain the price basis. If sustainability is highlighted, the relevant features should be documented. This creates a brand that can grow through evidence.</w:t>
      </w:r>
    </w:p>
    <w:p>
      <w:r>
        <w:t>In practical terms, water efficiency, drainage, rainwater strategies and maintenance should be integrated into the product-development process, the site-assessment process and the customer journey. It should influence the design brief before manufacturing begins and the handover process after installation. That continuity is what turns modular construction from a building technique into a real-estate platform.</w:t>
      </w:r>
    </w:p>
    <w:p>
      <w:r>
        <w:t>Home Castle World can use this discipline to develop a portfolio that is visually distinctive, technically credible and commercially understandable. The long-term objective is to create homes and communities that people can trust—not because they are described as revolutionary, but because their quality, specifications, delivery process and customer support demonstrate value in practice.</w:t>
      </w:r>
    </w:p>
    <w:p>
      <w:r>
        <w:t>The strongest modular-housing brands will combine industrial efficiency with human-centred design. They will use technology where it improves outcomes, standardisation where it reduces unnecessary complexity and customisation where it genuinely improves the customer experience. They will also recognise that affordability is not simply a lower purchase price; it is the relationship between income, acquisition cost, operating cost, maintenance, location and long-term usability.</w:t>
      </w:r>
    </w:p>
    <w:p>
      <w:r>
        <w:t>For Home Castle World, this means building a business that can learn. Each project should make the next project better. Each customer question should improve the product documentation. Each installation challenge should inform the next design revision. Each maintenance issue should influence material selection. This continuous improvement model can become one of the company's most valuable competitive assets.</w:t>
      </w:r>
    </w:p>
    <w:p>
      <w:r>
        <w:t>Ultimately, the opportunity is to make modular housing understandable, dependable and desirable. The industry does not need every home to be modular. It needs better choices. Home Castle World can contribute to that choice by combining thoughtful architecture, disciplined manufacturing, responsible real-estate development and transparent customer service.</w:t>
      </w:r>
    </w:p>
    <w:p>
      <w:pPr>
        <w:pStyle w:val="Heading1"/>
      </w:pPr>
      <w:r>
        <w:t>47. Modular Housing and Waste Reduction</w:t>
      </w:r>
    </w:p>
    <w:p>
      <w:r>
        <w:t>47. Modular Housing and Waste Reduction</w:t>
      </w:r>
    </w:p>
    <w:p>
      <w:r>
        <w:t>This section examines material planning, factory controls, recycling and lifecycle thinking as part of the wider modular-housing and real-estate ecosystem. The commercial opportunity is strongest when the subject is connected to measurable customer needs rather than treated as a standalone trend.</w:t>
      </w:r>
    </w:p>
    <w:p>
      <w:r>
        <w:t>For Home Castle World, this area should be approached as a practical part of the company's wider modular-housing system. The objective is not to treat modular construction as a slogan but to identify where a repeatable product can solve a genuine customer or developer problem. Every proposal should begin with the site, user, budget, regulatory environment and operational requirements.</w:t>
      </w:r>
    </w:p>
    <w:p>
      <w:r>
        <w:t>A professional approach requires several layers of analysis. The first is customer value. A modular solution should make a meaningful difference to the person or organisation buying it. That difference may involve a clearer specification, predictable design, easier expansion, lower maintenance, faster installation, better use of space or improved operational management. The second is technical feasibility. Engineers and architects need to confirm that the proposed system can meet structural, fire, service, durability and environmental requirements. The third is commercial feasibility. Production, logistics, installation and after-sales costs need to be understood before a promise is made to the customer.</w:t>
      </w:r>
    </w:p>
    <w:p>
      <w:r>
        <w:t>The fourth layer is scalability. A system becomes more valuable when it can be repeated without becoming generic. Home Castle World can develop standard interfaces, common service zones, approved materials and repeatable design families while allowing customers to select meaningful options. This approach can create economies of repetition without eliminating architectural identity.</w:t>
      </w:r>
    </w:p>
    <w:p>
      <w:r>
        <w:t>The fifth layer is measurement. The company should establish metrics that allow the team to learn from every project. Useful indicators include production hours per module, installation hours, material variance, defect rates, warranty claims, energy performance where measured, customer satisfaction, sales conversion and schedule variance. Over time, this data can support better product decisions.</w:t>
      </w:r>
    </w:p>
    <w:p>
      <w:r>
        <w:t>The broader real-estate lesson is that housing is a system. Land, planning, construction, finance, transport, infrastructure, design, marketing and maintenance are connected. Modular construction can improve some connections, but it cannot remove the need for professional planning. A successful Home Castle World project should therefore be evaluated as a complete development rather than as a factory product alone.</w:t>
      </w:r>
    </w:p>
    <w:p>
      <w:r>
        <w:t>The customer communication should remain equally disciplined. Marketing can be aspirational, but technical and financial claims should be specific. If a project is expected to be faster, the company should define the comparison and the scope. If a product is presented as affordable, the company should explain the price basis. If sustainability is highlighted, the relevant features should be documented. This creates a brand that can grow through evidence.</w:t>
      </w:r>
    </w:p>
    <w:p>
      <w:r>
        <w:t>In practical terms, material planning, factory controls, recycling and lifecycle thinking should be integrated into the product-development process, the site-assessment process and the customer journey. It should influence the design brief before manufacturing begins and the handover process after installation. That continuity is what turns modular construction from a building technique into a real-estate platform.</w:t>
      </w:r>
    </w:p>
    <w:p>
      <w:r>
        <w:t>Home Castle World can use this discipline to develop a portfolio that is visually distinctive, technically credible and commercially understandable. The long-term objective is to create homes and communities that people can trust—not because they are described as revolutionary, but because their quality, specifications, delivery process and customer support demonstrate value in practice.</w:t>
      </w:r>
    </w:p>
    <w:p>
      <w:r>
        <w:t>The strongest modular-housing brands will combine industrial efficiency with human-centred design. They will use technology where it improves outcomes, standardisation where it reduces unnecessary complexity and customisation where it genuinely improves the customer experience. They will also recognise that affordability is not simply a lower purchase price; it is the relationship between income, acquisition cost, operating cost, maintenance, location and long-term usability.</w:t>
      </w:r>
    </w:p>
    <w:p>
      <w:r>
        <w:t>For Home Castle World, this means building a business that can learn. Each project should make the next project better. Each customer question should improve the product documentation. Each installation challenge should inform the next design revision. Each maintenance issue should influence material selection. This continuous improvement model can become one of the company's most valuable competitive assets.</w:t>
      </w:r>
    </w:p>
    <w:p>
      <w:r>
        <w:t>Ultimately, the opportunity is to make modular housing understandable, dependable and desirable. The industry does not need every home to be modular. It needs better choices. Home Castle World can contribute to that choice by combining thoughtful architecture, disciplined manufacturing, responsible real-estate development and transparent customer service.</w:t>
      </w:r>
    </w:p>
    <w:p>
      <w:pPr>
        <w:pStyle w:val="Heading1"/>
      </w:pPr>
      <w:r>
        <w:t>48. Modular Housing and Circularity</w:t>
      </w:r>
    </w:p>
    <w:p>
      <w:r>
        <w:t>48. Modular Housing and Circularity</w:t>
      </w:r>
    </w:p>
    <w:p>
      <w:r>
        <w:t>This section examines repair, replacement, reuse, disassembly and material recovery as part of the wider modular-housing and real-estate ecosystem. The commercial opportunity is strongest when the subject is connected to measurable customer needs rather than treated as a standalone trend.</w:t>
      </w:r>
    </w:p>
    <w:p>
      <w:r>
        <w:t>For Home Castle World, this area should be approached as a practical part of the company's wider modular-housing system. The objective is not to treat modular construction as a slogan but to identify where a repeatable product can solve a genuine customer or developer problem. Every proposal should begin with the site, user, budget, regulatory environment and operational requirements.</w:t>
      </w:r>
    </w:p>
    <w:p>
      <w:r>
        <w:t>A professional approach requires several layers of analysis. The first is customer value. A modular solution should make a meaningful difference to the person or organisation buying it. That difference may involve a clearer specification, predictable design, easier expansion, lower maintenance, faster installation, better use of space or improved operational management. The second is technical feasibility. Engineers and architects need to confirm that the proposed system can meet structural, fire, service, durability and environmental requirements. The third is commercial feasibility. Production, logistics, installation and after-sales costs need to be understood before a promise is made to the customer.</w:t>
      </w:r>
    </w:p>
    <w:p>
      <w:r>
        <w:t>The fourth layer is scalability. A system becomes more valuable when it can be repeated without becoming generic. Home Castle World can develop standard interfaces, common service zones, approved materials and repeatable design families while allowing customers to select meaningful options. This approach can create economies of repetition without eliminating architectural identity.</w:t>
      </w:r>
    </w:p>
    <w:p>
      <w:r>
        <w:t>The fifth layer is measurement. The company should establish metrics that allow the team to learn from every project. Useful indicators include production hours per module, installation hours, material variance, defect rates, warranty claims, energy performance where measured, customer satisfaction, sales conversion and schedule variance. Over time, this data can support better product decisions.</w:t>
      </w:r>
    </w:p>
    <w:p>
      <w:r>
        <w:t>The broader real-estate lesson is that housing is a system. Land, planning, construction, finance, transport, infrastructure, design, marketing and maintenance are connected. Modular construction can improve some connections, but it cannot remove the need for professional planning. A successful Home Castle World project should therefore be evaluated as a complete development rather than as a factory product alone.</w:t>
      </w:r>
    </w:p>
    <w:p>
      <w:r>
        <w:t>The customer communication should remain equally disciplined. Marketing can be aspirational, but technical and financial claims should be specific. If a project is expected to be faster, the company should define the comparison and the scope. If a product is presented as affordable, the company should explain the price basis. If sustainability is highlighted, the relevant features should be documented. This creates a brand that can grow through evidence.</w:t>
      </w:r>
    </w:p>
    <w:p>
      <w:r>
        <w:t>In practical terms, repair, replacement, reuse, disassembly and material recovery should be integrated into the product-development process, the site-assessment process and the customer journey. It should influence the design brief before manufacturing begins and the handover process after installation. That continuity is what turns modular construction from a building technique into a real-estate platform.</w:t>
      </w:r>
    </w:p>
    <w:p>
      <w:r>
        <w:t>Home Castle World can use this discipline to develop a portfolio that is visually distinctive, technically credible and commercially understandable. The long-term objective is to create homes and communities that people can trust—not because they are described as revolutionary, but because their quality, specifications, delivery process and customer support demonstrate value in practice.</w:t>
      </w:r>
    </w:p>
    <w:p>
      <w:r>
        <w:t>The strongest modular-housing brands will combine industrial efficiency with human-centred design. They will use technology where it improves outcomes, standardisation where it reduces unnecessary complexity and customisation where it genuinely improves the customer experience. They will also recognise that affordability is not simply a lower purchase price; it is the relationship between income, acquisition cost, operating cost, maintenance, location and long-term usability.</w:t>
      </w:r>
    </w:p>
    <w:p>
      <w:r>
        <w:t>For Home Castle World, this means building a business that can learn. Each project should make the next project better. Each customer question should improve the product documentation. Each installation challenge should inform the next design revision. Each maintenance issue should influence material selection. This continuous improvement model can become one of the company's most valuable competitive assets.</w:t>
      </w:r>
    </w:p>
    <w:p>
      <w:r>
        <w:t>Ultimately, the opportunity is to make modular housing understandable, dependable and desirable. The industry does not need every home to be modular. It needs better choices. Home Castle World can contribute to that choice by combining thoughtful architecture, disciplined manufacturing, responsible real-estate development and transparent customer service.</w:t>
      </w:r>
    </w:p>
    <w:p>
      <w:pPr>
        <w:pStyle w:val="Heading1"/>
      </w:pPr>
      <w:r>
        <w:t>49. Modular Housing and Data</w:t>
      </w:r>
    </w:p>
    <w:p>
      <w:r>
        <w:t>49. Modular Housing and Data</w:t>
      </w:r>
    </w:p>
    <w:p>
      <w:r>
        <w:t>This section examines project data, quality metrics, customer insights and continuous improvement as part of the wider modular-housing and real-estate ecosystem. The commercial opportunity is strongest when the subject is connected to measurable customer needs rather than treated as a standalone trend.</w:t>
      </w:r>
    </w:p>
    <w:p>
      <w:r>
        <w:t>For Home Castle World, this area should be approached as a practical part of the company's wider modular-housing system. The objective is not to treat modular construction as a slogan but to identify where a repeatable product can solve a genuine customer or developer problem. Every proposal should begin with the site, user, budget, regulatory environment and operational requirements.</w:t>
      </w:r>
    </w:p>
    <w:p>
      <w:r>
        <w:t>A professional approach requires several layers of analysis. The first is customer value. A modular solution should make a meaningful difference to the person or organisation buying it. That difference may involve a clearer specification, predictable design, easier expansion, lower maintenance, faster installation, better use of space or improved operational management. The second is technical feasibility. Engineers and architects need to confirm that the proposed system can meet structural, fire, service, durability and environmental requirements. The third is commercial feasibility. Production, logistics, installation and after-sales costs need to be understood before a promise is made to the customer.</w:t>
      </w:r>
    </w:p>
    <w:p>
      <w:r>
        <w:t>The fourth layer is scalability. A system becomes more valuable when it can be repeated without becoming generic. Home Castle World can develop standard interfaces, common service zones, approved materials and repeatable design families while allowing customers to select meaningful options. This approach can create economies of repetition without eliminating architectural identity.</w:t>
      </w:r>
    </w:p>
    <w:p>
      <w:r>
        <w:t>The fifth layer is measurement. The company should establish metrics that allow the team to learn from every project. Useful indicators include production hours per module, installation hours, material variance, defect rates, warranty claims, energy performance where measured, customer satisfaction, sales conversion and schedule variance. Over time, this data can support better product decisions.</w:t>
      </w:r>
    </w:p>
    <w:p>
      <w:r>
        <w:t>The broader real-estate lesson is that housing is a system. Land, planning, construction, finance, transport, infrastructure, design, marketing and maintenance are connected. Modular construction can improve some connections, but it cannot remove the need for professional planning. A successful Home Castle World project should therefore be evaluated as a complete development rather than as a factory product alone.</w:t>
      </w:r>
    </w:p>
    <w:p>
      <w:r>
        <w:t>The customer communication should remain equally disciplined. Marketing can be aspirational, but technical and financial claims should be specific. If a project is expected to be faster, the company should define the comparison and the scope. If a product is presented as affordable, the company should explain the price basis. If sustainability is highlighted, the relevant features should be documented. This creates a brand that can grow through evidence.</w:t>
      </w:r>
    </w:p>
    <w:p>
      <w:r>
        <w:t>In practical terms, project data, quality metrics, customer insights and continuous improvement should be integrated into the product-development process, the site-assessment process and the customer journey. It should influence the design brief before manufacturing begins and the handover process after installation. That continuity is what turns modular construction from a building technique into a real-estate platform.</w:t>
      </w:r>
    </w:p>
    <w:p>
      <w:r>
        <w:t>Home Castle World can use this discipline to develop a portfolio that is visually distinctive, technically credible and commercially understandable. The long-term objective is to create homes and communities that people can trust—not because they are described as revolutionary, but because their quality, specifications, delivery process and customer support demonstrate value in practice.</w:t>
      </w:r>
    </w:p>
    <w:p>
      <w:r>
        <w:t>The strongest modular-housing brands will combine industrial efficiency with human-centred design. They will use technology where it improves outcomes, standardisation where it reduces unnecessary complexity and customisation where it genuinely improves the customer experience. They will also recognise that affordability is not simply a lower purchase price; it is the relationship between income, acquisition cost, operating cost, maintenance, location and long-term usability.</w:t>
      </w:r>
    </w:p>
    <w:p>
      <w:r>
        <w:t>For Home Castle World, this means building a business that can learn. Each project should make the next project better. Each customer question should improve the product documentation. Each installation challenge should inform the next design revision. Each maintenance issue should influence material selection. This continuous improvement model can become one of the company's most valuable competitive assets.</w:t>
      </w:r>
    </w:p>
    <w:p>
      <w:r>
        <w:t>Ultimately, the opportunity is to make modular housing understandable, dependable and desirable. The industry does not need every home to be modular. It needs better choices. Home Castle World can contribute to that choice by combining thoughtful architecture, disciplined manufacturing, responsible real-estate development and transparent customer service.</w:t>
      </w:r>
    </w:p>
    <w:p>
      <w:pPr>
        <w:pStyle w:val="Heading1"/>
      </w:pPr>
      <w:r>
        <w:t>50. Modular Housing and Artificial Intelligence</w:t>
      </w:r>
    </w:p>
    <w:p>
      <w:r>
        <w:t>50. Modular Housing and Artificial Intelligence</w:t>
      </w:r>
    </w:p>
    <w:p>
      <w:r>
        <w:t>This section examines design assistance, demand forecasting, customer configuration and operational analytics as part of the wider modular-housing and real-estate ecosystem. The commercial opportunity is strongest when the subject is connected to measurable customer needs rather than treated as a standalone trend.</w:t>
      </w:r>
    </w:p>
    <w:p>
      <w:r>
        <w:t>For Home Castle World, this area should be approached as a practical part of the company's wider modular-housing system. The objective is not to treat modular construction as a slogan but to identify where a repeatable product can solve a genuine customer or developer problem. Every proposal should begin with the site, user, budget, regulatory environment and operational requirements.</w:t>
      </w:r>
    </w:p>
    <w:p>
      <w:r>
        <w:t>A professional approach requires several layers of analysis. The first is customer value. A modular solution should make a meaningful difference to the person or organisation buying it. That difference may involve a clearer specification, predictable design, easier expansion, lower maintenance, faster installation, better use of space or improved operational management. The second is technical feasibility. Engineers and architects need to confirm that the proposed system can meet structural, fire, service, durability and environmental requirements. The third is commercial feasibility. Production, logistics, installation and after-sales costs need to be understood before a promise is made to the customer.</w:t>
      </w:r>
    </w:p>
    <w:p>
      <w:r>
        <w:t>The fourth layer is scalability. A system becomes more valuable when it can be repeated without becoming generic. Home Castle World can develop standard interfaces, common service zones, approved materials and repeatable design families while allowing customers to select meaningful options. This approach can create economies of repetition without eliminating architectural identity.</w:t>
      </w:r>
    </w:p>
    <w:p>
      <w:r>
        <w:t>The fifth layer is measurement. The company should establish metrics that allow the team to learn from every project. Useful indicators include production hours per module, installation hours, material variance, defect rates, warranty claims, energy performance where measured, customer satisfaction, sales conversion and schedule variance. Over time, this data can support better product decisions.</w:t>
      </w:r>
    </w:p>
    <w:p>
      <w:r>
        <w:t>The broader real-estate lesson is that housing is a system. Land, planning, construction, finance, transport, infrastructure, design, marketing and maintenance are connected. Modular construction can improve some connections, but it cannot remove the need for professional planning. A successful Home Castle World project should therefore be evaluated as a complete development rather than as a factory product alone.</w:t>
      </w:r>
    </w:p>
    <w:p>
      <w:r>
        <w:t>The customer communication should remain equally disciplined. Marketing can be aspirational, but technical and financial claims should be specific. If a project is expected to be faster, the company should define the comparison and the scope. If a product is presented as affordable, the company should explain the price basis. If sustainability is highlighted, the relevant features should be documented. This creates a brand that can grow through evidence.</w:t>
      </w:r>
    </w:p>
    <w:p>
      <w:r>
        <w:t>In practical terms, design assistance, demand forecasting, customer configuration and operational analytics should be integrated into the product-development process, the site-assessment process and the customer journey. It should influence the design brief before manufacturing begins and the handover process after installation. That continuity is what turns modular construction from a building technique into a real-estate platform.</w:t>
      </w:r>
    </w:p>
    <w:p>
      <w:r>
        <w:t>Home Castle World can use this discipline to develop a portfolio that is visually distinctive, technically credible and commercially understandable. The long-term objective is to create homes and communities that people can trust—not because they are described as revolutionary, but because their quality, specifications, delivery process and customer support demonstrate value in practice.</w:t>
      </w:r>
    </w:p>
    <w:p>
      <w:r>
        <w:t>The strongest modular-housing brands will combine industrial efficiency with human-centred design. They will use technology where it improves outcomes, standardisation where it reduces unnecessary complexity and customisation where it genuinely improves the customer experience. They will also recognise that affordability is not simply a lower purchase price; it is the relationship between income, acquisition cost, operating cost, maintenance, location and long-term usability.</w:t>
      </w:r>
    </w:p>
    <w:p>
      <w:r>
        <w:t>For Home Castle World, this means building a business that can learn. Each project should make the next project better. Each customer question should improve the product documentation. Each installation challenge should inform the next design revision. Each maintenance issue should influence material selection. This continuous improvement model can become one of the company's most valuable competitive assets.</w:t>
      </w:r>
    </w:p>
    <w:p>
      <w:r>
        <w:t>Ultimately, the opportunity is to make modular housing understandable, dependable and desirable. The industry does not need every home to be modular. It needs better choices. Home Castle World can contribute to that choice by combining thoughtful architecture, disciplined manufacturing, responsible real-estate development and transparent customer service.</w:t>
      </w:r>
    </w:p>
    <w:p>
      <w:pPr>
        <w:pStyle w:val="Heading1"/>
      </w:pPr>
      <w:r>
        <w:t>51. Modular Housing and Digital Marketing</w:t>
      </w:r>
    </w:p>
    <w:p>
      <w:r>
        <w:t>51. Modular Housing and Digital Marketing</w:t>
      </w:r>
    </w:p>
    <w:p>
      <w:r>
        <w:t>This section examines content strategy, social media, search, video and lead nurturing as part of the wider modular-housing and real-estate ecosystem. The commercial opportunity is strongest when the subject is connected to measurable customer needs rather than treated as a standalone trend.</w:t>
      </w:r>
    </w:p>
    <w:p>
      <w:r>
        <w:t>For Home Castle World, this area should be approached as a practical part of the company's wider modular-housing system. The objective is not to treat modular construction as a slogan but to identify where a repeatable product can solve a genuine customer or developer problem. Every proposal should begin with the site, user, budget, regulatory environment and operational requirements.</w:t>
      </w:r>
    </w:p>
    <w:p>
      <w:r>
        <w:t>A professional approach requires several layers of analysis. The first is customer value. A modular solution should make a meaningful difference to the person or organisation buying it. That difference may involve a clearer specification, predictable design, easier expansion, lower maintenance, faster installation, better use of space or improved operational management. The second is technical feasibility. Engineers and architects need to confirm that the proposed system can meet structural, fire, service, durability and environmental requirements. The third is commercial feasibility. Production, logistics, installation and after-sales costs need to be understood before a promise is made to the customer.</w:t>
      </w:r>
    </w:p>
    <w:p>
      <w:r>
        <w:t>The fourth layer is scalability. A system becomes more valuable when it can be repeated without becoming generic. Home Castle World can develop standard interfaces, common service zones, approved materials and repeatable design families while allowing customers to select meaningful options. This approach can create economies of repetition without eliminating architectural identity.</w:t>
      </w:r>
    </w:p>
    <w:p>
      <w:r>
        <w:t>The fifth layer is measurement. The company should establish metrics that allow the team to learn from every project. Useful indicators include production hours per module, installation hours, material variance, defect rates, warranty claims, energy performance where measured, customer satisfaction, sales conversion and schedule variance. Over time, this data can support better product decisions.</w:t>
      </w:r>
    </w:p>
    <w:p>
      <w:r>
        <w:t>The broader real-estate lesson is that housing is a system. Land, planning, construction, finance, transport, infrastructure, design, marketing and maintenance are connected. Modular construction can improve some connections, but it cannot remove the need for professional planning. A successful Home Castle World project should therefore be evaluated as a complete development rather than as a factory product alone.</w:t>
      </w:r>
    </w:p>
    <w:p>
      <w:r>
        <w:t>The customer communication should remain equally disciplined. Marketing can be aspirational, but technical and financial claims should be specific. If a project is expected to be faster, the company should define the comparison and the scope. If a product is presented as affordable, the company should explain the price basis. If sustainability is highlighted, the relevant features should be documented. This creates a brand that can grow through evidence.</w:t>
      </w:r>
    </w:p>
    <w:p>
      <w:r>
        <w:t>In practical terms, content strategy, social media, search, video and lead nurturing should be integrated into the product-development process, the site-assessment process and the customer journey. It should influence the design brief before manufacturing begins and the handover process after installation. That continuity is what turns modular construction from a building technique into a real-estate platform.</w:t>
      </w:r>
    </w:p>
    <w:p>
      <w:r>
        <w:t>Home Castle World can use this discipline to develop a portfolio that is visually distinctive, technically credible and commercially understandable. The long-term objective is to create homes and communities that people can trust—not because they are described as revolutionary, but because their quality, specifications, delivery process and customer support demonstrate value in practice.</w:t>
      </w:r>
    </w:p>
    <w:p>
      <w:r>
        <w:t>The strongest modular-housing brands will combine industrial efficiency with human-centred design. They will use technology where it improves outcomes, standardisation where it reduces unnecessary complexity and customisation where it genuinely improves the customer experience. They will also recognise that affordability is not simply a lower purchase price; it is the relationship between income, acquisition cost, operating cost, maintenance, location and long-term usability.</w:t>
      </w:r>
    </w:p>
    <w:p>
      <w:r>
        <w:t>For Home Castle World, this means building a business that can learn. Each project should make the next project better. Each customer question should improve the product documentation. Each installation challenge should inform the next design revision. Each maintenance issue should influence material selection. This continuous improvement model can become one of the company's most valuable competitive assets.</w:t>
      </w:r>
    </w:p>
    <w:p>
      <w:r>
        <w:t>Ultimately, the opportunity is to make modular housing understandable, dependable and desirable. The industry does not need every home to be modular. It needs better choices. Home Castle World can contribute to that choice by combining thoughtful architecture, disciplined manufacturing, responsible real-estate development and transparent customer service.</w:t>
      </w:r>
    </w:p>
    <w:p>
      <w:pPr>
        <w:pStyle w:val="Heading1"/>
      </w:pPr>
      <w:r>
        <w:t>52. Modular Housing and Brand Trust</w:t>
      </w:r>
    </w:p>
    <w:p>
      <w:r>
        <w:t>52. Modular Housing and Brand Trust</w:t>
      </w:r>
    </w:p>
    <w:p>
      <w:r>
        <w:t>This section examines proof, transparency, customer reviews and responsible communication as part of the wider modular-housing and real-estate ecosystem. The commercial opportunity is strongest when the subject is connected to measurable customer needs rather than treated as a standalone trend.</w:t>
      </w:r>
    </w:p>
    <w:p>
      <w:r>
        <w:t>For Home Castle World, this area should be approached as a practical part of the company's wider modular-housing system. The objective is not to treat modular construction as a slogan but to identify where a repeatable product can solve a genuine customer or developer problem. Every proposal should begin with the site, user, budget, regulatory environment and operational requirements.</w:t>
      </w:r>
    </w:p>
    <w:p>
      <w:r>
        <w:t>A professional approach requires several layers of analysis. The first is customer value. A modular solution should make a meaningful difference to the person or organisation buying it. That difference may involve a clearer specification, predictable design, easier expansion, lower maintenance, faster installation, better use of space or improved operational management. The second is technical feasibility. Engineers and architects need to confirm that the proposed system can meet structural, fire, service, durability and environmental requirements. The third is commercial feasibility. Production, logistics, installation and after-sales costs need to be understood before a promise is made to the customer.</w:t>
      </w:r>
    </w:p>
    <w:p>
      <w:r>
        <w:t>The fourth layer is scalability. A system becomes more valuable when it can be repeated without becoming generic. Home Castle World can develop standard interfaces, common service zones, approved materials and repeatable design families while allowing customers to select meaningful options. This approach can create economies of repetition without eliminating architectural identity.</w:t>
      </w:r>
    </w:p>
    <w:p>
      <w:r>
        <w:t>The fifth layer is measurement. The company should establish metrics that allow the team to learn from every project. Useful indicators include production hours per module, installation hours, material variance, defect rates, warranty claims, energy performance where measured, customer satisfaction, sales conversion and schedule variance. Over time, this data can support better product decisions.</w:t>
      </w:r>
    </w:p>
    <w:p>
      <w:r>
        <w:t>The broader real-estate lesson is that housing is a system. Land, planning, construction, finance, transport, infrastructure, design, marketing and maintenance are connected. Modular construction can improve some connections, but it cannot remove the need for professional planning. A successful Home Castle World project should therefore be evaluated as a complete development rather than as a factory product alone.</w:t>
      </w:r>
    </w:p>
    <w:p>
      <w:r>
        <w:t>The customer communication should remain equally disciplined. Marketing can be aspirational, but technical and financial claims should be specific. If a project is expected to be faster, the company should define the comparison and the scope. If a product is presented as affordable, the company should explain the price basis. If sustainability is highlighted, the relevant features should be documented. This creates a brand that can grow through evidence.</w:t>
      </w:r>
    </w:p>
    <w:p>
      <w:r>
        <w:t>In practical terms, proof, transparency, customer reviews and responsible communication should be integrated into the product-development process, the site-assessment process and the customer journey. It should influence the design brief before manufacturing begins and the handover process after installation. That continuity is what turns modular construction from a building technique into a real-estate platform.</w:t>
      </w:r>
    </w:p>
    <w:p>
      <w:r>
        <w:t>Home Castle World can use this discipline to develop a portfolio that is visually distinctive, technically credible and commercially understandable. The long-term objective is to create homes and communities that people can trust—not because they are described as revolutionary, but because their quality, specifications, delivery process and customer support demonstrate value in practice.</w:t>
      </w:r>
    </w:p>
    <w:p>
      <w:r>
        <w:t>The strongest modular-housing brands will combine industrial efficiency with human-centred design. They will use technology where it improves outcomes, standardisation where it reduces unnecessary complexity and customisation where it genuinely improves the customer experience. They will also recognise that affordability is not simply a lower purchase price; it is the relationship between income, acquisition cost, operating cost, maintenance, location and long-term usability.</w:t>
      </w:r>
    </w:p>
    <w:p>
      <w:r>
        <w:t>For Home Castle World, this means building a business that can learn. Each project should make the next project better. Each customer question should improve the product documentation. Each installation challenge should inform the next design revision. Each maintenance issue should influence material selection. This continuous improvement model can become one of the company's most valuable competitive assets.</w:t>
      </w:r>
    </w:p>
    <w:p>
      <w:r>
        <w:t>Ultimately, the opportunity is to make modular housing understandable, dependable and desirable. The industry does not need every home to be modular. It needs better choices. Home Castle World can contribute to that choice by combining thoughtful architecture, disciplined manufacturing, responsible real-estate development and transparent customer service.</w:t>
      </w:r>
    </w:p>
    <w:p>
      <w:pPr>
        <w:pStyle w:val="Heading1"/>
      </w:pPr>
      <w:r>
        <w:t>53. Modular Housing and Sales Training</w:t>
      </w:r>
    </w:p>
    <w:p>
      <w:r>
        <w:t>53. Modular Housing and Sales Training</w:t>
      </w:r>
    </w:p>
    <w:p>
      <w:r>
        <w:t>This section examines consultative selling, technical literacy and customer qualification as part of the wider modular-housing and real-estate ecosystem. The commercial opportunity is strongest when the subject is connected to measurable customer needs rather than treated as a standalone trend.</w:t>
      </w:r>
    </w:p>
    <w:p>
      <w:r>
        <w:t>For Home Castle World, this area should be approached as a practical part of the company's wider modular-housing system. The objective is not to treat modular construction as a slogan but to identify where a repeatable product can solve a genuine customer or developer problem. Every proposal should begin with the site, user, budget, regulatory environment and operational requirements.</w:t>
      </w:r>
    </w:p>
    <w:p>
      <w:r>
        <w:t>A professional approach requires several layers of analysis. The first is customer value. A modular solution should make a meaningful difference to the person or organisation buying it. That difference may involve a clearer specification, predictable design, easier expansion, lower maintenance, faster installation, better use of space or improved operational management. The second is technical feasibility. Engineers and architects need to confirm that the proposed system can meet structural, fire, service, durability and environmental requirements. The third is commercial feasibility. Production, logistics, installation and after-sales costs need to be understood before a promise is made to the customer.</w:t>
      </w:r>
    </w:p>
    <w:p>
      <w:r>
        <w:t>The fourth layer is scalability. A system becomes more valuable when it can be repeated without becoming generic. Home Castle World can develop standard interfaces, common service zones, approved materials and repeatable design families while allowing customers to select meaningful options. This approach can create economies of repetition without eliminating architectural identity.</w:t>
      </w:r>
    </w:p>
    <w:p>
      <w:r>
        <w:t>The fifth layer is measurement. The company should establish metrics that allow the team to learn from every project. Useful indicators include production hours per module, installation hours, material variance, defect rates, warranty claims, energy performance where measured, customer satisfaction, sales conversion and schedule variance. Over time, this data can support better product decisions.</w:t>
      </w:r>
    </w:p>
    <w:p>
      <w:r>
        <w:t>The broader real-estate lesson is that housing is a system. Land, planning, construction, finance, transport, infrastructure, design, marketing and maintenance are connected. Modular construction can improve some connections, but it cannot remove the need for professional planning. A successful Home Castle World project should therefore be evaluated as a complete development rather than as a factory product alone.</w:t>
      </w:r>
    </w:p>
    <w:p>
      <w:r>
        <w:t>The customer communication should remain equally disciplined. Marketing can be aspirational, but technical and financial claims should be specific. If a project is expected to be faster, the company should define the comparison and the scope. If a product is presented as affordable, the company should explain the price basis. If sustainability is highlighted, the relevant features should be documented. This creates a brand that can grow through evidence.</w:t>
      </w:r>
    </w:p>
    <w:p>
      <w:r>
        <w:t>In practical terms, consultative selling, technical literacy and customer qualification should be integrated into the product-development process, the site-assessment process and the customer journey. It should influence the design brief before manufacturing begins and the handover process after installation. That continuity is what turns modular construction from a building technique into a real-estate platform.</w:t>
      </w:r>
    </w:p>
    <w:p>
      <w:r>
        <w:t>Home Castle World can use this discipline to develop a portfolio that is visually distinctive, technically credible and commercially understandable. The long-term objective is to create homes and communities that people can trust—not because they are described as revolutionary, but because their quality, specifications, delivery process and customer support demonstrate value in practice.</w:t>
      </w:r>
    </w:p>
    <w:p>
      <w:r>
        <w:t>The strongest modular-housing brands will combine industrial efficiency with human-centred design. They will use technology where it improves outcomes, standardisation where it reduces unnecessary complexity and customisation where it genuinely improves the customer experience. They will also recognise that affordability is not simply a lower purchase price; it is the relationship between income, acquisition cost, operating cost, maintenance, location and long-term usability.</w:t>
      </w:r>
    </w:p>
    <w:p>
      <w:r>
        <w:t>For Home Castle World, this means building a business that can learn. Each project should make the next project better. Each customer question should improve the product documentation. Each installation challenge should inform the next design revision. Each maintenance issue should influence material selection. This continuous improvement model can become one of the company's most valuable competitive assets.</w:t>
      </w:r>
    </w:p>
    <w:p>
      <w:r>
        <w:t>Ultimately, the opportunity is to make modular housing understandable, dependable and desirable. The industry does not need every home to be modular. It needs better choices. Home Castle World can contribute to that choice by combining thoughtful architecture, disciplined manufacturing, responsible real-estate development and transparent customer service.</w:t>
      </w:r>
    </w:p>
    <w:p>
      <w:pPr>
        <w:pStyle w:val="Heading1"/>
      </w:pPr>
      <w:r>
        <w:t>54. Modular Housing and After-Sales Service</w:t>
      </w:r>
    </w:p>
    <w:p>
      <w:r>
        <w:t>54. Modular Housing and After-Sales Service</w:t>
      </w:r>
    </w:p>
    <w:p>
      <w:r>
        <w:t>This section examines warranties, maintenance, service networks and customer retention as part of the wider modular-housing and real-estate ecosystem. The commercial opportunity is strongest when the subject is connected to measurable customer needs rather than treated as a standalone trend.</w:t>
      </w:r>
    </w:p>
    <w:p>
      <w:r>
        <w:t>For Home Castle World, this area should be approached as a practical part of the company's wider modular-housing system. The objective is not to treat modular construction as a slogan but to identify where a repeatable product can solve a genuine customer or developer problem. Every proposal should begin with the site, user, budget, regulatory environment and operational requirements.</w:t>
      </w:r>
    </w:p>
    <w:p>
      <w:r>
        <w:t>A professional approach requires several layers of analysis. The first is customer value. A modular solution should make a meaningful difference to the person or organisation buying it. That difference may involve a clearer specification, predictable design, easier expansion, lower maintenance, faster installation, better use of space or improved operational management. The second is technical feasibility. Engineers and architects need to confirm that the proposed system can meet structural, fire, service, durability and environmental requirements. The third is commercial feasibility. Production, logistics, installation and after-sales costs need to be understood before a promise is made to the customer.</w:t>
      </w:r>
    </w:p>
    <w:p>
      <w:r>
        <w:t>The fourth layer is scalability. A system becomes more valuable when it can be repeated without becoming generic. Home Castle World can develop standard interfaces, common service zones, approved materials and repeatable design families while allowing customers to select meaningful options. This approach can create economies of repetition without eliminating architectural identity.</w:t>
      </w:r>
    </w:p>
    <w:p>
      <w:r>
        <w:t>The fifth layer is measurement. The company should establish metrics that allow the team to learn from every project. Useful indicators include production hours per module, installation hours, material variance, defect rates, warranty claims, energy performance where measured, customer satisfaction, sales conversion and schedule variance. Over time, this data can support better product decisions.</w:t>
      </w:r>
    </w:p>
    <w:p>
      <w:r>
        <w:t>The broader real-estate lesson is that housing is a system. Land, planning, construction, finance, transport, infrastructure, design, marketing and maintenance are connected. Modular construction can improve some connections, but it cannot remove the need for professional planning. A successful Home Castle World project should therefore be evaluated as a complete development rather than as a factory product alone.</w:t>
      </w:r>
    </w:p>
    <w:p>
      <w:r>
        <w:t>The customer communication should remain equally disciplined. Marketing can be aspirational, but technical and financial claims should be specific. If a project is expected to be faster, the company should define the comparison and the scope. If a product is presented as affordable, the company should explain the price basis. If sustainability is highlighted, the relevant features should be documented. This creates a brand that can grow through evidence.</w:t>
      </w:r>
    </w:p>
    <w:p>
      <w:r>
        <w:t>In practical terms, warranties, maintenance, service networks and customer retention should be integrated into the product-development process, the site-assessment process and the customer journey. It should influence the design brief before manufacturing begins and the handover process after installation. That continuity is what turns modular construction from a building technique into a real-estate platform.</w:t>
      </w:r>
    </w:p>
    <w:p>
      <w:r>
        <w:t>Home Castle World can use this discipline to develop a portfolio that is visually distinctive, technically credible and commercially understandable. The long-term objective is to create homes and communities that people can trust—not because they are described as revolutionary, but because their quality, specifications, delivery process and customer support demonstrate value in practice.</w:t>
      </w:r>
    </w:p>
    <w:p>
      <w:r>
        <w:t>The strongest modular-housing brands will combine industrial efficiency with human-centred design. They will use technology where it improves outcomes, standardisation where it reduces unnecessary complexity and customisation where it genuinely improves the customer experience. They will also recognise that affordability is not simply a lower purchase price; it is the relationship between income, acquisition cost, operating cost, maintenance, location and long-term usability.</w:t>
      </w:r>
    </w:p>
    <w:p>
      <w:r>
        <w:t>For Home Castle World, this means building a business that can learn. Each project should make the next project better. Each customer question should improve the product documentation. Each installation challenge should inform the next design revision. Each maintenance issue should influence material selection. This continuous improvement model can become one of the company's most valuable competitive assets.</w:t>
      </w:r>
    </w:p>
    <w:p>
      <w:r>
        <w:t>Ultimately, the opportunity is to make modular housing understandable, dependable and desirable. The industry does not need every home to be modular. It needs better choices. Home Castle World can contribute to that choice by combining thoughtful architecture, disciplined manufacturing, responsible real-estate development and transparent customer service.</w:t>
      </w:r>
    </w:p>
    <w:p>
      <w:pPr>
        <w:pStyle w:val="Heading1"/>
      </w:pPr>
      <w:r>
        <w:t>55. Modular Housing and Expansion</w:t>
      </w:r>
    </w:p>
    <w:p>
      <w:r>
        <w:t>55. Modular Housing and Expansion</w:t>
      </w:r>
    </w:p>
    <w:p>
      <w:r>
        <w:t>This section examines future rooms, accessory units and platform-based growth as part of the wider modular-housing and real-estate ecosystem. The commercial opportunity is strongest when the subject is connected to measurable customer needs rather than treated as a standalone trend.</w:t>
      </w:r>
    </w:p>
    <w:p>
      <w:r>
        <w:t>For Home Castle World, this area should be approached as a practical part of the company's wider modular-housing system. The objective is not to treat modular construction as a slogan but to identify where a repeatable product can solve a genuine customer or developer problem. Every proposal should begin with the site, user, budget, regulatory environment and operational requirements.</w:t>
      </w:r>
    </w:p>
    <w:p>
      <w:r>
        <w:t>A professional approach requires several layers of analysis. The first is customer value. A modular solution should make a meaningful difference to the person or organisation buying it. That difference may involve a clearer specification, predictable design, easier expansion, lower maintenance, faster installation, better use of space or improved operational management. The second is technical feasibility. Engineers and architects need to confirm that the proposed system can meet structural, fire, service, durability and environmental requirements. The third is commercial feasibility. Production, logistics, installation and after-sales costs need to be understood before a promise is made to the customer.</w:t>
      </w:r>
    </w:p>
    <w:p>
      <w:r>
        <w:t>The fourth layer is scalability. A system becomes more valuable when it can be repeated without becoming generic. Home Castle World can develop standard interfaces, common service zones, approved materials and repeatable design families while allowing customers to select meaningful options. This approach can create economies of repetition without eliminating architectural identity.</w:t>
      </w:r>
    </w:p>
    <w:p>
      <w:r>
        <w:t>The fifth layer is measurement. The company should establish metrics that allow the team to learn from every project. Useful indicators include production hours per module, installation hours, material variance, defect rates, warranty claims, energy performance where measured, customer satisfaction, sales conversion and schedule variance. Over time, this data can support better product decisions.</w:t>
      </w:r>
    </w:p>
    <w:p>
      <w:r>
        <w:t>The broader real-estate lesson is that housing is a system. Land, planning, construction, finance, transport, infrastructure, design, marketing and maintenance are connected. Modular construction can improve some connections, but it cannot remove the need for professional planning. A successful Home Castle World project should therefore be evaluated as a complete development rather than as a factory product alone.</w:t>
      </w:r>
    </w:p>
    <w:p>
      <w:r>
        <w:t>The customer communication should remain equally disciplined. Marketing can be aspirational, but technical and financial claims should be specific. If a project is expected to be faster, the company should define the comparison and the scope. If a product is presented as affordable, the company should explain the price basis. If sustainability is highlighted, the relevant features should be documented. This creates a brand that can grow through evidence.</w:t>
      </w:r>
    </w:p>
    <w:p>
      <w:r>
        <w:t>In practical terms, future rooms, accessory units and platform-based growth should be integrated into the product-development process, the site-assessment process and the customer journey. It should influence the design brief before manufacturing begins and the handover process after installation. That continuity is what turns modular construction from a building technique into a real-estate platform.</w:t>
      </w:r>
    </w:p>
    <w:p>
      <w:r>
        <w:t>Home Castle World can use this discipline to develop a portfolio that is visually distinctive, technically credible and commercially understandable. The long-term objective is to create homes and communities that people can trust—not because they are described as revolutionary, but because their quality, specifications, delivery process and customer support demonstrate value in practice.</w:t>
      </w:r>
    </w:p>
    <w:p>
      <w:r>
        <w:t>The strongest modular-housing brands will combine industrial efficiency with human-centred design. They will use technology where it improves outcomes, standardisation where it reduces unnecessary complexity and customisation where it genuinely improves the customer experience. They will also recognise that affordability is not simply a lower purchase price; it is the relationship between income, acquisition cost, operating cost, maintenance, location and long-term usability.</w:t>
      </w:r>
    </w:p>
    <w:p>
      <w:r>
        <w:t>For Home Castle World, this means building a business that can learn. Each project should make the next project better. Each customer question should improve the product documentation. Each installation challenge should inform the next design revision. Each maintenance issue should influence material selection. This continuous improvement model can become one of the company's most valuable competitive assets.</w:t>
      </w:r>
    </w:p>
    <w:p>
      <w:r>
        <w:t>Ultimately, the opportunity is to make modular housing understandable, dependable and desirable. The industry does not need every home to be modular. It needs better choices. Home Castle World can contribute to that choice by combining thoughtful architecture, disciplined manufacturing, responsible real-estate development and transparent customer service.</w:t>
      </w:r>
    </w:p>
    <w:p>
      <w:pPr>
        <w:pStyle w:val="Heading1"/>
      </w:pPr>
      <w:r>
        <w:t>56. Modular Housing and Community Design</w:t>
      </w:r>
    </w:p>
    <w:p>
      <w:r>
        <w:t>56. Modular Housing and Community Design</w:t>
      </w:r>
    </w:p>
    <w:p>
      <w:r>
        <w:t>This section examines shared facilities, public realm and social infrastructure as part of the wider modular-housing and real-estate ecosystem. The commercial opportunity is strongest when the subject is connected to measurable customer needs rather than treated as a standalone trend.</w:t>
      </w:r>
    </w:p>
    <w:p>
      <w:r>
        <w:t>For Home Castle World, this area should be approached as a practical part of the company's wider modular-housing system. The objective is not to treat modular construction as a slogan but to identify where a repeatable product can solve a genuine customer or developer problem. Every proposal should begin with the site, user, budget, regulatory environment and operational requirements.</w:t>
      </w:r>
    </w:p>
    <w:p>
      <w:r>
        <w:t>A professional approach requires several layers of analysis. The first is customer value. A modular solution should make a meaningful difference to the person or organisation buying it. That difference may involve a clearer specification, predictable design, easier expansion, lower maintenance, faster installation, better use of space or improved operational management. The second is technical feasibility. Engineers and architects need to confirm that the proposed system can meet structural, fire, service, durability and environmental requirements. The third is commercial feasibility. Production, logistics, installation and after-sales costs need to be understood before a promise is made to the customer.</w:t>
      </w:r>
    </w:p>
    <w:p>
      <w:r>
        <w:t>The fourth layer is scalability. A system becomes more valuable when it can be repeated without becoming generic. Home Castle World can develop standard interfaces, common service zones, approved materials and repeatable design families while allowing customers to select meaningful options. This approach can create economies of repetition without eliminating architectural identity.</w:t>
      </w:r>
    </w:p>
    <w:p>
      <w:r>
        <w:t>The fifth layer is measurement. The company should establish metrics that allow the team to learn from every project. Useful indicators include production hours per module, installation hours, material variance, defect rates, warranty claims, energy performance where measured, customer satisfaction, sales conversion and schedule variance. Over time, this data can support better product decisions.</w:t>
      </w:r>
    </w:p>
    <w:p>
      <w:r>
        <w:t>The broader real-estate lesson is that housing is a system. Land, planning, construction, finance, transport, infrastructure, design, marketing and maintenance are connected. Modular construction can improve some connections, but it cannot remove the need for professional planning. A successful Home Castle World project should therefore be evaluated as a complete development rather than as a factory product alone.</w:t>
      </w:r>
    </w:p>
    <w:p>
      <w:r>
        <w:t>The customer communication should remain equally disciplined. Marketing can be aspirational, but technical and financial claims should be specific. If a project is expected to be faster, the company should define the comparison and the scope. If a product is presented as affordable, the company should explain the price basis. If sustainability is highlighted, the relevant features should be documented. This creates a brand that can grow through evidence.</w:t>
      </w:r>
    </w:p>
    <w:p>
      <w:r>
        <w:t>In practical terms, shared facilities, public realm and social infrastructure should be integrated into the product-development process, the site-assessment process and the customer journey. It should influence the design brief before manufacturing begins and the handover process after installation. That continuity is what turns modular construction from a building technique into a real-estate platform.</w:t>
      </w:r>
    </w:p>
    <w:p>
      <w:r>
        <w:t>Home Castle World can use this discipline to develop a portfolio that is visually distinctive, technically credible and commercially understandable. The long-term objective is to create homes and communities that people can trust—not because they are described as revolutionary, but because their quality, specifications, delivery process and customer support demonstrate value in practice.</w:t>
      </w:r>
    </w:p>
    <w:p>
      <w:r>
        <w:t>The strongest modular-housing brands will combine industrial efficiency with human-centred design. They will use technology where it improves outcomes, standardisation where it reduces unnecessary complexity and customisation where it genuinely improves the customer experience. They will also recognise that affordability is not simply a lower purchase price; it is the relationship between income, acquisition cost, operating cost, maintenance, location and long-term usability.</w:t>
      </w:r>
    </w:p>
    <w:p>
      <w:r>
        <w:t>For Home Castle World, this means building a business that can learn. Each project should make the next project better. Each customer question should improve the product documentation. Each installation challenge should inform the next design revision. Each maintenance issue should influence material selection. This continuous improvement model can become one of the company's most valuable competitive assets.</w:t>
      </w:r>
    </w:p>
    <w:p>
      <w:r>
        <w:t>Ultimately, the opportunity is to make modular housing understandable, dependable and desirable. The industry does not need every home to be modular. It needs better choices. Home Castle World can contribute to that choice by combining thoughtful architecture, disciplined manufacturing, responsible real-estate development and transparent customer service.</w:t>
      </w:r>
    </w:p>
    <w:p>
      <w:pPr>
        <w:pStyle w:val="Heading1"/>
      </w:pPr>
      <w:r>
        <w:t>57. Modular Housing and Resilient Cities</w:t>
      </w:r>
    </w:p>
    <w:p>
      <w:r>
        <w:t>57. Modular Housing and Resilient Cities</w:t>
      </w:r>
    </w:p>
    <w:p>
      <w:r>
        <w:t>This section examines heat, flooding, infrastructure and climate adaptation as part of the wider modular-housing and real-estate ecosystem. The commercial opportunity is strongest when the subject is connected to measurable customer needs rather than treated as a standalone trend.</w:t>
      </w:r>
    </w:p>
    <w:p>
      <w:r>
        <w:t>For Home Castle World, this area should be approached as a practical part of the company's wider modular-housing system. The objective is not to treat modular construction as a slogan but to identify where a repeatable product can solve a genuine customer or developer problem. Every proposal should begin with the site, user, budget, regulatory environment and operational requirements.</w:t>
      </w:r>
    </w:p>
    <w:p>
      <w:r>
        <w:t>A professional approach requires several layers of analysis. The first is customer value. A modular solution should make a meaningful difference to the person or organisation buying it. That difference may involve a clearer specification, predictable design, easier expansion, lower maintenance, faster installation, better use of space or improved operational management. The second is technical feasibility. Engineers and architects need to confirm that the proposed system can meet structural, fire, service, durability and environmental requirements. The third is commercial feasibility. Production, logistics, installation and after-sales costs need to be understood before a promise is made to the customer.</w:t>
      </w:r>
    </w:p>
    <w:p>
      <w:r>
        <w:t>The fourth layer is scalability. A system becomes more valuable when it can be repeated without becoming generic. Home Castle World can develop standard interfaces, common service zones, approved materials and repeatable design families while allowing customers to select meaningful options. This approach can create economies of repetition without eliminating architectural identity.</w:t>
      </w:r>
    </w:p>
    <w:p>
      <w:r>
        <w:t>The fifth layer is measurement. The company should establish metrics that allow the team to learn from every project. Useful indicators include production hours per module, installation hours, material variance, defect rates, warranty claims, energy performance where measured, customer satisfaction, sales conversion and schedule variance. Over time, this data can support better product decisions.</w:t>
      </w:r>
    </w:p>
    <w:p>
      <w:r>
        <w:t>The broader real-estate lesson is that housing is a system. Land, planning, construction, finance, transport, infrastructure, design, marketing and maintenance are connected. Modular construction can improve some connections, but it cannot remove the need for professional planning. A successful Home Castle World project should therefore be evaluated as a complete development rather than as a factory product alone.</w:t>
      </w:r>
    </w:p>
    <w:p>
      <w:r>
        <w:t>The customer communication should remain equally disciplined. Marketing can be aspirational, but technical and financial claims should be specific. If a project is expected to be faster, the company should define the comparison and the scope. If a product is presented as affordable, the company should explain the price basis. If sustainability is highlighted, the relevant features should be documented. This creates a brand that can grow through evidence.</w:t>
      </w:r>
    </w:p>
    <w:p>
      <w:r>
        <w:t>In practical terms, heat, flooding, infrastructure and climate adaptation should be integrated into the product-development process, the site-assessment process and the customer journey. It should influence the design brief before manufacturing begins and the handover process after installation. That continuity is what turns modular construction from a building technique into a real-estate platform.</w:t>
      </w:r>
    </w:p>
    <w:p>
      <w:r>
        <w:t>Home Castle World can use this discipline to develop a portfolio that is visually distinctive, technically credible and commercially understandable. The long-term objective is to create homes and communities that people can trust—not because they are described as revolutionary, but because their quality, specifications, delivery process and customer support demonstrate value in practice.</w:t>
      </w:r>
    </w:p>
    <w:p>
      <w:r>
        <w:t>The strongest modular-housing brands will combine industrial efficiency with human-centred design. They will use technology where it improves outcomes, standardisation where it reduces unnecessary complexity and customisation where it genuinely improves the customer experience. They will also recognise that affordability is not simply a lower purchase price; it is the relationship between income, acquisition cost, operating cost, maintenance, location and long-term usability.</w:t>
      </w:r>
    </w:p>
    <w:p>
      <w:r>
        <w:t>For Home Castle World, this means building a business that can learn. Each project should make the next project better. Each customer question should improve the product documentation. Each installation challenge should inform the next design revision. Each maintenance issue should influence material selection. This continuous improvement model can become one of the company's most valuable competitive assets.</w:t>
      </w:r>
    </w:p>
    <w:p>
      <w:r>
        <w:t>Ultimately, the opportunity is to make modular housing understandable, dependable and desirable. The industry does not need every home to be modular. It needs better choices. Home Castle World can contribute to that choice by combining thoughtful architecture, disciplined manufacturing, responsible real-estate development and transparent customer service.</w:t>
      </w:r>
    </w:p>
    <w:p>
      <w:pPr>
        <w:pStyle w:val="Heading1"/>
      </w:pPr>
      <w:r>
        <w:t>58. Modular Housing and Investment Analysis</w:t>
      </w:r>
    </w:p>
    <w:p>
      <w:r>
        <w:t>58. Modular Housing and Investment Analysis</w:t>
      </w:r>
    </w:p>
    <w:p>
      <w:r>
        <w:t>This section examines development returns, operating models and scenario analysis as part of the wider modular-housing and real-estate ecosystem. The commercial opportunity is strongest when the subject is connected to measurable customer needs rather than treated as a standalone trend.</w:t>
      </w:r>
    </w:p>
    <w:p>
      <w:r>
        <w:t>For Home Castle World, this area should be approached as a practical part of the company's wider modular-housing system. The objective is not to treat modular construction as a slogan but to identify where a repeatable product can solve a genuine customer or developer problem. Every proposal should begin with the site, user, budget, regulatory environment and operational requirements.</w:t>
      </w:r>
    </w:p>
    <w:p>
      <w:r>
        <w:t>A professional approach requires several layers of analysis. The first is customer value. A modular solution should make a meaningful difference to the person or organisation buying it. That difference may involve a clearer specification, predictable design, easier expansion, lower maintenance, faster installation, better use of space or improved operational management. The second is technical feasibility. Engineers and architects need to confirm that the proposed system can meet structural, fire, service, durability and environmental requirements. The third is commercial feasibility. Production, logistics, installation and after-sales costs need to be understood before a promise is made to the customer.</w:t>
      </w:r>
    </w:p>
    <w:p>
      <w:r>
        <w:t>The fourth layer is scalability. A system becomes more valuable when it can be repeated without becoming generic. Home Castle World can develop standard interfaces, common service zones, approved materials and repeatable design families while allowing customers to select meaningful options. This approach can create economies of repetition without eliminating architectural identity.</w:t>
      </w:r>
    </w:p>
    <w:p>
      <w:r>
        <w:t>The fifth layer is measurement. The company should establish metrics that allow the team to learn from every project. Useful indicators include production hours per module, installation hours, material variance, defect rates, warranty claims, energy performance where measured, customer satisfaction, sales conversion and schedule variance. Over time, this data can support better product decisions.</w:t>
      </w:r>
    </w:p>
    <w:p>
      <w:r>
        <w:t>The broader real-estate lesson is that housing is a system. Land, planning, construction, finance, transport, infrastructure, design, marketing and maintenance are connected. Modular construction can improve some connections, but it cannot remove the need for professional planning. A successful Home Castle World project should therefore be evaluated as a complete development rather than as a factory product alone.</w:t>
      </w:r>
    </w:p>
    <w:p>
      <w:r>
        <w:t>The customer communication should remain equally disciplined. Marketing can be aspirational, but technical and financial claims should be specific. If a project is expected to be faster, the company should define the comparison and the scope. If a product is presented as affordable, the company should explain the price basis. If sustainability is highlighted, the relevant features should be documented. This creates a brand that can grow through evidence.</w:t>
      </w:r>
    </w:p>
    <w:p>
      <w:r>
        <w:t>In practical terms, development returns, operating models and scenario analysis should be integrated into the product-development process, the site-assessment process and the customer journey. It should influence the design brief before manufacturing begins and the handover process after installation. That continuity is what turns modular construction from a building technique into a real-estate platform.</w:t>
      </w:r>
    </w:p>
    <w:p>
      <w:r>
        <w:t>Home Castle World can use this discipline to develop a portfolio that is visually distinctive, technically credible and commercially understandable. The long-term objective is to create homes and communities that people can trust—not because they are described as revolutionary, but because their quality, specifications, delivery process and customer support demonstrate value in practice.</w:t>
      </w:r>
    </w:p>
    <w:p>
      <w:r>
        <w:t>The strongest modular-housing brands will combine industrial efficiency with human-centred design. They will use technology where it improves outcomes, standardisation where it reduces unnecessary complexity and customisation where it genuinely improves the customer experience. They will also recognise that affordability is not simply a lower purchase price; it is the relationship between income, acquisition cost, operating cost, maintenance, location and long-term usability.</w:t>
      </w:r>
    </w:p>
    <w:p>
      <w:r>
        <w:t>For Home Castle World, this means building a business that can learn. Each project should make the next project better. Each customer question should improve the product documentation. Each installation challenge should inform the next design revision. Each maintenance issue should influence material selection. This continuous improvement model can become one of the company's most valuable competitive assets.</w:t>
      </w:r>
    </w:p>
    <w:p>
      <w:r>
        <w:t>Ultimately, the opportunity is to make modular housing understandable, dependable and desirable. The industry does not need every home to be modular. It needs better choices. Home Castle World can contribute to that choice by combining thoughtful architecture, disciplined manufacturing, responsible real-estate development and transparent customer service.</w:t>
      </w:r>
    </w:p>
    <w:p>
      <w:pPr>
        <w:pStyle w:val="Heading1"/>
      </w:pPr>
      <w:r>
        <w:t>59. Modular Housing and Corporate Governance</w:t>
      </w:r>
    </w:p>
    <w:p>
      <w:r>
        <w:t>59. Modular Housing and Corporate Governance</w:t>
      </w:r>
    </w:p>
    <w:p>
      <w:r>
        <w:t>This section examines quality, contracts, compliance and responsible growth as part of the wider modular-housing and real-estate ecosystem. The commercial opportunity is strongest when the subject is connected to measurable customer needs rather than treated as a standalone trend.</w:t>
      </w:r>
    </w:p>
    <w:p>
      <w:r>
        <w:t>For Home Castle World, this area should be approached as a practical part of the company's wider modular-housing system. The objective is not to treat modular construction as a slogan but to identify where a repeatable product can solve a genuine customer or developer problem. Every proposal should begin with the site, user, budget, regulatory environment and operational requirements.</w:t>
      </w:r>
    </w:p>
    <w:p>
      <w:r>
        <w:t>A professional approach requires several layers of analysis. The first is customer value. A modular solution should make a meaningful difference to the person or organisation buying it. That difference may involve a clearer specification, predictable design, easier expansion, lower maintenance, faster installation, better use of space or improved operational management. The second is technical feasibility. Engineers and architects need to confirm that the proposed system can meet structural, fire, service, durability and environmental requirements. The third is commercial feasibility. Production, logistics, installation and after-sales costs need to be understood before a promise is made to the customer.</w:t>
      </w:r>
    </w:p>
    <w:p>
      <w:r>
        <w:t>The fourth layer is scalability. A system becomes more valuable when it can be repeated without becoming generic. Home Castle World can develop standard interfaces, common service zones, approved materials and repeatable design families while allowing customers to select meaningful options. This approach can create economies of repetition without eliminating architectural identity.</w:t>
      </w:r>
    </w:p>
    <w:p>
      <w:r>
        <w:t>The fifth layer is measurement. The company should establish metrics that allow the team to learn from every project. Useful indicators include production hours per module, installation hours, material variance, defect rates, warranty claims, energy performance where measured, customer satisfaction, sales conversion and schedule variance. Over time, this data can support better product decisions.</w:t>
      </w:r>
    </w:p>
    <w:p>
      <w:r>
        <w:t>The broader real-estate lesson is that housing is a system. Land, planning, construction, finance, transport, infrastructure, design, marketing and maintenance are connected. Modular construction can improve some connections, but it cannot remove the need for professional planning. A successful Home Castle World project should therefore be evaluated as a complete development rather than as a factory product alone.</w:t>
      </w:r>
    </w:p>
    <w:p>
      <w:r>
        <w:t>The customer communication should remain equally disciplined. Marketing can be aspirational, but technical and financial claims should be specific. If a project is expected to be faster, the company should define the comparison and the scope. If a product is presented as affordable, the company should explain the price basis. If sustainability is highlighted, the relevant features should be documented. This creates a brand that can grow through evidence.</w:t>
      </w:r>
    </w:p>
    <w:p>
      <w:r>
        <w:t>In practical terms, quality, contracts, compliance and responsible growth should be integrated into the product-development process, the site-assessment process and the customer journey. It should influence the design brief before manufacturing begins and the handover process after installation. That continuity is what turns modular construction from a building technique into a real-estate platform.</w:t>
      </w:r>
    </w:p>
    <w:p>
      <w:r>
        <w:t>Home Castle World can use this discipline to develop a portfolio that is visually distinctive, technically credible and commercially understandable. The long-term objective is to create homes and communities that people can trust—not because they are described as revolutionary, but because their quality, specifications, delivery process and customer support demonstrate value in practice.</w:t>
      </w:r>
    </w:p>
    <w:p>
      <w:r>
        <w:t>The strongest modular-housing brands will combine industrial efficiency with human-centred design. They will use technology where it improves outcomes, standardisation where it reduces unnecessary complexity and customisation where it genuinely improves the customer experience. They will also recognise that affordability is not simply a lower purchase price; it is the relationship between income, acquisition cost, operating cost, maintenance, location and long-term usability.</w:t>
      </w:r>
    </w:p>
    <w:p>
      <w:r>
        <w:t>For Home Castle World, this means building a business that can learn. Each project should make the next project better. Each customer question should improve the product documentation. Each installation challenge should inform the next design revision. Each maintenance issue should influence material selection. This continuous improvement model can become one of the company's most valuable competitive assets.</w:t>
      </w:r>
    </w:p>
    <w:p>
      <w:r>
        <w:t>Ultimately, the opportunity is to make modular housing understandable, dependable and desirable. The industry does not need every home to be modular. It needs better choices. Home Castle World can contribute to that choice by combining thoughtful architecture, disciplined manufacturing, responsible real-estate development and transparent customer service.</w:t>
      </w:r>
    </w:p>
    <w:p>
      <w:pPr>
        <w:pStyle w:val="Heading1"/>
      </w:pPr>
      <w:r>
        <w:t>60. Modular Housing: Strategic Outlook</w:t>
      </w:r>
    </w:p>
    <w:p>
      <w:r>
        <w:t>60. Modular Housing: Strategic Outlook</w:t>
      </w:r>
    </w:p>
    <w:p>
      <w:r>
        <w:t>This section examines the next decade of product development, real estate and housing innovation as part of the wider modular-housing and real-estate ecosystem. The commercial opportunity is strongest when the subject is connected to measurable customer needs rather than treated as a standalone trend.</w:t>
      </w:r>
    </w:p>
    <w:p>
      <w:r>
        <w:t>For Home Castle World, this area should be approached as a practical part of the company's wider modular-housing system. The objective is not to treat modular construction as a slogan but to identify where a repeatable product can solve a genuine customer or developer problem. Every proposal should begin with the site, user, budget, regulatory environment and operational requirements.</w:t>
      </w:r>
    </w:p>
    <w:p>
      <w:r>
        <w:t>A professional approach requires several layers of analysis. The first is customer value. A modular solution should make a meaningful difference to the person or organisation buying it. That difference may involve a clearer specification, predictable design, easier expansion, lower maintenance, faster installation, better use of space or improved operational management. The second is technical feasibility. Engineers and architects need to confirm that the proposed system can meet structural, fire, service, durability and environmental requirements. The third is commercial feasibility. Production, logistics, installation and after-sales costs need to be understood before a promise is made to the customer.</w:t>
      </w:r>
    </w:p>
    <w:p>
      <w:r>
        <w:t>The fourth layer is scalability. A system becomes more valuable when it can be repeated without becoming generic. Home Castle World can develop standard interfaces, common service zones, approved materials and repeatable design families while allowing customers to select meaningful options. This approach can create economies of repetition without eliminating architectural identity.</w:t>
      </w:r>
    </w:p>
    <w:p>
      <w:r>
        <w:t>The fifth layer is measurement. The company should establish metrics that allow the team to learn from every project. Useful indicators include production hours per module, installation hours, material variance, defect rates, warranty claims, energy performance where measured, customer satisfaction, sales conversion and schedule variance. Over time, this data can support better product decisions.</w:t>
      </w:r>
    </w:p>
    <w:p>
      <w:r>
        <w:t>The broader real-estate lesson is that housing is a system. Land, planning, construction, finance, transport, infrastructure, design, marketing and maintenance are connected. Modular construction can improve some connections, but it cannot remove the need for professional planning. A successful Home Castle World project should therefore be evaluated as a complete development rather than as a factory product alone.</w:t>
      </w:r>
    </w:p>
    <w:p>
      <w:r>
        <w:t>The customer communication should remain equally disciplined. Marketing can be aspirational, but technical and financial claims should be specific. If a project is expected to be faster, the company should define the comparison and the scope. If a product is presented as affordable, the company should explain the price basis. If sustainability is highlighted, the relevant features should be documented. This creates a brand that can grow through evidence.</w:t>
      </w:r>
    </w:p>
    <w:p>
      <w:r>
        <w:t>In practical terms, the next decade of product development, real estate and housing innovation should be integrated into the product-development process, the site-assessment process and the customer journey. It should influence the design brief before manufacturing begins and the handover process after installation. That continuity is what turns modular construction from a building technique into a real-estate platform.</w:t>
      </w:r>
    </w:p>
    <w:p>
      <w:r>
        <w:t>Home Castle World can use this discipline to develop a portfolio that is visually distinctive, technically credible and commercially understandable. The long-term objective is to create homes and communities that people can trust—not because they are described as revolutionary, but because their quality, specifications, delivery process and customer support demonstrate value in practice.</w:t>
      </w:r>
    </w:p>
    <w:p>
      <w:r>
        <w:t>The strongest modular-housing brands will combine industrial efficiency with human-centred design. They will use technology where it improves outcomes, standardisation where it reduces unnecessary complexity and customisation where it genuinely improves the customer experience. They will also recognise that affordability is not simply a lower purchase price; it is the relationship between income, acquisition cost, operating cost, maintenance, location and long-term usability.</w:t>
      </w:r>
    </w:p>
    <w:p>
      <w:r>
        <w:t>For Home Castle World, this means building a business that can learn. Each project should make the next project better. Each customer question should improve the product documentation. Each installation challenge should inform the next design revision. Each maintenance issue should influence material selection. This continuous improvement model can become one of the company's most valuable competitive assets.</w:t>
      </w:r>
    </w:p>
    <w:p>
      <w:r>
        <w:t>Ultimately, the opportunity is to make modular housing understandable, dependable and desirable. The industry does not need every home to be modular. It needs better choices. Home Castle World can contribute to that choice by combining thoughtful architecture, disciplined manufacturing, responsible real-estate development and transparent customer service.</w:t>
      </w:r>
    </w:p>
    <w:p>
      <w:pPr>
        <w:pStyle w:val="Heading1"/>
      </w:pPr>
      <w:r>
        <w:t>61. SEO Keyword Strategy</w:t>
      </w:r>
    </w:p>
    <w:p>
      <w:r>
        <w:t>Primary keywords: modular houses, modular homes, modular house India, modular homes India, prefab homes India, prefabricated houses, modular construction, affordable modular homes, affordable housing, sustainable homes, modern modular houses, prefab house cost, modular house cost, modular home manufacturers, modular house manufacturer India, modular housing, modular real estate, smart homes, sustainable housing.</w:t>
      </w:r>
    </w:p>
    <w:p>
      <w:r>
        <w:t>Secondary keywords: modular house design, modern prefab house, luxury modular homes, affordable prefab homes, modular villa, modular home construction, modular building solutions, modular housing projects, modular homes for sale, prefab home designs, modular homes for developers, modular rental housing, sustainable modular construction, fast construction homes, factory built homes, modular house installation.</w:t>
      </w:r>
    </w:p>
    <w:p>
      <w:r>
        <w:t>Long-tail questions: How much does a modular house cost in India? What is a modular house? How long does a modular home take to build? Are modular homes permanent? Can modular houses be customised? Are prefab houses safe? What approvals are needed for a modular house? What is included in modular house pricing? Can a modular house be expanded? What is the difference between a modular house and a prefab house?</w:t>
      </w:r>
    </w:p>
    <w:p>
      <w:r>
        <w:t>Home Castle World should use these terms naturally. Search optimisation should serve the reader first. Each page should answer a real question, provide useful specifications and include a clear next step such as requesting a site assessment, downloading a brochure or booking a design consultation.</w:t>
      </w:r>
    </w:p>
    <w:p>
      <w:pPr>
        <w:pStyle w:val="Heading1"/>
      </w:pPr>
      <w:r>
        <w:t>62. Recommended Content Architecture for the Home Castle World Website</w:t>
      </w:r>
    </w:p>
    <w:p>
      <w:r>
        <w:t>The website should be structured around customer intent. The homepage should clearly explain what Home Castle World does and who it serves. A Modular Homes section should introduce the construction approach, product families and key benefits. Individual product pages should contain layouts, specifications, images, options, indicative pricing methodology and FAQs.</w:t>
      </w:r>
    </w:p>
    <w:p>
      <w:r>
        <w:t>A dedicated Affordability section can explain what affects total cost and how customers can plan a budget. A Sustainability section can document energy, water, material and landscape strategies. A Projects section can showcase completed and ongoing developments, clearly labelling concepts and completed work.</w:t>
      </w:r>
    </w:p>
    <w:p>
      <w:r>
        <w:t>A Knowledge Centre can answer questions about modular housing, approvals, finance, design and maintenance. This section can become the foundation of the SEO strategy.</w:t>
      </w:r>
    </w:p>
    <w:p>
      <w:r>
        <w:t>A Developers section should provide B2B information, while a Partners section can address architects, landowners, contractors and service providers.</w:t>
      </w:r>
    </w:p>
    <w:p>
      <w:r>
        <w:t>The website should also include transparent company information, leadership information, customer-support channels, terms and privacy documentation. The goal is to turn the website from a brochure into a decision-making resource.</w:t>
      </w:r>
    </w:p>
    <w:p>
      <w:pPr>
        <w:pStyle w:val="Heading1"/>
      </w:pPr>
      <w:r>
        <w:t>63. Final Brand Message</w:t>
      </w:r>
    </w:p>
    <w:p>
      <w:r>
        <w:t>Home Castle World stands for a modern approach to housing: thoughtful design, efficient construction, responsible development and a clear customer experience. Modular housing gives the company a platform to explore new ways of delivering homes, but the brand's real value should come from execution.</w:t>
      </w:r>
    </w:p>
    <w:p>
      <w:r>
        <w:t>The future of housing will not be defined by one construction technology. It will be defined by the ability to provide homes that are safe, functional, comfortable, financially understandable and appropriate to the communities in which they are built.</w:t>
      </w:r>
    </w:p>
    <w:p>
      <w:r>
        <w:t>Home Castle World can participate in that future by building a modular portfolio that respects architecture, engineering, affordability and customer choice. With disciplined manufacturing, transparent pricing, strong quality systems and credible after-sales support, modular housing can become a meaningful part of the real-estate landscape.</w:t>
      </w:r>
    </w:p>
    <w:p>
      <w:r>
        <w:t>**Home Castle World — Modular Homes. Smarter Living. A More Accessible Future.**</w:t>
      </w:r>
    </w:p>
    <w:p>
      <w:pPr>
        <w:pStyle w:val="Heading1"/>
      </w:pPr>
      <w:r>
        <w:t>64. Sources and Research Notes</w:t>
      </w:r>
    </w:p>
    <w:p>
      <w:r>
        <w:t>This report uses current public information for contextual discussion of India's housing and regulatory environment. Key references include:</w:t>
      </w:r>
    </w:p>
    <w:p>
      <w:r>
        <w:t>1. Ministry of Housing and Urban Affairs / PMAY-U 2.0 official guidelines and programme materials: https://pmay-urban.gov.in/</w:t>
        <w:br/>
        <w:t>2. Bureau of Indian Standards, National Building Code of India 2016: https://www.bis.gov.in/standards/national-building-code/</w:t>
        <w:br/>
        <w:t>3. World Bank, India urban infrastructure and urban development reports: https://www.worldbank.org/</w:t>
        <w:br/>
        <w:t>4. World Bank, Towards Resilient and Prosperous Cities in India, 2025.</w:t>
        <w:br/>
        <w:t>5. PMAY-U 2.0 materials concerning affordable housing, rental housing and innovative construction technology.</w:t>
      </w:r>
    </w:p>
    <w:p>
      <w:r>
        <w:t>Policy details, eligibility, approvals, prices, financing terms and technical requirements can change. Project-specific decisions should be verified with the relevant authority and qualified professionals. This report does not constitute legal, financial, architectural, structural or investment advice.</w:t>
      </w:r>
    </w:p>
    <w:p>
      <w:pPr>
        <w:pStyle w:val="Heading1"/>
      </w:pPr>
      <w:r>
        <w:t>SEO Metadata &amp; Publishing Pack</w:t>
      </w:r>
    </w:p>
    <w:p>
      <w:r>
        <w:t>Suggested SEO title: Modular Houses in India | Affordable, Sustainable Housing | Home Castle World</w:t>
      </w:r>
    </w:p>
    <w:p>
      <w:r>
        <w:t>Suggested meta description: Explore how modular houses can reshape real estate, affordable housing and sustainable living in India. A comprehensive Home Castle World industry report.</w:t>
      </w:r>
    </w:p>
    <w:p>
      <w:r>
        <w:t>Suggested URL slug: /modular-houses-real-estate-affordable-housing-india</w:t>
      </w:r>
    </w:p>
    <w:p>
      <w:r>
        <w:t>Suggested social headline: Modular Houses: Building a Smarter, More Accessible Future of Real Estate</w:t>
      </w:r>
    </w:p>
    <w:p>
      <w:r>
        <w:t>Suggested social hashtags: #HomeCastleWorld #ModularHomes #ModularHouse #AffordableHousing #RealEstate #SustainableHousing #SmartLiving #PrefabHomes #FutureOfHousing #HousingInnovation</w:t>
      </w:r>
    </w:p>
    <w:sectPr w:rsidR="00FC693F" w:rsidRPr="0006063C" w:rsidSect="00034616">
      <w:footerReference w:type="default" r:id="rId9"/>
      <w:pgSz w:w="12240" w:h="15840"/>
      <w:pgMar w:top="1008" w:right="1224" w:bottom="1008"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Home Castle World | Modular Housing Industry Report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365F91" w:themeColor="accent1" w:themeShade="BF"/>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4F81BD" w:themeColor="accent1"/>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17365D" w:themeColor="text2" w:themeShade="BF"/>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