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8008A" w14:textId="77777777" w:rsidR="00837503" w:rsidRDefault="00000000">
      <w:pPr>
        <w:spacing w:after="0"/>
        <w:jc w:val="center"/>
      </w:pPr>
      <w:r>
        <w:rPr>
          <w:rFonts w:ascii="Aptos Display" w:hAnsi="Aptos Display"/>
          <w:b/>
          <w:color w:val="1F4E79"/>
          <w:sz w:val="42"/>
        </w:rPr>
        <w:t>NORTH STAR SOLUTIONS</w:t>
      </w:r>
    </w:p>
    <w:p w14:paraId="4D4F90BB" w14:textId="77777777" w:rsidR="00837503" w:rsidRDefault="00000000">
      <w:pPr>
        <w:spacing w:after="120"/>
        <w:jc w:val="center"/>
      </w:pPr>
      <w:r>
        <w:rPr>
          <w:i/>
          <w:color w:val="595959"/>
        </w:rPr>
        <w:t>Helping Organizations Plan, Maintain, and Protect Their Facilities</w:t>
      </w:r>
    </w:p>
    <w:p w14:paraId="672A6659" w14:textId="77777777" w:rsidR="00837503" w:rsidRDefault="00837503">
      <w:pPr>
        <w:pBdr>
          <w:bottom w:val="single" w:sz="8" w:space="1" w:color="1F4E79"/>
        </w:pBdr>
        <w:spacing w:after="160"/>
      </w:pPr>
    </w:p>
    <w:p w14:paraId="52EDB151" w14:textId="76D82BA8" w:rsidR="00837503" w:rsidRDefault="510EFE92">
      <w:pPr>
        <w:spacing w:after="160"/>
      </w:pPr>
      <w:r>
        <w:t>October 2</w:t>
      </w:r>
      <w:r w:rsidR="00093590">
        <w:t>3</w:t>
      </w:r>
      <w:r>
        <w:t>,2026</w:t>
      </w:r>
    </w:p>
    <w:p w14:paraId="5C028299" w14:textId="2A196F37" w:rsidR="00837503" w:rsidRDefault="00837503">
      <w:pPr>
        <w:spacing w:after="140"/>
      </w:pPr>
    </w:p>
    <w:p w14:paraId="3F631E0D" w14:textId="77777777" w:rsidR="00837503" w:rsidRDefault="00000000">
      <w:pPr>
        <w:spacing w:after="120"/>
      </w:pPr>
      <w:r>
        <w:t xml:space="preserve">I am reaching out to introduce </w:t>
      </w:r>
      <w:r>
        <w:rPr>
          <w:b/>
        </w:rPr>
        <w:t>North Star Solutions</w:t>
      </w:r>
      <w:r>
        <w:t>, a Maine-based business focused on helping organizations make informed decisions about their facilities, infrastructure, and capital investments.</w:t>
      </w:r>
    </w:p>
    <w:p w14:paraId="4B217E5E" w14:textId="77777777" w:rsidR="00837503" w:rsidRDefault="00000000">
      <w:pPr>
        <w:spacing w:after="120"/>
      </w:pPr>
      <w:r>
        <w:t>With nearly two decades of leadership experience in manufacturing, operations, supply chain, and facilities management, I bring a practical perspective grounded in real-world responsibility for buildings, utilities, fleet assets, maintenance programs, capital planning, and long-term facility stewardship.</w:t>
      </w:r>
    </w:p>
    <w:p w14:paraId="1B683A9F" w14:textId="77777777" w:rsidR="00837503" w:rsidRDefault="00000000">
      <w:pPr>
        <w:spacing w:after="120"/>
      </w:pPr>
      <w:r>
        <w:t>Throughout my career, I have seen organizations struggle to balance day-to-day operational demands with long-term planning. Aging roofs, HVAC systems, generators, parking lots, and other critical assets are often addressed only after problems arise, leading to unexpected costs and disruptions.</w:t>
      </w:r>
    </w:p>
    <w:p w14:paraId="64E3526A" w14:textId="77777777" w:rsidR="00837503" w:rsidRDefault="00000000">
      <w:pPr>
        <w:spacing w:before="20"/>
      </w:pPr>
      <w:r>
        <w:rPr>
          <w:b/>
          <w:color w:val="1F4E79"/>
        </w:rPr>
        <w:t>North Star Solutions was created to help bridge that gap.</w:t>
      </w:r>
    </w:p>
    <w:p w14:paraId="00B6F045" w14:textId="77777777" w:rsidR="00837503" w:rsidRDefault="00000000">
      <w:pPr>
        <w:spacing w:after="60"/>
      </w:pPr>
      <w:r>
        <w:t>We provide practical, objective guidance to help organizations:</w:t>
      </w:r>
    </w:p>
    <w:p w14:paraId="3EFF656D" w14:textId="77777777" w:rsidR="00837503" w:rsidRDefault="00000000">
      <w:pPr>
        <w:pStyle w:val="ListBullet"/>
        <w:spacing w:after="20"/>
        <w:ind w:hanging="259"/>
      </w:pPr>
      <w:r>
        <w:t>Assess facility and asset conditions</w:t>
      </w:r>
    </w:p>
    <w:p w14:paraId="0581437E" w14:textId="77777777" w:rsidR="00837503" w:rsidRDefault="00000000">
      <w:pPr>
        <w:pStyle w:val="ListBullet"/>
        <w:spacing w:after="20"/>
        <w:ind w:hanging="259"/>
      </w:pPr>
      <w:r>
        <w:t>Identify deferred maintenance and infrastructure risks</w:t>
      </w:r>
    </w:p>
    <w:p w14:paraId="26114474" w14:textId="77777777" w:rsidR="00837503" w:rsidRDefault="00000000">
      <w:pPr>
        <w:pStyle w:val="ListBullet"/>
        <w:spacing w:after="20"/>
        <w:ind w:hanging="259"/>
      </w:pPr>
      <w:r>
        <w:t>Develop capital replacement and lifecycle plans</w:t>
      </w:r>
    </w:p>
    <w:p w14:paraId="11377081" w14:textId="77777777" w:rsidR="00837503" w:rsidRDefault="00000000">
      <w:pPr>
        <w:pStyle w:val="ListBullet"/>
        <w:spacing w:after="20"/>
        <w:ind w:hanging="259"/>
      </w:pPr>
      <w:r>
        <w:t>Improve preventive maintenance programs</w:t>
      </w:r>
    </w:p>
    <w:p w14:paraId="35CE89D4" w14:textId="77777777" w:rsidR="00837503" w:rsidRDefault="00000000">
      <w:pPr>
        <w:pStyle w:val="ListBullet"/>
        <w:spacing w:after="20"/>
        <w:ind w:hanging="259"/>
      </w:pPr>
      <w:r>
        <w:t>Prioritize facility investments</w:t>
      </w:r>
    </w:p>
    <w:p w14:paraId="74DCA997" w14:textId="77777777" w:rsidR="00837503" w:rsidRDefault="00000000">
      <w:pPr>
        <w:pStyle w:val="ListBullet"/>
        <w:spacing w:after="20"/>
        <w:ind w:hanging="259"/>
      </w:pPr>
      <w:r>
        <w:t>Support budgeting and long-term planning efforts</w:t>
      </w:r>
    </w:p>
    <w:p w14:paraId="26425A6C" w14:textId="77777777" w:rsidR="00F706D2" w:rsidRDefault="00F706D2" w:rsidP="00F706D2">
      <w:pPr>
        <w:pStyle w:val="ListBullet"/>
        <w:numPr>
          <w:ilvl w:val="0"/>
          <w:numId w:val="0"/>
        </w:numPr>
        <w:spacing w:after="20"/>
        <w:ind w:left="360" w:hanging="360"/>
      </w:pPr>
    </w:p>
    <w:p w14:paraId="2C6A059D" w14:textId="77777777" w:rsidR="00837503" w:rsidRDefault="00000000">
      <w:pPr>
        <w:spacing w:after="120"/>
      </w:pPr>
      <w:r>
        <w:t>We serve municipalities, schools, healthcare providers, financial institutions, manufacturers, non-profits, commercial property owners, and other organizations responsible for maintaining facilities and infrastructure.</w:t>
      </w:r>
    </w:p>
    <w:p w14:paraId="56A4FDBE" w14:textId="77777777" w:rsidR="00837503" w:rsidRDefault="00000000">
      <w:pPr>
        <w:spacing w:after="120"/>
      </w:pPr>
      <w:r>
        <w:t>Many organizations have capable maintenance staff and trusted contractors. What is often missing is a structured, long-term view of facility assets and future capital needs. North Star Solutions provides that perspective, helping leaders make informed decisions, reduce risk, and plan with confidence.</w:t>
      </w:r>
    </w:p>
    <w:p w14:paraId="4A51DFAA" w14:textId="77777777" w:rsidR="00837503" w:rsidRDefault="00000000">
      <w:pPr>
        <w:spacing w:after="120"/>
      </w:pPr>
      <w:r>
        <w:t>I have enclosed a summary of our services for your review. If you would like to discuss your facilities, upcoming projects, or long-term planning needs, I would welcome the opportunity to speak with you.</w:t>
      </w:r>
    </w:p>
    <w:p w14:paraId="07CDC49C" w14:textId="77777777" w:rsidR="00837503" w:rsidRDefault="00000000">
      <w:pPr>
        <w:spacing w:after="120"/>
      </w:pPr>
      <w:r>
        <w:t>Thank you for your time and consideration.</w:t>
      </w:r>
    </w:p>
    <w:p w14:paraId="5CF11C59" w14:textId="77777777" w:rsidR="00837503" w:rsidRDefault="00000000">
      <w:pPr>
        <w:spacing w:after="200"/>
      </w:pPr>
      <w:r>
        <w:t>Sincerely,</w:t>
      </w:r>
    </w:p>
    <w:p w14:paraId="4FDA07E7" w14:textId="77777777" w:rsidR="00837503" w:rsidRDefault="00000000">
      <w:pPr>
        <w:spacing w:after="0"/>
      </w:pPr>
      <w:r>
        <w:rPr>
          <w:b/>
          <w:sz w:val="22"/>
        </w:rPr>
        <w:t>Todd Roach</w:t>
      </w:r>
    </w:p>
    <w:p w14:paraId="0D719958" w14:textId="77777777" w:rsidR="00837503" w:rsidRDefault="00000000">
      <w:pPr>
        <w:spacing w:after="0"/>
      </w:pPr>
      <w:r>
        <w:t>Owner &amp; Principal Consultant</w:t>
      </w:r>
    </w:p>
    <w:p w14:paraId="0E3F9350" w14:textId="77777777" w:rsidR="00837503" w:rsidRDefault="00000000">
      <w:pPr>
        <w:spacing w:after="0"/>
      </w:pPr>
      <w:r>
        <w:rPr>
          <w:b/>
          <w:color w:val="1F4E79"/>
        </w:rPr>
        <w:t>North Star Solutions</w:t>
      </w:r>
    </w:p>
    <w:p w14:paraId="4060154E" w14:textId="77777777" w:rsidR="00837503" w:rsidRDefault="00000000">
      <w:pPr>
        <w:spacing w:after="0"/>
      </w:pPr>
      <w:r>
        <w:t>New Sweden, Maine</w:t>
      </w:r>
    </w:p>
    <w:p w14:paraId="2D6511A8" w14:textId="77777777" w:rsidR="00837503" w:rsidRDefault="00000000">
      <w:pPr>
        <w:spacing w:after="0"/>
      </w:pPr>
      <w:r>
        <w:t>Phone: 207-473-1892</w:t>
      </w:r>
    </w:p>
    <w:p w14:paraId="3473269B" w14:textId="77777777" w:rsidR="00837503" w:rsidRDefault="00000000">
      <w:pPr>
        <w:spacing w:after="0"/>
      </w:pPr>
      <w:r>
        <w:t>Website: northstarsolutions.llc</w:t>
      </w:r>
    </w:p>
    <w:sectPr w:rsidR="00837503" w:rsidSect="00034616">
      <w:pgSz w:w="12240" w:h="15840"/>
      <w:pgMar w:top="792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3514257">
    <w:abstractNumId w:val="8"/>
  </w:num>
  <w:num w:numId="2" w16cid:durableId="1016466651">
    <w:abstractNumId w:val="6"/>
  </w:num>
  <w:num w:numId="3" w16cid:durableId="1937059740">
    <w:abstractNumId w:val="5"/>
  </w:num>
  <w:num w:numId="4" w16cid:durableId="2118862211">
    <w:abstractNumId w:val="4"/>
  </w:num>
  <w:num w:numId="5" w16cid:durableId="1412696587">
    <w:abstractNumId w:val="7"/>
  </w:num>
  <w:num w:numId="6" w16cid:durableId="759987521">
    <w:abstractNumId w:val="3"/>
  </w:num>
  <w:num w:numId="7" w16cid:durableId="39986059">
    <w:abstractNumId w:val="2"/>
  </w:num>
  <w:num w:numId="8" w16cid:durableId="556671700">
    <w:abstractNumId w:val="1"/>
  </w:num>
  <w:num w:numId="9" w16cid:durableId="27009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590"/>
    <w:rsid w:val="0015074B"/>
    <w:rsid w:val="0029639D"/>
    <w:rsid w:val="00326F90"/>
    <w:rsid w:val="00567218"/>
    <w:rsid w:val="00837503"/>
    <w:rsid w:val="008E0AB8"/>
    <w:rsid w:val="00AA1D8D"/>
    <w:rsid w:val="00B47730"/>
    <w:rsid w:val="00CB0664"/>
    <w:rsid w:val="00E56068"/>
    <w:rsid w:val="00EA46E3"/>
    <w:rsid w:val="00F706D2"/>
    <w:rsid w:val="00FC693F"/>
    <w:rsid w:val="2E4BB31F"/>
    <w:rsid w:val="510EF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14D488D-1C7B-4D13-8E73-4B5E54F4F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328</Words>
  <Characters>1871</Characters>
  <Application>Microsoft Office Word</Application>
  <DocSecurity>0</DocSecurity>
  <Lines>15</Lines>
  <Paragraphs>4</Paragraphs>
  <ScaleCrop>false</ScaleCrop>
  <Manager/>
  <Company/>
  <LinksUpToDate>false</LinksUpToDate>
  <CharactersWithSpaces>2195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Star Solutions Introduction Letter</dc:title>
  <dc:subject>One-page introduction letter</dc:subject>
  <dc:creator>Todd Roach</dc:creator>
  <cp:keywords>North Star Solutions, facilities, lifecycle planning, capital planning</cp:keywords>
  <dc:description>generated by python-docx</dc:description>
  <cp:lastModifiedBy>Todd Roach</cp:lastModifiedBy>
  <cp:revision>4</cp:revision>
  <dcterms:created xsi:type="dcterms:W3CDTF">2026-10-19T19:59:00Z</dcterms:created>
  <dcterms:modified xsi:type="dcterms:W3CDTF">2026-10-23T17:24:00Z</dcterms:modified>
  <cp:category/>
</cp:coreProperties>
</file>