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0720" w14:textId="77777777" w:rsidR="00F357DB" w:rsidRDefault="00A67231">
      <w:pPr>
        <w:jc w:val="center"/>
      </w:pPr>
      <w:r>
        <w:rPr>
          <w:noProof/>
        </w:rPr>
        <w:drawing>
          <wp:inline distT="0" distB="0" distL="0" distR="0" wp14:anchorId="109342E7" wp14:editId="7C7A3F54">
            <wp:extent cx="1463040" cy="975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ans-HEART-logo-transparen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327C" w14:textId="77777777" w:rsidR="00F357DB" w:rsidRDefault="00A67231">
      <w:pPr>
        <w:pStyle w:val="Title"/>
        <w:jc w:val="center"/>
      </w:pPr>
      <w:r>
        <w:t>Minor Permission and Medical Authorization</w:t>
      </w:r>
    </w:p>
    <w:p w14:paraId="1680B36A" w14:textId="77777777" w:rsidR="00F357DB" w:rsidRDefault="00A67231">
      <w:pPr>
        <w:spacing w:after="140"/>
      </w:pPr>
      <w:r>
        <w:rPr>
          <w:color w:val="555555"/>
        </w:rPr>
        <w:t>A parent or legal guardian must complete this form before a minor volunteers or participates.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10"/>
        <w:gridCol w:w="4558"/>
        <w:gridCol w:w="100"/>
      </w:tblGrid>
      <w:tr w:rsidR="00F357DB" w14:paraId="6F679B65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26FA05B" w14:textId="77777777" w:rsidR="00F357DB" w:rsidRDefault="00A67231">
            <w:pPr>
              <w:keepNext/>
              <w:spacing w:after="0"/>
            </w:pPr>
            <w:r>
              <w:rPr>
                <w:b/>
                <w:sz w:val="23"/>
              </w:rPr>
              <w:t>Minor and Parent Information</w:t>
            </w:r>
          </w:p>
        </w:tc>
      </w:tr>
      <w:tr w:rsidR="00F357DB" w14:paraId="4D6877DA" w14:textId="77777777" w:rsidTr="008C616B">
        <w:trPr>
          <w:jc w:val="center"/>
        </w:trPr>
        <w:tc>
          <w:tcPr>
            <w:tcW w:w="581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4C177CF" w14:textId="523B7EE3" w:rsidR="00F357DB" w:rsidRDefault="00A67231" w:rsidP="00DA7C47">
            <w:pPr>
              <w:spacing w:before="120" w:after="120"/>
            </w:pPr>
            <w:r>
              <w:rPr>
                <w:b/>
              </w:rPr>
              <w:t>Minor Full Name</w:t>
            </w:r>
            <w:r w:rsidR="00A62B30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>
              <w:t>______________</w:t>
            </w:r>
            <w:r w:rsidR="00A62B30">
              <w:t>______</w:t>
            </w:r>
            <w:r>
              <w:t>__________________</w:t>
            </w:r>
          </w:p>
        </w:tc>
        <w:tc>
          <w:tcPr>
            <w:tcW w:w="465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D1E45CC" w14:textId="23FBF6C2" w:rsidR="00F357DB" w:rsidRDefault="00A67231" w:rsidP="00DA7C47">
            <w:pPr>
              <w:spacing w:before="120" w:after="120"/>
            </w:pPr>
            <w:r>
              <w:rPr>
                <w:b/>
              </w:rPr>
              <w:t>Date of Birth</w:t>
            </w:r>
            <w:r w:rsidR="00DF4805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  <w:tr w:rsidR="00F357DB" w14:paraId="7AD9368E" w14:textId="77777777" w:rsidTr="008C616B">
        <w:trPr>
          <w:jc w:val="center"/>
        </w:trPr>
        <w:tc>
          <w:tcPr>
            <w:tcW w:w="581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BCAD0BE" w14:textId="3D1D3160" w:rsidR="00F357DB" w:rsidRDefault="00A67231" w:rsidP="00DA7C47">
            <w:pPr>
              <w:spacing w:before="120" w:after="120"/>
            </w:pPr>
            <w:r>
              <w:rPr>
                <w:b/>
              </w:rPr>
              <w:t>Parent or Guardian Name</w:t>
            </w:r>
            <w:r w:rsidR="00DF4805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465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6EB6EE19" w14:textId="143643E0" w:rsidR="00F357DB" w:rsidRDefault="00A67231" w:rsidP="00DA7C47">
            <w:pPr>
              <w:spacing w:before="120" w:after="120"/>
            </w:pPr>
            <w:r>
              <w:rPr>
                <w:b/>
              </w:rPr>
              <w:t>Relationship</w:t>
            </w:r>
            <w:r w:rsidR="00DF4805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</w:t>
            </w:r>
          </w:p>
        </w:tc>
      </w:tr>
    </w:tbl>
    <w:p w14:paraId="7A0EE0FD" w14:textId="11877609" w:rsidR="00F357DB" w:rsidRDefault="00A67231" w:rsidP="00DA7C47">
      <w:pPr>
        <w:spacing w:before="120" w:after="120"/>
      </w:pPr>
      <w:r>
        <w:rPr>
          <w:b/>
        </w:rPr>
        <w:t>Home Address</w:t>
      </w:r>
      <w:r w:rsidR="00DF4805">
        <w:rPr>
          <w:b/>
        </w:rPr>
        <w:t>:</w:t>
      </w:r>
      <w:r>
        <w:rPr>
          <w:b/>
        </w:rPr>
        <w:t xml:space="preserve">  </w:t>
      </w:r>
      <w:r>
        <w:t>________</w:t>
      </w:r>
      <w:r w:rsidR="00DF4805">
        <w:t>________________</w:t>
      </w:r>
      <w:r>
        <w:t>________________________________________________________</w:t>
      </w:r>
      <w:r w:rsidR="00654880">
        <w:t>_</w:t>
      </w:r>
      <w:r>
        <w:t>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00"/>
      </w:tblGrid>
      <w:tr w:rsidR="00F357DB" w14:paraId="54B0C554" w14:textId="77777777" w:rsidTr="00A25B93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7DA5069" w14:textId="00D50444" w:rsidR="00F357DB" w:rsidRDefault="00A67231" w:rsidP="00DA7C47">
            <w:pPr>
              <w:spacing w:before="120" w:after="120"/>
            </w:pPr>
            <w:r>
              <w:rPr>
                <w:b/>
              </w:rPr>
              <w:t>Primary Phone</w:t>
            </w:r>
            <w:r w:rsidR="00C20195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>
              <w:t>________________________________</w:t>
            </w:r>
          </w:p>
        </w:tc>
        <w:tc>
          <w:tcPr>
            <w:tcW w:w="52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7D4B816A" w14:textId="0747676B" w:rsidR="00F357DB" w:rsidRDefault="00A67231" w:rsidP="00DA7C47">
            <w:pPr>
              <w:spacing w:before="120" w:after="120"/>
            </w:pPr>
            <w:r>
              <w:rPr>
                <w:b/>
              </w:rPr>
              <w:t>Alternate Phone</w:t>
            </w:r>
            <w:r w:rsidR="00C20195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>_______________</w:t>
            </w:r>
            <w:r w:rsidR="00654880">
              <w:t>____</w:t>
            </w:r>
            <w:r>
              <w:t>____________</w:t>
            </w:r>
          </w:p>
        </w:tc>
      </w:tr>
      <w:tr w:rsidR="00196D14" w14:paraId="1DD10471" w14:textId="77777777" w:rsidTr="008B0498">
        <w:trPr>
          <w:jc w:val="center"/>
        </w:trPr>
        <w:tc>
          <w:tcPr>
            <w:tcW w:w="10468" w:type="dxa"/>
            <w:gridSpan w:val="3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B120831" w14:textId="59602877" w:rsidR="00196D14" w:rsidRDefault="00196D14" w:rsidP="00DA7C47">
            <w:pPr>
              <w:spacing w:before="120" w:after="120"/>
              <w:rPr>
                <w:b/>
              </w:rPr>
            </w:pPr>
            <w:r>
              <w:rPr>
                <w:b/>
              </w:rPr>
              <w:t>E</w:t>
            </w:r>
            <w:r>
              <w:rPr>
                <w:b/>
              </w:rPr>
              <w:t>mergency Contact</w:t>
            </w:r>
            <w:r w:rsidRPr="00C20195">
              <w:rPr>
                <w:bCs/>
                <w:i/>
                <w:iCs/>
              </w:rPr>
              <w:t xml:space="preserve"> if parent unavailable:</w:t>
            </w:r>
            <w:r>
              <w:rPr>
                <w:b/>
              </w:rPr>
              <w:t xml:space="preserve">   Name:</w:t>
            </w:r>
            <w:r w:rsidR="00C20195">
              <w:rPr>
                <w:b/>
              </w:rPr>
              <w:t xml:space="preserve"> </w:t>
            </w:r>
            <w:r>
              <w:rPr>
                <w:b/>
              </w:rPr>
              <w:t xml:space="preserve">________________________ Number: </w:t>
            </w:r>
            <w:r>
              <w:t>____________________</w:t>
            </w:r>
          </w:p>
        </w:tc>
      </w:tr>
      <w:tr w:rsidR="00F357DB" w14:paraId="72517D24" w14:textId="77777777" w:rsidTr="00A25B93">
        <w:trPr>
          <w:jc w:val="center"/>
        </w:trPr>
        <w:tc>
          <w:tcPr>
            <w:tcW w:w="5184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1C8F113E" w14:textId="2442B744" w:rsidR="00F357DB" w:rsidRDefault="00A67231" w:rsidP="00DA7C47">
            <w:pPr>
              <w:spacing w:before="120" w:after="120"/>
            </w:pPr>
            <w:r>
              <w:rPr>
                <w:b/>
              </w:rPr>
              <w:t>Email</w:t>
            </w:r>
            <w:r w:rsidR="00196D1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196D14">
              <w:rPr>
                <w:b/>
              </w:rPr>
              <w:t>___</w:t>
            </w:r>
            <w:r>
              <w:t>_____________________</w:t>
            </w:r>
            <w:r w:rsidR="00DF4805">
              <w:t>_________</w:t>
            </w:r>
            <w:r>
              <w:t>__________</w:t>
            </w:r>
          </w:p>
        </w:tc>
        <w:tc>
          <w:tcPr>
            <w:tcW w:w="5284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37953650" w14:textId="1DF84798" w:rsidR="00F357DB" w:rsidRDefault="00F357DB" w:rsidP="00DA7C47">
            <w:pPr>
              <w:spacing w:before="120" w:after="120"/>
            </w:pPr>
          </w:p>
        </w:tc>
      </w:tr>
      <w:tr w:rsidR="00F357DB" w14:paraId="58B26137" w14:textId="77777777">
        <w:trPr>
          <w:gridAfter w:val="1"/>
          <w:wAfter w:w="100" w:type="dxa"/>
          <w:jc w:val="center"/>
        </w:trPr>
        <w:tc>
          <w:tcPr>
            <w:tcW w:w="1036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3AC55D" w14:textId="77777777" w:rsidR="00F357DB" w:rsidRDefault="00A67231">
            <w:pPr>
              <w:keepNext/>
              <w:spacing w:after="0"/>
            </w:pPr>
            <w:r>
              <w:rPr>
                <w:b/>
                <w:sz w:val="23"/>
              </w:rPr>
              <w:t>Health and Safety Information</w:t>
            </w:r>
          </w:p>
        </w:tc>
      </w:tr>
    </w:tbl>
    <w:p w14:paraId="4E48726A" w14:textId="20F9B1C4" w:rsidR="00F357DB" w:rsidRDefault="00A67231" w:rsidP="00C20195">
      <w:pPr>
        <w:spacing w:before="120" w:after="240"/>
      </w:pPr>
      <w:r>
        <w:rPr>
          <w:b/>
        </w:rPr>
        <w:t>Allergies including animals, foods, insects, or medications</w:t>
      </w:r>
      <w:r w:rsidR="00C20195">
        <w:rPr>
          <w:b/>
        </w:rPr>
        <w:t>:  ______________________________________________</w:t>
      </w:r>
    </w:p>
    <w:p w14:paraId="4C5A3AE0" w14:textId="6C5529BD" w:rsidR="00F357DB" w:rsidRDefault="00A67231" w:rsidP="00C20195">
      <w:pPr>
        <w:spacing w:before="120" w:after="240"/>
      </w:pPr>
      <w:r>
        <w:rPr>
          <w:b/>
        </w:rPr>
        <w:t>Medical conditions, medications, limitations, or accommodations</w:t>
      </w:r>
      <w:r w:rsidR="00C20195">
        <w:rPr>
          <w:b/>
        </w:rPr>
        <w:t>:</w:t>
      </w:r>
      <w:r>
        <w:rPr>
          <w:b/>
        </w:rPr>
        <w:t xml:space="preserve">  </w:t>
      </w:r>
      <w:r w:rsidR="00C20195">
        <w:rPr>
          <w:b/>
        </w:rPr>
        <w:t>_______________________________________</w:t>
      </w:r>
    </w:p>
    <w:p w14:paraId="3C919292" w14:textId="0B38E6C4" w:rsidR="00F357DB" w:rsidRDefault="00A67231" w:rsidP="00C20195">
      <w:r>
        <w:rPr>
          <w:b/>
        </w:rPr>
        <w:t>Preferred hospital or medical provider</w:t>
      </w:r>
      <w:r w:rsidR="00C20195">
        <w:t>: ___________________________________________________________________</w:t>
      </w:r>
    </w:p>
    <w:p w14:paraId="37B0B3CC" w14:textId="77777777" w:rsidR="00F357DB" w:rsidRDefault="00A67231" w:rsidP="00C20195">
      <w:pPr>
        <w:spacing w:after="80"/>
      </w:pPr>
      <w:r>
        <w:t>☐</w:t>
      </w:r>
      <w:r>
        <w:t xml:space="preserve"> The minor may participate in age-appropriate farm and animal activities under supervision.    </w:t>
      </w:r>
      <w:r>
        <w:t>☐</w:t>
      </w:r>
      <w:r>
        <w:t xml:space="preserve"> Contact me before the minor handles an animal.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F357DB" w14:paraId="2321EF77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0EE5AE6" w14:textId="77777777" w:rsidR="00F357DB" w:rsidRDefault="00A67231">
            <w:pPr>
              <w:keepNext/>
              <w:spacing w:after="0"/>
            </w:pPr>
            <w:r>
              <w:rPr>
                <w:b/>
                <w:sz w:val="23"/>
              </w:rPr>
              <w:t>Emergency Medical Authorization</w:t>
            </w:r>
          </w:p>
        </w:tc>
      </w:tr>
    </w:tbl>
    <w:p w14:paraId="67EC6DC3" w14:textId="77777777" w:rsidR="00F357DB" w:rsidRDefault="00A67231">
      <w:r>
        <w:t>If I cannot be reached promptly during an emergency, I authorize Logan's H.E.A.R.T. representatives to contact emergency services and obtain reasonably necessary first aid or emergency medical care for the minor. I understand that Logan's H.E.A.R.T. does not provide medical insurance and that I am responsible for medical expenses. This authorization does not replace the separate liability waiver.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F357DB" w14:paraId="3371DEA3" w14:textId="77777777">
        <w:trPr>
          <w:jc w:val="center"/>
        </w:trPr>
        <w:tc>
          <w:tcPr>
            <w:tcW w:w="103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6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43BC141" w14:textId="77777777" w:rsidR="00F357DB" w:rsidRDefault="00A67231">
            <w:pPr>
              <w:keepNext/>
              <w:spacing w:after="0"/>
            </w:pPr>
            <w:r>
              <w:rPr>
                <w:b/>
                <w:sz w:val="23"/>
              </w:rPr>
              <w:t>Pickup and Communication</w:t>
            </w:r>
          </w:p>
        </w:tc>
      </w:tr>
    </w:tbl>
    <w:p w14:paraId="3276EF27" w14:textId="77777777" w:rsidR="00F357DB" w:rsidRDefault="00A67231" w:rsidP="00FF113C">
      <w:pPr>
        <w:spacing w:before="120" w:after="120"/>
      </w:pPr>
      <w:r>
        <w:rPr>
          <w:b/>
        </w:rPr>
        <w:t xml:space="preserve">Adults authorized to pick up the minor  </w:t>
      </w:r>
      <w:r>
        <w:t>____________________________________________________________________</w:t>
      </w:r>
    </w:p>
    <w:p w14:paraId="17C18024" w14:textId="77777777" w:rsidR="00F357DB" w:rsidRDefault="00A67231" w:rsidP="00FF113C">
      <w:pPr>
        <w:spacing w:after="120"/>
      </w:pPr>
      <w:r>
        <w:t>☐</w:t>
      </w:r>
      <w:r>
        <w:t xml:space="preserve"> The minor may be released only to an authorized adult.    ☐ The minor may leave independently with my written instruction.</w:t>
      </w:r>
    </w:p>
    <w:p w14:paraId="755D97CD" w14:textId="77777777" w:rsidR="00F357DB" w:rsidRDefault="00A67231">
      <w:pPr>
        <w:spacing w:after="80"/>
      </w:pPr>
      <w:r>
        <w:t>☐</w:t>
      </w:r>
      <w:r>
        <w:t xml:space="preserve"> I permit routine program texts or email.    ☐ Emergency communication only.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90"/>
        <w:gridCol w:w="3978"/>
      </w:tblGrid>
      <w:tr w:rsidR="00F357DB" w14:paraId="043F045A" w14:textId="77777777" w:rsidTr="004311C4">
        <w:trPr>
          <w:jc w:val="center"/>
        </w:trPr>
        <w:tc>
          <w:tcPr>
            <w:tcW w:w="6390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295928E" w14:textId="067FF1B6" w:rsidR="00F357DB" w:rsidRDefault="00A67231" w:rsidP="004311C4">
            <w:pPr>
              <w:spacing w:before="120" w:after="120"/>
            </w:pPr>
            <w:r>
              <w:rPr>
                <w:b/>
              </w:rPr>
              <w:t>Parent or Guardian Signature</w:t>
            </w:r>
            <w:r w:rsidR="00C02A5F">
              <w:rPr>
                <w:b/>
              </w:rPr>
              <w:t>:</w:t>
            </w:r>
            <w:r>
              <w:rPr>
                <w:b/>
              </w:rPr>
              <w:t xml:space="preserve">  </w:t>
            </w:r>
            <w:r>
              <w:t>___________________________________</w:t>
            </w:r>
          </w:p>
        </w:tc>
        <w:tc>
          <w:tcPr>
            <w:tcW w:w="3978" w:type="dxa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5F240775" w14:textId="77777777" w:rsidR="00F357DB" w:rsidRDefault="00A67231" w:rsidP="004311C4">
            <w:pPr>
              <w:spacing w:before="120" w:after="120"/>
            </w:pPr>
            <w:r>
              <w:rPr>
                <w:b/>
              </w:rPr>
              <w:t xml:space="preserve">Date  </w:t>
            </w:r>
            <w:r>
              <w:t>______________________</w:t>
            </w:r>
          </w:p>
        </w:tc>
      </w:tr>
      <w:tr w:rsidR="00C02A5F" w14:paraId="48E0CC92" w14:textId="77777777" w:rsidTr="00DC76D4">
        <w:trPr>
          <w:jc w:val="center"/>
        </w:trPr>
        <w:tc>
          <w:tcPr>
            <w:tcW w:w="103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B8FDB67" w14:textId="2BE06CE7" w:rsidR="00C02A5F" w:rsidRDefault="00C02A5F" w:rsidP="004311C4">
            <w:pPr>
              <w:spacing w:before="120" w:after="120"/>
            </w:pPr>
            <w:r>
              <w:rPr>
                <w:b/>
              </w:rPr>
              <w:t xml:space="preserve">Printed Name:   </w:t>
            </w:r>
            <w:r>
              <w:t>_____________________________</w:t>
            </w:r>
            <w:r w:rsidR="00FF113C">
              <w:t>____________________</w:t>
            </w:r>
          </w:p>
        </w:tc>
      </w:tr>
      <w:tr w:rsidR="00C02A5F" w14:paraId="6C7EC07F" w14:textId="77777777" w:rsidTr="0098544F">
        <w:trPr>
          <w:jc w:val="center"/>
        </w:trPr>
        <w:tc>
          <w:tcPr>
            <w:tcW w:w="10368" w:type="dxa"/>
            <w:gridSpan w:val="2"/>
            <w:tcMar>
              <w:top w:w="20" w:type="dxa"/>
              <w:left w:w="0" w:type="dxa"/>
              <w:bottom w:w="30" w:type="dxa"/>
              <w:right w:w="100" w:type="dxa"/>
            </w:tcMar>
            <w:vAlign w:val="center"/>
          </w:tcPr>
          <w:p w14:paraId="2F5F0CE7" w14:textId="7B129B84" w:rsidR="00C02A5F" w:rsidRDefault="00C02A5F" w:rsidP="00C02A5F">
            <w:pPr>
              <w:spacing w:before="120" w:after="120"/>
              <w:rPr>
                <w:b/>
              </w:rPr>
            </w:pPr>
            <w:r>
              <w:rPr>
                <w:b/>
              </w:rPr>
              <w:t>Relationship if signing for a minor</w:t>
            </w:r>
            <w:r w:rsidR="00FF113C">
              <w:rPr>
                <w:b/>
              </w:rPr>
              <w:t xml:space="preserve">: </w:t>
            </w:r>
            <w:r>
              <w:rPr>
                <w:b/>
              </w:rPr>
              <w:t xml:space="preserve">  </w:t>
            </w:r>
            <w:r>
              <w:t>__________</w:t>
            </w:r>
            <w:r w:rsidR="00FF113C">
              <w:t>_____________</w:t>
            </w:r>
            <w:r>
              <w:t>______</w:t>
            </w:r>
          </w:p>
        </w:tc>
      </w:tr>
    </w:tbl>
    <w:p w14:paraId="3EC0B35A" w14:textId="77777777" w:rsidR="00A67231" w:rsidRDefault="00A67231"/>
    <w:sectPr w:rsidR="00A67231" w:rsidSect="00034616">
      <w:footerReference w:type="default" r:id="rId9"/>
      <w:pgSz w:w="12240" w:h="15840"/>
      <w:pgMar w:top="605" w:right="936" w:bottom="749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8B48" w14:textId="77777777" w:rsidR="00A67231" w:rsidRDefault="00A67231">
      <w:pPr>
        <w:spacing w:after="0"/>
      </w:pPr>
      <w:r>
        <w:separator/>
      </w:r>
    </w:p>
  </w:endnote>
  <w:endnote w:type="continuationSeparator" w:id="0">
    <w:p w14:paraId="406B403E" w14:textId="77777777" w:rsidR="00A67231" w:rsidRDefault="00A672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52435" w14:textId="77777777" w:rsidR="00F357DB" w:rsidRDefault="00A67231">
    <w:pPr>
      <w:pStyle w:val="Footer"/>
      <w:jc w:val="center"/>
    </w:pPr>
    <w:r>
      <w:rPr>
        <w:color w:val="555555"/>
        <w:sz w:val="16"/>
      </w:rPr>
      <w:t>Logan's H.E.A.R.T.  |  logansheart.org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A2639" w14:textId="77777777" w:rsidR="00A67231" w:rsidRDefault="00A67231">
      <w:pPr>
        <w:spacing w:after="0"/>
      </w:pPr>
      <w:r>
        <w:separator/>
      </w:r>
    </w:p>
  </w:footnote>
  <w:footnote w:type="continuationSeparator" w:id="0">
    <w:p w14:paraId="14B0A7AE" w14:textId="77777777" w:rsidR="00A67231" w:rsidRDefault="00A672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9208809">
    <w:abstractNumId w:val="8"/>
  </w:num>
  <w:num w:numId="2" w16cid:durableId="57024594">
    <w:abstractNumId w:val="6"/>
  </w:num>
  <w:num w:numId="3" w16cid:durableId="1261641038">
    <w:abstractNumId w:val="5"/>
  </w:num>
  <w:num w:numId="4" w16cid:durableId="721708682">
    <w:abstractNumId w:val="4"/>
  </w:num>
  <w:num w:numId="5" w16cid:durableId="773288913">
    <w:abstractNumId w:val="7"/>
  </w:num>
  <w:num w:numId="6" w16cid:durableId="1783761626">
    <w:abstractNumId w:val="3"/>
  </w:num>
  <w:num w:numId="7" w16cid:durableId="1528257755">
    <w:abstractNumId w:val="2"/>
  </w:num>
  <w:num w:numId="8" w16cid:durableId="871305183">
    <w:abstractNumId w:val="1"/>
  </w:num>
  <w:num w:numId="9" w16cid:durableId="3171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D14"/>
    <w:rsid w:val="0024576C"/>
    <w:rsid w:val="0029639D"/>
    <w:rsid w:val="002B2286"/>
    <w:rsid w:val="00326F90"/>
    <w:rsid w:val="004311C4"/>
    <w:rsid w:val="00617AB2"/>
    <w:rsid w:val="00654880"/>
    <w:rsid w:val="0077072C"/>
    <w:rsid w:val="008C616B"/>
    <w:rsid w:val="00A25B93"/>
    <w:rsid w:val="00A62B30"/>
    <w:rsid w:val="00A67231"/>
    <w:rsid w:val="00AA1D8D"/>
    <w:rsid w:val="00B47730"/>
    <w:rsid w:val="00BC5D68"/>
    <w:rsid w:val="00BD0557"/>
    <w:rsid w:val="00C02A5F"/>
    <w:rsid w:val="00C20195"/>
    <w:rsid w:val="00CB0664"/>
    <w:rsid w:val="00DA7C47"/>
    <w:rsid w:val="00DF4805"/>
    <w:rsid w:val="00F357DB"/>
    <w:rsid w:val="00FC693F"/>
    <w:rsid w:val="00FF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3E36AE8-C6BC-41A7-A042-939C9198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Hughes, Michelle (PERATON)</cp:lastModifiedBy>
  <cp:revision>17</cp:revision>
  <dcterms:created xsi:type="dcterms:W3CDTF">2013-12-23T23:15:00Z</dcterms:created>
  <dcterms:modified xsi:type="dcterms:W3CDTF">2026-09-21T18:16:00Z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54f1a3-9ed5-415d-ba95-38401c4b8817_Enabled">
    <vt:lpwstr>true</vt:lpwstr>
  </property>
  <property fmtid="{D5CDD505-2E9C-101B-9397-08002B2CF9AE}" pid="3" name="MSIP_Label_5d54f1a3-9ed5-415d-ba95-38401c4b8817_SetDate">
    <vt:lpwstr>2026-09-21T18:05:19Z</vt:lpwstr>
  </property>
  <property fmtid="{D5CDD505-2E9C-101B-9397-08002B2CF9AE}" pid="4" name="MSIP_Label_5d54f1a3-9ed5-415d-ba95-38401c4b8817_Method">
    <vt:lpwstr>Standard</vt:lpwstr>
  </property>
  <property fmtid="{D5CDD505-2E9C-101B-9397-08002B2CF9AE}" pid="5" name="MSIP_Label_5d54f1a3-9ed5-415d-ba95-38401c4b8817_Name">
    <vt:lpwstr>Peraton Proprietary</vt:lpwstr>
  </property>
  <property fmtid="{D5CDD505-2E9C-101B-9397-08002B2CF9AE}" pid="6" name="MSIP_Label_5d54f1a3-9ed5-415d-ba95-38401c4b8817_SiteId">
    <vt:lpwstr>2a6ae295-f13d-4948-ba78-332742ce9097</vt:lpwstr>
  </property>
  <property fmtid="{D5CDD505-2E9C-101B-9397-08002B2CF9AE}" pid="7" name="MSIP_Label_5d54f1a3-9ed5-415d-ba95-38401c4b8817_ActionId">
    <vt:lpwstr>47a44297-39f7-4561-965e-a720f442a44b</vt:lpwstr>
  </property>
  <property fmtid="{D5CDD505-2E9C-101B-9397-08002B2CF9AE}" pid="8" name="MSIP_Label_5d54f1a3-9ed5-415d-ba95-38401c4b8817_ContentBits">
    <vt:lpwstr>1</vt:lpwstr>
  </property>
  <property fmtid="{D5CDD505-2E9C-101B-9397-08002B2CF9AE}" pid="9" name="MSIP_Label_5d54f1a3-9ed5-415d-ba95-38401c4b8817_Tag">
    <vt:lpwstr>10, 3, 0, 1</vt:lpwstr>
  </property>
</Properties>
</file>