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0869F" w14:textId="77777777" w:rsidR="00755BEE" w:rsidRDefault="00E6654E">
      <w:pPr>
        <w:jc w:val="center"/>
      </w:pPr>
      <w:r>
        <w:rPr>
          <w:noProof/>
        </w:rPr>
        <w:drawing>
          <wp:inline distT="0" distB="0" distL="0" distR="0" wp14:anchorId="7489D749" wp14:editId="671512EA">
            <wp:extent cx="1463040" cy="975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ans-HEART-logo-transpar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6F9B" w14:textId="77777777" w:rsidR="00755BEE" w:rsidRDefault="00E6654E">
      <w:pPr>
        <w:pStyle w:val="Title"/>
        <w:jc w:val="center"/>
      </w:pPr>
      <w:r>
        <w:t>Equine Health and Care Information</w:t>
      </w:r>
    </w:p>
    <w:p w14:paraId="776B723C" w14:textId="77777777" w:rsidR="00755BEE" w:rsidRDefault="00E6654E" w:rsidP="00B3622D">
      <w:pPr>
        <w:spacing w:after="140"/>
        <w:jc w:val="center"/>
      </w:pPr>
      <w:r>
        <w:rPr>
          <w:color w:val="555555"/>
        </w:rPr>
        <w:t>Complete this form when a horse, pony, mule, or donkey will receive temporary care, handling, evaluation, socialization, or other services through Logan's H.E.A.R.T.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20"/>
        <w:gridCol w:w="4648"/>
        <w:gridCol w:w="100"/>
      </w:tblGrid>
      <w:tr w:rsidR="00755BEE" w14:paraId="585ECFAD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0A5B55" w14:textId="77777777" w:rsidR="00755BEE" w:rsidRDefault="00E6654E">
            <w:pPr>
              <w:keepNext/>
              <w:spacing w:after="0"/>
            </w:pPr>
            <w:r>
              <w:rPr>
                <w:b/>
                <w:sz w:val="23"/>
              </w:rPr>
              <w:t>Owner and Equine Information</w:t>
            </w:r>
          </w:p>
        </w:tc>
      </w:tr>
      <w:tr w:rsidR="00755BEE" w14:paraId="5D5C13A2" w14:textId="77777777" w:rsidTr="00AB0218">
        <w:trPr>
          <w:jc w:val="center"/>
        </w:trPr>
        <w:tc>
          <w:tcPr>
            <w:tcW w:w="572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8520D2B" w14:textId="5730DD70" w:rsidR="00755BEE" w:rsidRDefault="00E6654E" w:rsidP="00BF4BC7">
            <w:pPr>
              <w:spacing w:before="120" w:after="0"/>
            </w:pPr>
            <w:r>
              <w:rPr>
                <w:b/>
              </w:rPr>
              <w:t>Owner or Authorized Agent</w:t>
            </w:r>
            <w:r w:rsidR="00BF4BC7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474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ED004FD" w14:textId="4A6A72A1" w:rsidR="00755BEE" w:rsidRDefault="00E6654E" w:rsidP="00BF4BC7">
            <w:pPr>
              <w:spacing w:before="120" w:after="0"/>
            </w:pPr>
            <w:r>
              <w:rPr>
                <w:b/>
              </w:rPr>
              <w:t>Phone</w:t>
            </w:r>
            <w:r w:rsidR="00560F1A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 w:rsidR="00560F1A">
              <w:rPr>
                <w:b/>
              </w:rPr>
              <w:t>____________</w:t>
            </w:r>
            <w:r>
              <w:t>___________________________</w:t>
            </w:r>
          </w:p>
        </w:tc>
      </w:tr>
      <w:tr w:rsidR="00755BEE" w14:paraId="7219509D" w14:textId="77777777" w:rsidTr="00AB0218">
        <w:trPr>
          <w:jc w:val="center"/>
        </w:trPr>
        <w:tc>
          <w:tcPr>
            <w:tcW w:w="572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06A10C2" w14:textId="08ABEE9A" w:rsidR="00755BEE" w:rsidRDefault="00E6654E" w:rsidP="00BF4BC7">
            <w:pPr>
              <w:spacing w:before="120" w:after="0"/>
            </w:pPr>
            <w:r>
              <w:rPr>
                <w:b/>
              </w:rPr>
              <w:t>Email</w:t>
            </w:r>
            <w:r w:rsidR="00BF4BC7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</w:t>
            </w:r>
            <w:r w:rsidR="00BF4BC7">
              <w:t>____________________</w:t>
            </w:r>
            <w:r>
              <w:t>______</w:t>
            </w:r>
          </w:p>
        </w:tc>
        <w:tc>
          <w:tcPr>
            <w:tcW w:w="474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011B352" w14:textId="097838A0" w:rsidR="00755BEE" w:rsidRDefault="00E6654E" w:rsidP="00BF4BC7">
            <w:pPr>
              <w:spacing w:before="120" w:after="0"/>
            </w:pPr>
            <w:r>
              <w:rPr>
                <w:b/>
              </w:rPr>
              <w:t>Alternate Contact</w:t>
            </w:r>
            <w:r w:rsidR="00560F1A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 w:rsidR="00560F1A">
              <w:rPr>
                <w:b/>
              </w:rPr>
              <w:t>_</w:t>
            </w:r>
            <w:r>
              <w:t>___________________________</w:t>
            </w:r>
          </w:p>
        </w:tc>
      </w:tr>
      <w:tr w:rsidR="00755BEE" w14:paraId="4D5E6333" w14:textId="77777777" w:rsidTr="00AB0218">
        <w:trPr>
          <w:jc w:val="center"/>
        </w:trPr>
        <w:tc>
          <w:tcPr>
            <w:tcW w:w="572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03692BE" w14:textId="296714A3" w:rsidR="00755BEE" w:rsidRDefault="00E6654E" w:rsidP="00BF4BC7">
            <w:pPr>
              <w:spacing w:before="120" w:after="0"/>
            </w:pPr>
            <w:r>
              <w:rPr>
                <w:b/>
              </w:rPr>
              <w:t>Equine Name</w:t>
            </w:r>
            <w:r w:rsidR="00BF4BC7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 w:rsidR="00BF4BC7">
              <w:rPr>
                <w:b/>
              </w:rPr>
              <w:t>____________</w:t>
            </w:r>
            <w:r>
              <w:t>________________________________</w:t>
            </w:r>
          </w:p>
        </w:tc>
        <w:tc>
          <w:tcPr>
            <w:tcW w:w="474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8A858AA" w14:textId="3F89AFED" w:rsidR="00755BEE" w:rsidRDefault="00E6654E" w:rsidP="00BF4BC7">
            <w:pPr>
              <w:spacing w:before="120" w:after="0"/>
            </w:pPr>
            <w:r>
              <w:rPr>
                <w:b/>
              </w:rPr>
              <w:t>Barn Name</w:t>
            </w:r>
            <w:r w:rsidR="00560F1A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</w:t>
            </w:r>
            <w:r w:rsidR="00560F1A">
              <w:t>________</w:t>
            </w:r>
            <w:r>
              <w:t>__________________________</w:t>
            </w:r>
          </w:p>
        </w:tc>
      </w:tr>
      <w:tr w:rsidR="0091572E" w14:paraId="0E15ED77" w14:textId="77777777" w:rsidTr="00AB0218">
        <w:trPr>
          <w:jc w:val="center"/>
        </w:trPr>
        <w:tc>
          <w:tcPr>
            <w:tcW w:w="572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9107584" w14:textId="3CC63F7B" w:rsidR="0091572E" w:rsidRDefault="0091572E" w:rsidP="0091572E">
            <w:pPr>
              <w:spacing w:before="120" w:after="0"/>
            </w:pPr>
            <w:r>
              <w:rPr>
                <w:b/>
              </w:rPr>
              <w:t>Color and Identifying Markings</w:t>
            </w:r>
            <w:r w:rsidR="00AB0218">
              <w:rPr>
                <w:b/>
              </w:rPr>
              <w:t xml:space="preserve">: </w:t>
            </w:r>
            <w:r>
              <w:t>_</w:t>
            </w:r>
            <w:r w:rsidR="00AB0218">
              <w:t>_</w:t>
            </w:r>
            <w:r>
              <w:t>_________________________</w:t>
            </w:r>
          </w:p>
        </w:tc>
        <w:tc>
          <w:tcPr>
            <w:tcW w:w="474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7792890" w14:textId="55EC4629" w:rsidR="0091572E" w:rsidRDefault="00AB0218" w:rsidP="0091572E">
            <w:pPr>
              <w:spacing w:before="120" w:after="0"/>
            </w:pPr>
            <w:r>
              <w:rPr>
                <w:b/>
              </w:rPr>
              <w:t xml:space="preserve">Species and Breed:  </w:t>
            </w:r>
            <w:r>
              <w:t>___________________________</w:t>
            </w:r>
          </w:p>
        </w:tc>
      </w:tr>
      <w:tr w:rsidR="0091572E" w14:paraId="7C7A2AEA" w14:textId="77777777" w:rsidTr="00AB0218">
        <w:trPr>
          <w:jc w:val="center"/>
        </w:trPr>
        <w:tc>
          <w:tcPr>
            <w:tcW w:w="572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A4396D7" w14:textId="31FC17B4" w:rsidR="0091572E" w:rsidRDefault="0091572E" w:rsidP="0091572E">
            <w:pPr>
              <w:spacing w:before="120" w:after="0"/>
            </w:pPr>
            <w:r>
              <w:rPr>
                <w:b/>
              </w:rPr>
              <w:t>Sex</w:t>
            </w:r>
            <w:r w:rsidR="00AB0218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474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DFEA12E" w14:textId="4FF78F5D" w:rsidR="0091572E" w:rsidRDefault="00AB0218" w:rsidP="0091572E">
            <w:pPr>
              <w:spacing w:before="120" w:after="0"/>
            </w:pPr>
            <w:r>
              <w:rPr>
                <w:b/>
              </w:rPr>
              <w:t>Age or Estimated Age</w:t>
            </w:r>
            <w:r w:rsidR="00CE7AD5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</w:t>
            </w:r>
          </w:p>
        </w:tc>
      </w:tr>
    </w:tbl>
    <w:p w14:paraId="75CD3E9A" w14:textId="4C157364" w:rsidR="00755BEE" w:rsidRDefault="00E6654E" w:rsidP="00B3622D">
      <w:pPr>
        <w:spacing w:before="120" w:after="120"/>
      </w:pPr>
      <w:r>
        <w:rPr>
          <w:b/>
        </w:rPr>
        <w:t>Registration, microchip, or other identification if applicable</w:t>
      </w:r>
      <w:r w:rsidR="00CE7AD5">
        <w:rPr>
          <w:b/>
        </w:rPr>
        <w:t xml:space="preserve"> </w:t>
      </w:r>
      <w:r>
        <w:t>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100"/>
      </w:tblGrid>
      <w:tr w:rsidR="00755BEE" w14:paraId="1820006B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E793DA" w14:textId="77777777" w:rsidR="00755BEE" w:rsidRDefault="00E6654E">
            <w:pPr>
              <w:keepNext/>
              <w:spacing w:after="0"/>
            </w:pPr>
            <w:r>
              <w:rPr>
                <w:b/>
                <w:sz w:val="23"/>
              </w:rPr>
              <w:t>Routine Care Contacts</w:t>
            </w:r>
          </w:p>
        </w:tc>
      </w:tr>
      <w:tr w:rsidR="00755BEE" w14:paraId="37B416EE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EBCC3C4" w14:textId="5A01D2C0" w:rsidR="00755BEE" w:rsidRDefault="00E6654E" w:rsidP="00737F0E">
            <w:pPr>
              <w:spacing w:before="120" w:after="120"/>
            </w:pPr>
            <w:r>
              <w:rPr>
                <w:b/>
              </w:rPr>
              <w:t>Veterinarian or Clinic</w:t>
            </w:r>
            <w:r w:rsidR="00737F0E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AAF0733" w14:textId="68E030D0" w:rsidR="00755BEE" w:rsidRDefault="00E6654E" w:rsidP="00737F0E">
            <w:pPr>
              <w:spacing w:before="120" w:after="120"/>
            </w:pPr>
            <w:r>
              <w:rPr>
                <w:b/>
              </w:rPr>
              <w:t>Phone</w:t>
            </w:r>
            <w:r w:rsidR="00737F0E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</w:t>
            </w:r>
          </w:p>
        </w:tc>
      </w:tr>
      <w:tr w:rsidR="00755BEE" w14:paraId="09718F24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2E0756A" w14:textId="12FEF0C9" w:rsidR="00755BEE" w:rsidRDefault="00E6654E" w:rsidP="00737F0E">
            <w:pPr>
              <w:spacing w:before="120" w:after="120"/>
            </w:pPr>
            <w:r>
              <w:rPr>
                <w:b/>
              </w:rPr>
              <w:t>Farrier</w:t>
            </w:r>
            <w:r w:rsidR="00737F0E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8052BE3" w14:textId="7BBD96D1" w:rsidR="00755BEE" w:rsidRDefault="00E6654E" w:rsidP="00737F0E">
            <w:pPr>
              <w:spacing w:before="120" w:after="120"/>
            </w:pPr>
            <w:r>
              <w:rPr>
                <w:b/>
              </w:rPr>
              <w:t>Phone</w:t>
            </w:r>
            <w:r w:rsidR="00737F0E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</w:t>
            </w:r>
          </w:p>
        </w:tc>
      </w:tr>
      <w:tr w:rsidR="00755BEE" w14:paraId="2F862E62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648D0C3A" w14:textId="551D8766" w:rsidR="00755BEE" w:rsidRDefault="00E6654E" w:rsidP="00737F0E">
            <w:pPr>
              <w:spacing w:before="120" w:after="120"/>
            </w:pPr>
            <w:r>
              <w:rPr>
                <w:b/>
              </w:rPr>
              <w:t xml:space="preserve">Last Dental Care if </w:t>
            </w:r>
            <w:proofErr w:type="gramStart"/>
            <w:r>
              <w:rPr>
                <w:b/>
              </w:rPr>
              <w:t>known</w:t>
            </w:r>
            <w:r w:rsidR="00737F0E">
              <w:rPr>
                <w:b/>
              </w:rPr>
              <w:t>:</w:t>
            </w:r>
            <w:r>
              <w:t>_</w:t>
            </w:r>
            <w:proofErr w:type="gramEnd"/>
            <w:r>
              <w:t>___________________________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21AF719" w14:textId="334FC869" w:rsidR="00755BEE" w:rsidRDefault="00E6654E" w:rsidP="00737F0E">
            <w:pPr>
              <w:spacing w:before="120" w:after="120"/>
            </w:pPr>
            <w:r>
              <w:rPr>
                <w:b/>
              </w:rPr>
              <w:t>Last Hoof Care if known</w:t>
            </w:r>
            <w:r w:rsidR="00737F0E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</w:t>
            </w:r>
          </w:p>
        </w:tc>
      </w:tr>
      <w:tr w:rsidR="00755BEE" w14:paraId="3B8871F3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AE3733" w14:textId="77777777" w:rsidR="00755BEE" w:rsidRDefault="00E6654E">
            <w:pPr>
              <w:keepNext/>
              <w:spacing w:after="0"/>
            </w:pPr>
            <w:r>
              <w:rPr>
                <w:b/>
                <w:sz w:val="23"/>
              </w:rPr>
              <w:t>Health and Behavior</w:t>
            </w:r>
          </w:p>
        </w:tc>
      </w:tr>
    </w:tbl>
    <w:p w14:paraId="7C88499F" w14:textId="77777777" w:rsidR="00755BEE" w:rsidRDefault="00E6654E">
      <w:pPr>
        <w:spacing w:after="80"/>
      </w:pPr>
      <w:r>
        <w:t>☐</w:t>
      </w:r>
      <w:r>
        <w:t xml:space="preserve"> Laminitis or founder  ☐ PPID or Cushing's  ☐ Insulin resistance  ☐ Colic  ☐ Lameness  ☐ Allergies  ☐ Seizures or neurologic concern  ☐ Other: __________</w:t>
      </w:r>
    </w:p>
    <w:p w14:paraId="137D4A82" w14:textId="663562D3" w:rsidR="00755BEE" w:rsidRDefault="00E6654E">
      <w:pPr>
        <w:spacing w:after="40"/>
      </w:pPr>
      <w:r>
        <w:rPr>
          <w:b/>
        </w:rPr>
        <w:t>Current diagnoses, injuries, medications, supplements, or treatments</w:t>
      </w:r>
      <w:r w:rsidR="00114A23">
        <w:rPr>
          <w:b/>
        </w:rPr>
        <w:t>:</w:t>
      </w:r>
    </w:p>
    <w:p w14:paraId="48A00683" w14:textId="77777777" w:rsidR="00755BEE" w:rsidRDefault="00E6654E" w:rsidP="00737F0E">
      <w:pPr>
        <w:spacing w:before="120" w:after="120"/>
      </w:pPr>
      <w:r>
        <w:t>________________________________________________________________________________________________________________</w:t>
      </w:r>
    </w:p>
    <w:p w14:paraId="3E26ACA7" w14:textId="77777777" w:rsidR="00755BEE" w:rsidRDefault="00E6654E" w:rsidP="00737F0E">
      <w:pPr>
        <w:spacing w:before="120" w:after="120"/>
      </w:pPr>
      <w:r>
        <w:t>________________________________________________________________________________________________________________</w:t>
      </w:r>
    </w:p>
    <w:p w14:paraId="6CBA4D12" w14:textId="291D21EE" w:rsidR="00755BEE" w:rsidRDefault="00E6654E">
      <w:pPr>
        <w:spacing w:after="40"/>
      </w:pPr>
      <w:r>
        <w:rPr>
          <w:b/>
        </w:rPr>
        <w:t>Known handling concerns, triggers, bite or kick history, herd behavior, or escape habits</w:t>
      </w:r>
      <w:r w:rsidR="00114A23">
        <w:rPr>
          <w:b/>
        </w:rPr>
        <w:t>:</w:t>
      </w:r>
    </w:p>
    <w:p w14:paraId="422B938A" w14:textId="77777777" w:rsidR="00755BEE" w:rsidRDefault="00E6654E" w:rsidP="00737F0E">
      <w:pPr>
        <w:spacing w:before="120" w:after="120"/>
      </w:pPr>
      <w:r>
        <w:t>________________________________________________________________________________________________________________</w:t>
      </w:r>
    </w:p>
    <w:p w14:paraId="1CC7F378" w14:textId="77777777" w:rsidR="00755BEE" w:rsidRDefault="00E6654E" w:rsidP="00737F0E">
      <w:pPr>
        <w:spacing w:before="120" w:after="120"/>
      </w:pPr>
      <w:r>
        <w:t>________________________________________________________________________________________________________________</w:t>
      </w:r>
    </w:p>
    <w:p w14:paraId="3DD4105F" w14:textId="77777777" w:rsidR="00755BEE" w:rsidRDefault="00E6654E">
      <w:r>
        <w:br w:type="page"/>
      </w:r>
    </w:p>
    <w:p w14:paraId="0B84D4D2" w14:textId="77777777" w:rsidR="00755BEE" w:rsidRDefault="00E6654E">
      <w:pPr>
        <w:pStyle w:val="Title"/>
        <w:jc w:val="center"/>
      </w:pPr>
      <w:r>
        <w:lastRenderedPageBreak/>
        <w:t>Equine Health and Care Information Continued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100"/>
      </w:tblGrid>
      <w:tr w:rsidR="00755BEE" w14:paraId="7428BBE9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1E53AA2" w14:textId="71111AD2" w:rsidR="00755BEE" w:rsidRDefault="00E6654E" w:rsidP="00114A23">
            <w:pPr>
              <w:spacing w:before="120" w:after="120"/>
            </w:pPr>
            <w:r>
              <w:rPr>
                <w:b/>
              </w:rPr>
              <w:t xml:space="preserve">Equine </w:t>
            </w:r>
            <w:proofErr w:type="gramStart"/>
            <w:r>
              <w:rPr>
                <w:b/>
              </w:rPr>
              <w:t xml:space="preserve">Name  </w:t>
            </w:r>
            <w:r>
              <w:t>_</w:t>
            </w:r>
            <w:proofErr w:type="gramEnd"/>
            <w:r>
              <w:t>___________________</w:t>
            </w:r>
            <w:r w:rsidR="00114A23">
              <w:t>_____</w:t>
            </w:r>
            <w:r>
              <w:t>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207111F" w14:textId="77777777" w:rsidR="00755BEE" w:rsidRDefault="00E6654E" w:rsidP="00114A23">
            <w:pPr>
              <w:spacing w:before="120" w:after="120"/>
            </w:pPr>
            <w:r>
              <w:rPr>
                <w:b/>
              </w:rPr>
              <w:t xml:space="preserve">Owner or Authorized Agent  </w:t>
            </w:r>
            <w:r>
              <w:t>___________________________</w:t>
            </w:r>
          </w:p>
        </w:tc>
      </w:tr>
      <w:tr w:rsidR="00755BEE" w14:paraId="61B49E83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BDCED5" w14:textId="77777777" w:rsidR="00755BEE" w:rsidRDefault="00E6654E">
            <w:pPr>
              <w:keepNext/>
              <w:spacing w:after="0"/>
            </w:pPr>
            <w:r>
              <w:rPr>
                <w:b/>
                <w:sz w:val="23"/>
              </w:rPr>
              <w:t>Feeding and Daily Care</w:t>
            </w:r>
          </w:p>
        </w:tc>
      </w:tr>
      <w:tr w:rsidR="00755BEE" w14:paraId="783DCC9D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6931FF53" w14:textId="77777777" w:rsidR="00755BEE" w:rsidRDefault="00E6654E" w:rsidP="00114A23">
            <w:pPr>
              <w:spacing w:before="120" w:after="120"/>
            </w:pPr>
            <w:r>
              <w:rPr>
                <w:b/>
              </w:rPr>
              <w:t xml:space="preserve">Hay Type and Amount  </w:t>
            </w:r>
            <w:r>
              <w:t>________________________________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E1CF708" w14:textId="77777777" w:rsidR="00755BEE" w:rsidRDefault="00E6654E" w:rsidP="00114A23">
            <w:pPr>
              <w:spacing w:before="120" w:after="120"/>
            </w:pPr>
            <w:r>
              <w:rPr>
                <w:b/>
              </w:rPr>
              <w:t xml:space="preserve">Feeding Times  </w:t>
            </w:r>
            <w:r>
              <w:t>___________________________</w:t>
            </w:r>
          </w:p>
        </w:tc>
      </w:tr>
    </w:tbl>
    <w:p w14:paraId="75DF93A6" w14:textId="77777777" w:rsidR="00755BEE" w:rsidRDefault="00E6654E" w:rsidP="00114A23">
      <w:pPr>
        <w:spacing w:after="0"/>
      </w:pPr>
      <w:r>
        <w:rPr>
          <w:b/>
        </w:rPr>
        <w:t>Grain, ration balancer, supplements, and amounts</w:t>
      </w:r>
    </w:p>
    <w:p w14:paraId="1D3047CF" w14:textId="7180DDEB" w:rsidR="00755BEE" w:rsidRDefault="00E6654E" w:rsidP="000E45B2">
      <w:pPr>
        <w:spacing w:before="120" w:after="120"/>
      </w:pPr>
      <w:r>
        <w:t>_________________________________________________________________________________</w:t>
      </w:r>
      <w:r>
        <w:t>______________________________</w:t>
      </w:r>
    </w:p>
    <w:p w14:paraId="603F9774" w14:textId="04F2CBCB" w:rsidR="00755BEE" w:rsidRDefault="00E6654E" w:rsidP="000E45B2">
      <w:pPr>
        <w:spacing w:before="120" w:after="120"/>
      </w:pPr>
      <w:r>
        <w:t>__________________________________________________________________________________</w:t>
      </w:r>
      <w:r>
        <w:t>_____________________________</w:t>
      </w:r>
    </w:p>
    <w:p w14:paraId="02A23362" w14:textId="77777777" w:rsidR="00755BEE" w:rsidRDefault="00E6654E" w:rsidP="00114A23">
      <w:pPr>
        <w:spacing w:after="0"/>
      </w:pPr>
      <w:r>
        <w:rPr>
          <w:b/>
        </w:rPr>
        <w:t>Pasture, dry-lot, turnout, grazing muzzle, soaking, or other dietary restrictions</w:t>
      </w:r>
    </w:p>
    <w:p w14:paraId="2399DBD8" w14:textId="706244B5" w:rsidR="00755BEE" w:rsidRDefault="00E6654E" w:rsidP="000E45B2">
      <w:pPr>
        <w:spacing w:before="120" w:after="120"/>
      </w:pPr>
      <w:r>
        <w:t>___________________________________________________________________________________</w:t>
      </w:r>
      <w:r>
        <w:t>____________________________</w:t>
      </w:r>
    </w:p>
    <w:p w14:paraId="6093AB83" w14:textId="2300CA6C" w:rsidR="00755BEE" w:rsidRDefault="00E6654E" w:rsidP="000E45B2">
      <w:pPr>
        <w:spacing w:before="120" w:after="120"/>
      </w:pPr>
      <w:r>
        <w:t>____________________________________________________________________________________</w:t>
      </w:r>
      <w:r>
        <w:t>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  <w:gridCol w:w="100"/>
      </w:tblGrid>
      <w:tr w:rsidR="000E45B2" w14:paraId="1DBB995A" w14:textId="77777777" w:rsidTr="00633E28">
        <w:trPr>
          <w:jc w:val="center"/>
        </w:trPr>
        <w:tc>
          <w:tcPr>
            <w:tcW w:w="104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6595FC3" w14:textId="0ED3CDBC" w:rsidR="000E45B2" w:rsidRPr="000E45B2" w:rsidRDefault="000E45B2" w:rsidP="000E45B2">
            <w:pPr>
              <w:spacing w:before="120" w:after="120"/>
            </w:pPr>
            <w:r w:rsidRPr="000E45B2">
              <w:rPr>
                <w:b/>
              </w:rPr>
              <w:t>Water or Electrolyte Instructions</w:t>
            </w:r>
            <w:r>
              <w:rPr>
                <w:b/>
              </w:rPr>
              <w:t>:</w:t>
            </w:r>
            <w:r w:rsidRPr="000E45B2">
              <w:rPr>
                <w:b/>
              </w:rPr>
              <w:t xml:space="preserve">  </w:t>
            </w:r>
            <w:r>
              <w:rPr>
                <w:b/>
              </w:rPr>
              <w:t>______________________________________________</w:t>
            </w:r>
            <w:r w:rsidRPr="000E45B2">
              <w:t>________________________________</w:t>
            </w:r>
          </w:p>
        </w:tc>
      </w:tr>
      <w:tr w:rsidR="000E45B2" w14:paraId="72010B95" w14:textId="77777777" w:rsidTr="00601B74">
        <w:trPr>
          <w:jc w:val="center"/>
        </w:trPr>
        <w:tc>
          <w:tcPr>
            <w:tcW w:w="104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3A8E90B" w14:textId="76EAA675" w:rsidR="000E45B2" w:rsidRDefault="000E45B2" w:rsidP="000E45B2">
            <w:pPr>
              <w:spacing w:before="120" w:after="120"/>
              <w:rPr>
                <w:b/>
              </w:rPr>
            </w:pPr>
            <w:r w:rsidRPr="000E45B2">
              <w:rPr>
                <w:b/>
              </w:rPr>
              <w:t>Blanket or Weather Instructions</w:t>
            </w:r>
            <w:r>
              <w:rPr>
                <w:b/>
              </w:rPr>
              <w:t>:</w:t>
            </w:r>
            <w:r w:rsidRPr="000E45B2">
              <w:rPr>
                <w:b/>
              </w:rPr>
              <w:t xml:space="preserve">  </w:t>
            </w:r>
            <w:r>
              <w:rPr>
                <w:b/>
              </w:rPr>
              <w:t xml:space="preserve"> </w:t>
            </w:r>
            <w:r w:rsidRPr="000E45B2">
              <w:t>_</w:t>
            </w:r>
            <w:r>
              <w:t>___________________________________________________</w:t>
            </w:r>
            <w:r w:rsidRPr="000E45B2">
              <w:t>__________________________</w:t>
            </w:r>
          </w:p>
        </w:tc>
      </w:tr>
      <w:tr w:rsidR="000E45B2" w14:paraId="59EACD22" w14:textId="77777777">
        <w:trPr>
          <w:gridAfter w:val="1"/>
          <w:wAfter w:w="100" w:type="dxa"/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F6DF8C" w14:textId="77777777" w:rsidR="000E45B2" w:rsidRDefault="000E45B2" w:rsidP="000E45B2">
            <w:pPr>
              <w:keepNext/>
              <w:spacing w:after="0"/>
            </w:pPr>
            <w:r>
              <w:rPr>
                <w:b/>
                <w:sz w:val="23"/>
              </w:rPr>
              <w:t>Handling and Housing</w:t>
            </w:r>
          </w:p>
        </w:tc>
      </w:tr>
    </w:tbl>
    <w:p w14:paraId="1FCC71F0" w14:textId="77777777" w:rsidR="00755BEE" w:rsidRDefault="00E6654E">
      <w:pPr>
        <w:spacing w:after="80"/>
      </w:pPr>
      <w:r>
        <w:t xml:space="preserve">Permitted activities: ☐ Hand </w:t>
      </w:r>
      <w:proofErr w:type="gramStart"/>
      <w:r>
        <w:t>walking  ☐</w:t>
      </w:r>
      <w:proofErr w:type="gramEnd"/>
      <w:r>
        <w:t xml:space="preserve"> </w:t>
      </w:r>
      <w:proofErr w:type="gramStart"/>
      <w:r>
        <w:t>Grooming  ☐</w:t>
      </w:r>
      <w:proofErr w:type="gramEnd"/>
      <w:r>
        <w:t xml:space="preserve"> </w:t>
      </w:r>
      <w:proofErr w:type="gramStart"/>
      <w:r>
        <w:t>Groundwork  ☐</w:t>
      </w:r>
      <w:proofErr w:type="gramEnd"/>
      <w:r>
        <w:t xml:space="preserve"> Trailer </w:t>
      </w:r>
      <w:proofErr w:type="gramStart"/>
      <w:r>
        <w:t>loading  ☐</w:t>
      </w:r>
      <w:proofErr w:type="gramEnd"/>
      <w:r>
        <w:t xml:space="preserve"> Supervised public </w:t>
      </w:r>
      <w:proofErr w:type="gramStart"/>
      <w:r>
        <w:t>interaction  ☐</w:t>
      </w:r>
      <w:proofErr w:type="gramEnd"/>
      <w:r>
        <w:t xml:space="preserve"> Other: ______</w:t>
      </w:r>
    </w:p>
    <w:p w14:paraId="013BBCD6" w14:textId="77777777" w:rsidR="00755BEE" w:rsidRDefault="00E6654E">
      <w:pPr>
        <w:spacing w:after="40"/>
      </w:pPr>
      <w:r>
        <w:rPr>
          <w:b/>
        </w:rPr>
        <w:t>Halter, lead, stall, turnout, companion, fencing, or separation instructions</w:t>
      </w:r>
    </w:p>
    <w:p w14:paraId="6BC81D81" w14:textId="77777777" w:rsidR="00755BEE" w:rsidRDefault="00E6654E" w:rsidP="000E45B2">
      <w:pPr>
        <w:spacing w:before="120" w:after="120"/>
      </w:pPr>
      <w:r>
        <w:t>________________________________________________________________________________________________________________</w:t>
      </w:r>
    </w:p>
    <w:p w14:paraId="7720CDCE" w14:textId="77777777" w:rsidR="00755BEE" w:rsidRDefault="00E6654E" w:rsidP="000E45B2">
      <w:pPr>
        <w:spacing w:before="120" w:after="120"/>
      </w:pPr>
      <w:r>
        <w:t>________________________________________________________________________________________________________________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755BEE" w14:paraId="2E4F5F1C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844B73" w14:textId="77777777" w:rsidR="00755BEE" w:rsidRDefault="00E6654E">
            <w:pPr>
              <w:keepNext/>
              <w:spacing w:after="0"/>
            </w:pPr>
            <w:r>
              <w:rPr>
                <w:b/>
                <w:sz w:val="23"/>
              </w:rPr>
              <w:t>Emergency Authorization and Costs</w:t>
            </w:r>
          </w:p>
        </w:tc>
      </w:tr>
    </w:tbl>
    <w:p w14:paraId="360070F7" w14:textId="77777777" w:rsidR="00755BEE" w:rsidRDefault="00E6654E">
      <w:r>
        <w:t>If I cannot be reached promptly, I authorize Logan's H.E.A.R.T. to contact the veterinarian listed above or another available veterinarian and obtain reasonably necessary emergency evaluation or treatment. I remain responsible for veterinary, medication, transport, farrier, and related expenses unless a different written agreement is signed.</w:t>
      </w:r>
    </w:p>
    <w:p w14:paraId="49FA8B9F" w14:textId="77777777" w:rsidR="00755BEE" w:rsidRDefault="00E6654E">
      <w:pPr>
        <w:spacing w:after="80"/>
      </w:pPr>
      <w:r>
        <w:t>☐</w:t>
      </w:r>
      <w:r>
        <w:t xml:space="preserve"> Use reasonable judgment in an emergency.    ☐ Do not approve non-life-saving expenses over $____________ without contacting me.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755BEE" w14:paraId="2CD9BD5A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CB2F13" w14:textId="77777777" w:rsidR="00755BEE" w:rsidRDefault="00E6654E">
            <w:pPr>
              <w:keepNext/>
              <w:spacing w:after="0"/>
            </w:pPr>
            <w:r>
              <w:rPr>
                <w:b/>
                <w:sz w:val="23"/>
              </w:rPr>
              <w:t>Media Permission and Certification</w:t>
            </w:r>
          </w:p>
        </w:tc>
      </w:tr>
    </w:tbl>
    <w:p w14:paraId="3841EA2E" w14:textId="77777777" w:rsidR="00755BEE" w:rsidRDefault="00E6654E">
      <w:pPr>
        <w:spacing w:after="80"/>
      </w:pPr>
      <w:r>
        <w:t>☐</w:t>
      </w:r>
      <w:r>
        <w:t xml:space="preserve"> Logan's H.E.A.R.T. may photograph and post this equine.    ☐ Yes, but do not identify me.    ☐ No social media posts.</w:t>
      </w:r>
    </w:p>
    <w:p w14:paraId="53C1C14C" w14:textId="77777777" w:rsidR="00755BEE" w:rsidRDefault="00E6654E">
      <w:r>
        <w:t>I certify that I own this equine or am authorized by the owner to provide these instructions. I have disclosed known health and behavior concerns and will promptly report material changes.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3168"/>
      </w:tblGrid>
      <w:tr w:rsidR="00755BEE" w14:paraId="48964862" w14:textId="77777777" w:rsidTr="000E45B2">
        <w:trPr>
          <w:jc w:val="center"/>
        </w:trPr>
        <w:tc>
          <w:tcPr>
            <w:tcW w:w="720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B21719A" w14:textId="2808C7E7" w:rsidR="00755BEE" w:rsidRDefault="00E6654E" w:rsidP="000E45B2">
            <w:pPr>
              <w:spacing w:before="120" w:after="120"/>
            </w:pPr>
            <w:r>
              <w:rPr>
                <w:b/>
              </w:rPr>
              <w:t>Owner or Authorized Agent Signature</w:t>
            </w:r>
            <w:r w:rsidR="000E45B2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</w:t>
            </w:r>
            <w:r w:rsidR="000E45B2">
              <w:t>___</w:t>
            </w:r>
            <w:r>
              <w:t>____________________________</w:t>
            </w:r>
          </w:p>
        </w:tc>
        <w:tc>
          <w:tcPr>
            <w:tcW w:w="316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D0FF77C" w14:textId="77777777" w:rsidR="00755BEE" w:rsidRDefault="00E6654E" w:rsidP="000E45B2">
            <w:pPr>
              <w:spacing w:before="120" w:after="120"/>
            </w:pPr>
            <w:r>
              <w:rPr>
                <w:b/>
              </w:rPr>
              <w:t xml:space="preserve">Date  </w:t>
            </w:r>
            <w:r>
              <w:t>___________________________</w:t>
            </w:r>
          </w:p>
        </w:tc>
      </w:tr>
      <w:tr w:rsidR="00755BEE" w14:paraId="7A41E78E" w14:textId="77777777" w:rsidTr="000E45B2">
        <w:trPr>
          <w:jc w:val="center"/>
        </w:trPr>
        <w:tc>
          <w:tcPr>
            <w:tcW w:w="720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863A680" w14:textId="58F70682" w:rsidR="00755BEE" w:rsidRDefault="00E6654E" w:rsidP="000E45B2">
            <w:pPr>
              <w:spacing w:before="120" w:after="120"/>
            </w:pPr>
            <w:r>
              <w:rPr>
                <w:b/>
              </w:rPr>
              <w:t>Logan's H.E.A.R.T. Representative</w:t>
            </w:r>
            <w:r w:rsidR="000E45B2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</w:t>
            </w:r>
            <w:r w:rsidR="000E45B2">
              <w:t>______</w:t>
            </w:r>
            <w:r>
              <w:t>______________________</w:t>
            </w:r>
          </w:p>
        </w:tc>
        <w:tc>
          <w:tcPr>
            <w:tcW w:w="316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1F7609B" w14:textId="77777777" w:rsidR="00755BEE" w:rsidRDefault="00E6654E" w:rsidP="000E45B2">
            <w:pPr>
              <w:spacing w:before="120" w:after="120"/>
            </w:pPr>
            <w:r>
              <w:rPr>
                <w:b/>
              </w:rPr>
              <w:t xml:space="preserve">Date  </w:t>
            </w:r>
            <w:r>
              <w:t>___________________________</w:t>
            </w:r>
          </w:p>
        </w:tc>
      </w:tr>
    </w:tbl>
    <w:p w14:paraId="4626A18C" w14:textId="77777777" w:rsidR="00E6654E" w:rsidRDefault="00E6654E"/>
    <w:sectPr w:rsidR="00E6654E" w:rsidSect="00034616">
      <w:footerReference w:type="default" r:id="rId9"/>
      <w:pgSz w:w="12240" w:h="15840"/>
      <w:pgMar w:top="605" w:right="936" w:bottom="749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14272" w14:textId="77777777" w:rsidR="00E6654E" w:rsidRDefault="00E6654E">
      <w:pPr>
        <w:spacing w:after="0"/>
      </w:pPr>
      <w:r>
        <w:separator/>
      </w:r>
    </w:p>
  </w:endnote>
  <w:endnote w:type="continuationSeparator" w:id="0">
    <w:p w14:paraId="01488411" w14:textId="77777777" w:rsidR="00E6654E" w:rsidRDefault="00E665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EFB4" w14:textId="77777777" w:rsidR="00755BEE" w:rsidRDefault="00E6654E">
    <w:pPr>
      <w:pStyle w:val="Footer"/>
      <w:jc w:val="center"/>
    </w:pPr>
    <w:r>
      <w:rPr>
        <w:color w:val="555555"/>
        <w:sz w:val="16"/>
      </w:rPr>
      <w:t xml:space="preserve">Logan's H.E.A.R.T.  </w:t>
    </w:r>
    <w:proofErr w:type="gramStart"/>
    <w:r>
      <w:rPr>
        <w:color w:val="555555"/>
        <w:sz w:val="16"/>
      </w:rPr>
      <w:t>|  logansheart.org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FF0D" w14:textId="77777777" w:rsidR="00E6654E" w:rsidRDefault="00E6654E">
      <w:pPr>
        <w:spacing w:after="0"/>
      </w:pPr>
      <w:r>
        <w:separator/>
      </w:r>
    </w:p>
  </w:footnote>
  <w:footnote w:type="continuationSeparator" w:id="0">
    <w:p w14:paraId="11ADA640" w14:textId="77777777" w:rsidR="00E6654E" w:rsidRDefault="00E665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616118">
    <w:abstractNumId w:val="8"/>
  </w:num>
  <w:num w:numId="2" w16cid:durableId="232475234">
    <w:abstractNumId w:val="6"/>
  </w:num>
  <w:num w:numId="3" w16cid:durableId="914314333">
    <w:abstractNumId w:val="5"/>
  </w:num>
  <w:num w:numId="4" w16cid:durableId="1166942103">
    <w:abstractNumId w:val="4"/>
  </w:num>
  <w:num w:numId="5" w16cid:durableId="1306857389">
    <w:abstractNumId w:val="7"/>
  </w:num>
  <w:num w:numId="6" w16cid:durableId="979532755">
    <w:abstractNumId w:val="3"/>
  </w:num>
  <w:num w:numId="7" w16cid:durableId="5442844">
    <w:abstractNumId w:val="2"/>
  </w:num>
  <w:num w:numId="8" w16cid:durableId="1229848997">
    <w:abstractNumId w:val="1"/>
  </w:num>
  <w:num w:numId="9" w16cid:durableId="123485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5B2"/>
    <w:rsid w:val="00114A23"/>
    <w:rsid w:val="0015074B"/>
    <w:rsid w:val="00225EDA"/>
    <w:rsid w:val="0029639D"/>
    <w:rsid w:val="00326F90"/>
    <w:rsid w:val="00560F1A"/>
    <w:rsid w:val="00737F0E"/>
    <w:rsid w:val="00755BEE"/>
    <w:rsid w:val="0091572E"/>
    <w:rsid w:val="00AA1D8D"/>
    <w:rsid w:val="00AB0218"/>
    <w:rsid w:val="00B3622D"/>
    <w:rsid w:val="00B47730"/>
    <w:rsid w:val="00BF4BC7"/>
    <w:rsid w:val="00CB0664"/>
    <w:rsid w:val="00CE7AD5"/>
    <w:rsid w:val="00E665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13C4BD7-EC64-4CE1-AE35-28214BE2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Hughes, Michelle (PERATON)</cp:lastModifiedBy>
  <cp:revision>10</cp:revision>
  <dcterms:created xsi:type="dcterms:W3CDTF">2013-12-23T23:15:00Z</dcterms:created>
  <dcterms:modified xsi:type="dcterms:W3CDTF">2026-09-21T18:43:00Z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54f1a3-9ed5-415d-ba95-38401c4b8817_Enabled">
    <vt:lpwstr>true</vt:lpwstr>
  </property>
  <property fmtid="{D5CDD505-2E9C-101B-9397-08002B2CF9AE}" pid="3" name="MSIP_Label_5d54f1a3-9ed5-415d-ba95-38401c4b8817_SetDate">
    <vt:lpwstr>2026-09-21T18:35:12Z</vt:lpwstr>
  </property>
  <property fmtid="{D5CDD505-2E9C-101B-9397-08002B2CF9AE}" pid="4" name="MSIP_Label_5d54f1a3-9ed5-415d-ba95-38401c4b8817_Method">
    <vt:lpwstr>Standard</vt:lpwstr>
  </property>
  <property fmtid="{D5CDD505-2E9C-101B-9397-08002B2CF9AE}" pid="5" name="MSIP_Label_5d54f1a3-9ed5-415d-ba95-38401c4b8817_Name">
    <vt:lpwstr>Peraton Proprietary</vt:lpwstr>
  </property>
  <property fmtid="{D5CDD505-2E9C-101B-9397-08002B2CF9AE}" pid="6" name="MSIP_Label_5d54f1a3-9ed5-415d-ba95-38401c4b8817_SiteId">
    <vt:lpwstr>2a6ae295-f13d-4948-ba78-332742ce9097</vt:lpwstr>
  </property>
  <property fmtid="{D5CDD505-2E9C-101B-9397-08002B2CF9AE}" pid="7" name="MSIP_Label_5d54f1a3-9ed5-415d-ba95-38401c4b8817_ActionId">
    <vt:lpwstr>628e2e7e-c3ee-419b-94bb-c557500c5cab</vt:lpwstr>
  </property>
  <property fmtid="{D5CDD505-2E9C-101B-9397-08002B2CF9AE}" pid="8" name="MSIP_Label_5d54f1a3-9ed5-415d-ba95-38401c4b8817_ContentBits">
    <vt:lpwstr>1</vt:lpwstr>
  </property>
  <property fmtid="{D5CDD505-2E9C-101B-9397-08002B2CF9AE}" pid="9" name="MSIP_Label_5d54f1a3-9ed5-415d-ba95-38401c4b8817_Tag">
    <vt:lpwstr>10, 3, 0, 1</vt:lpwstr>
  </property>
</Properties>
</file>