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4E31E" w14:textId="6B092C1B" w:rsidR="009A50F9" w:rsidRDefault="00000000" w:rsidP="000927F4">
      <w:r>
        <w:rPr>
          <w:noProof/>
        </w:rPr>
        <w:drawing>
          <wp:anchor distT="0" distB="0" distL="114300" distR="114300" simplePos="0" relativeHeight="251658240" behindDoc="0" locked="0" layoutInCell="1" allowOverlap="1" wp14:anchorId="0FD0C181" wp14:editId="0D55155F">
            <wp:simplePos x="0" y="0"/>
            <wp:positionH relativeFrom="column">
              <wp:posOffset>2381358</wp:posOffset>
            </wp:positionH>
            <wp:positionV relativeFrom="paragraph">
              <wp:posOffset>-240665</wp:posOffset>
            </wp:positionV>
            <wp:extent cx="1828800" cy="103441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ans-HEART-logo-transparent.png"/>
                    <pic:cNvPicPr/>
                  </pic:nvPicPr>
                  <pic:blipFill rotWithShape="1">
                    <a:blip r:embed="rId8"/>
                    <a:srcRect t="6192" b="8904"/>
                    <a:stretch>
                      <a:fillRect/>
                    </a:stretch>
                  </pic:blipFill>
                  <pic:spPr bwMode="auto">
                    <a:xfrm>
                      <a:off x="0" y="0"/>
                      <a:ext cx="1828800" cy="1034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27F4">
        <w:br w:type="textWrapping" w:clear="all"/>
      </w:r>
    </w:p>
    <w:p w14:paraId="7A29CEAF" w14:textId="77777777" w:rsidR="009A50F9" w:rsidRDefault="00000000">
      <w:pPr>
        <w:pStyle w:val="Title"/>
        <w:jc w:val="center"/>
      </w:pPr>
      <w:r>
        <w:t>Photo and Social Media Release</w:t>
      </w:r>
    </w:p>
    <w:p w14:paraId="30EB1925" w14:textId="77777777" w:rsidR="009A50F9" w:rsidRDefault="00000000" w:rsidP="00522BCB">
      <w:pPr>
        <w:spacing w:after="140"/>
        <w:jc w:val="center"/>
      </w:pPr>
      <w:r>
        <w:rPr>
          <w:color w:val="555555"/>
        </w:rPr>
        <w:t>Use this form to clearly grant, limit, or decline permission for photos and recordings.</w:t>
      </w:r>
    </w:p>
    <w:tbl>
      <w:tblPr>
        <w:tblW w:w="0" w:type="auto"/>
        <w:jc w:val="center"/>
        <w:tblLayout w:type="fixed"/>
        <w:tblLook w:val="04A0" w:firstRow="1" w:lastRow="0" w:firstColumn="1" w:lastColumn="0" w:noHBand="0" w:noVBand="1"/>
      </w:tblPr>
      <w:tblGrid>
        <w:gridCol w:w="5720"/>
        <w:gridCol w:w="4648"/>
        <w:gridCol w:w="100"/>
      </w:tblGrid>
      <w:tr w:rsidR="009A50F9" w14:paraId="49E48F74" w14:textId="77777777">
        <w:trPr>
          <w:gridAfter w:val="1"/>
          <w:wAfter w:w="100" w:type="dxa"/>
          <w:jc w:val="center"/>
        </w:trPr>
        <w:tc>
          <w:tcPr>
            <w:tcW w:w="10368" w:type="dxa"/>
            <w:gridSpan w:val="2"/>
            <w:tcBorders>
              <w:top w:val="single" w:sz="4" w:space="0" w:color="D9D9D9"/>
              <w:left w:val="single" w:sz="4" w:space="0" w:color="D9D9D9"/>
              <w:bottom w:val="single" w:sz="4" w:space="0" w:color="D9D9D9"/>
              <w:right w:val="single" w:sz="4" w:space="0" w:color="D9D9D9"/>
            </w:tcBorders>
            <w:shd w:val="clear" w:color="auto" w:fill="EAF6F7"/>
            <w:tcMar>
              <w:top w:w="50" w:type="dxa"/>
              <w:left w:w="100" w:type="dxa"/>
              <w:bottom w:w="50" w:type="dxa"/>
              <w:right w:w="100" w:type="dxa"/>
            </w:tcMar>
            <w:vAlign w:val="center"/>
          </w:tcPr>
          <w:p w14:paraId="463066CD" w14:textId="77777777" w:rsidR="009A50F9" w:rsidRDefault="00000000">
            <w:pPr>
              <w:keepNext/>
              <w:spacing w:after="0"/>
            </w:pPr>
            <w:r>
              <w:rPr>
                <w:b/>
                <w:sz w:val="23"/>
              </w:rPr>
              <w:t>Person Covered by This Release</w:t>
            </w:r>
          </w:p>
        </w:tc>
      </w:tr>
      <w:tr w:rsidR="009A50F9" w14:paraId="60C05F8A" w14:textId="77777777" w:rsidTr="006220E2">
        <w:trPr>
          <w:trHeight w:val="608"/>
          <w:jc w:val="center"/>
        </w:trPr>
        <w:tc>
          <w:tcPr>
            <w:tcW w:w="5720" w:type="dxa"/>
            <w:tcMar>
              <w:top w:w="20" w:type="dxa"/>
              <w:left w:w="0" w:type="dxa"/>
              <w:bottom w:w="30" w:type="dxa"/>
              <w:right w:w="100" w:type="dxa"/>
            </w:tcMar>
            <w:vAlign w:val="center"/>
          </w:tcPr>
          <w:p w14:paraId="60602BD5" w14:textId="049A403E" w:rsidR="009A50F9" w:rsidRDefault="00000000" w:rsidP="00171990">
            <w:pPr>
              <w:spacing w:before="120" w:after="120"/>
            </w:pPr>
            <w:r>
              <w:rPr>
                <w:b/>
              </w:rPr>
              <w:t>Full Name</w:t>
            </w:r>
            <w:r w:rsidR="00DF56DE">
              <w:rPr>
                <w:b/>
              </w:rPr>
              <w:t>:</w:t>
            </w:r>
            <w:r>
              <w:rPr>
                <w:b/>
              </w:rPr>
              <w:t xml:space="preserve">  </w:t>
            </w:r>
            <w:r>
              <w:t>_____________________</w:t>
            </w:r>
            <w:r w:rsidR="006220E2">
              <w:t>_________</w:t>
            </w:r>
            <w:r>
              <w:t>___________</w:t>
            </w:r>
          </w:p>
        </w:tc>
        <w:tc>
          <w:tcPr>
            <w:tcW w:w="4748" w:type="dxa"/>
            <w:gridSpan w:val="2"/>
            <w:tcMar>
              <w:top w:w="20" w:type="dxa"/>
              <w:left w:w="0" w:type="dxa"/>
              <w:bottom w:w="30" w:type="dxa"/>
              <w:right w:w="100" w:type="dxa"/>
            </w:tcMar>
            <w:vAlign w:val="center"/>
          </w:tcPr>
          <w:p w14:paraId="647E6A49" w14:textId="2C9F3502" w:rsidR="009A50F9" w:rsidRDefault="00000000" w:rsidP="00171990">
            <w:pPr>
              <w:spacing w:before="120" w:after="120"/>
            </w:pPr>
            <w:r>
              <w:rPr>
                <w:b/>
              </w:rPr>
              <w:t>Phone or Email</w:t>
            </w:r>
            <w:r w:rsidR="00DF56DE">
              <w:rPr>
                <w:b/>
              </w:rPr>
              <w:t>:</w:t>
            </w:r>
            <w:r>
              <w:rPr>
                <w:b/>
              </w:rPr>
              <w:t xml:space="preserve">  </w:t>
            </w:r>
            <w:r>
              <w:t>___________________________</w:t>
            </w:r>
          </w:p>
        </w:tc>
      </w:tr>
    </w:tbl>
    <w:p w14:paraId="4F1E15FC" w14:textId="77777777" w:rsidR="009A50F9" w:rsidRDefault="00000000" w:rsidP="006220E2">
      <w:pPr>
        <w:spacing w:after="120"/>
      </w:pPr>
      <w:r>
        <w:t>☐ I am signing for myself.    ☐ I am the parent or legal guardian of the minor named above.</w:t>
      </w:r>
    </w:p>
    <w:tbl>
      <w:tblPr>
        <w:tblW w:w="0" w:type="auto"/>
        <w:jc w:val="center"/>
        <w:tblLayout w:type="fixed"/>
        <w:tblLook w:val="04A0" w:firstRow="1" w:lastRow="0" w:firstColumn="1" w:lastColumn="0" w:noHBand="0" w:noVBand="1"/>
      </w:tblPr>
      <w:tblGrid>
        <w:gridCol w:w="10368"/>
      </w:tblGrid>
      <w:tr w:rsidR="009A50F9" w14:paraId="01BACD4F" w14:textId="77777777">
        <w:trPr>
          <w:jc w:val="center"/>
        </w:trPr>
        <w:tc>
          <w:tcPr>
            <w:tcW w:w="10368" w:type="dxa"/>
            <w:tcBorders>
              <w:top w:val="single" w:sz="4" w:space="0" w:color="D9D9D9"/>
              <w:left w:val="single" w:sz="4" w:space="0" w:color="D9D9D9"/>
              <w:bottom w:val="single" w:sz="4" w:space="0" w:color="D9D9D9"/>
              <w:right w:val="single" w:sz="4" w:space="0" w:color="D9D9D9"/>
            </w:tcBorders>
            <w:shd w:val="clear" w:color="auto" w:fill="EAF6F7"/>
            <w:tcMar>
              <w:top w:w="50" w:type="dxa"/>
              <w:left w:w="100" w:type="dxa"/>
              <w:bottom w:w="50" w:type="dxa"/>
              <w:right w:w="100" w:type="dxa"/>
            </w:tcMar>
            <w:vAlign w:val="center"/>
          </w:tcPr>
          <w:p w14:paraId="503E511E" w14:textId="77777777" w:rsidR="009A50F9" w:rsidRDefault="00000000">
            <w:pPr>
              <w:keepNext/>
              <w:spacing w:after="0"/>
            </w:pPr>
            <w:r>
              <w:rPr>
                <w:b/>
                <w:sz w:val="23"/>
              </w:rPr>
              <w:t>Choose One</w:t>
            </w:r>
          </w:p>
        </w:tc>
      </w:tr>
    </w:tbl>
    <w:p w14:paraId="76630844" w14:textId="77777777" w:rsidR="009A50F9" w:rsidRDefault="00000000">
      <w:pPr>
        <w:spacing w:after="80"/>
      </w:pPr>
      <w:r>
        <w:t>☐ YES - I authorize Logan's H.E.A.R.T. to photograph or record me or the minor and use the images, video, voice, or first name for its website, social media, educational materials, fundraising, newsletters, and nonprofit publicity.</w:t>
      </w:r>
    </w:p>
    <w:p w14:paraId="50411E3A" w14:textId="77777777" w:rsidR="009A50F9" w:rsidRDefault="00000000">
      <w:pPr>
        <w:spacing w:after="80"/>
      </w:pPr>
      <w:r>
        <w:t>☐ LIMITED - I authorize use only as follows: ______________________________________________</w:t>
      </w:r>
    </w:p>
    <w:p w14:paraId="6D317BD9" w14:textId="77777777" w:rsidR="009A50F9" w:rsidRDefault="00000000">
      <w:pPr>
        <w:spacing w:after="80"/>
      </w:pPr>
      <w:r>
        <w:t>☐ NO - I do not authorize identifiable photos, video, voice recordings, or name to be posted or published.</w:t>
      </w:r>
    </w:p>
    <w:tbl>
      <w:tblPr>
        <w:tblW w:w="0" w:type="auto"/>
        <w:jc w:val="center"/>
        <w:tblLayout w:type="fixed"/>
        <w:tblLook w:val="04A0" w:firstRow="1" w:lastRow="0" w:firstColumn="1" w:lastColumn="0" w:noHBand="0" w:noVBand="1"/>
      </w:tblPr>
      <w:tblGrid>
        <w:gridCol w:w="10368"/>
      </w:tblGrid>
      <w:tr w:rsidR="009A50F9" w14:paraId="41019CDA" w14:textId="77777777">
        <w:trPr>
          <w:jc w:val="center"/>
        </w:trPr>
        <w:tc>
          <w:tcPr>
            <w:tcW w:w="10368" w:type="dxa"/>
            <w:tcBorders>
              <w:top w:val="single" w:sz="4" w:space="0" w:color="D9D9D9"/>
              <w:left w:val="single" w:sz="4" w:space="0" w:color="D9D9D9"/>
              <w:bottom w:val="single" w:sz="4" w:space="0" w:color="D9D9D9"/>
              <w:right w:val="single" w:sz="4" w:space="0" w:color="D9D9D9"/>
            </w:tcBorders>
            <w:shd w:val="clear" w:color="auto" w:fill="EAF6F7"/>
            <w:tcMar>
              <w:top w:w="50" w:type="dxa"/>
              <w:left w:w="100" w:type="dxa"/>
              <w:bottom w:w="50" w:type="dxa"/>
              <w:right w:w="100" w:type="dxa"/>
            </w:tcMar>
            <w:vAlign w:val="center"/>
          </w:tcPr>
          <w:p w14:paraId="1E691970" w14:textId="77777777" w:rsidR="009A50F9" w:rsidRDefault="00000000">
            <w:pPr>
              <w:keepNext/>
              <w:spacing w:after="0"/>
            </w:pPr>
            <w:r>
              <w:rPr>
                <w:b/>
                <w:sz w:val="23"/>
              </w:rPr>
              <w:t>Terms</w:t>
            </w:r>
          </w:p>
        </w:tc>
      </w:tr>
    </w:tbl>
    <w:p w14:paraId="75EB35C0" w14:textId="77777777" w:rsidR="009A50F9" w:rsidRDefault="00000000">
      <w:r>
        <w:t>If permission is granted, I understand that no payment is expected; content may be edited for length or format without changing its meaning; and online material may be shared or saved by others beyond Logan's H.E.A.R.T.'s control. I may revoke permission for future use by written notice, but revocation may not remove material already printed, distributed, shared, or published. Logan's H.E.A.R.T. will not intentionally include sensitive medical or personal information without separate permission.</w:t>
      </w:r>
    </w:p>
    <w:tbl>
      <w:tblPr>
        <w:tblW w:w="0" w:type="auto"/>
        <w:jc w:val="center"/>
        <w:tblLayout w:type="fixed"/>
        <w:tblLook w:val="04A0" w:firstRow="1" w:lastRow="0" w:firstColumn="1" w:lastColumn="0" w:noHBand="0" w:noVBand="1"/>
      </w:tblPr>
      <w:tblGrid>
        <w:gridCol w:w="5184"/>
        <w:gridCol w:w="5184"/>
      </w:tblGrid>
      <w:tr w:rsidR="009A50F9" w14:paraId="0849D56D" w14:textId="77777777">
        <w:trPr>
          <w:jc w:val="center"/>
        </w:trPr>
        <w:tc>
          <w:tcPr>
            <w:tcW w:w="5184" w:type="dxa"/>
            <w:tcMar>
              <w:top w:w="20" w:type="dxa"/>
              <w:left w:w="0" w:type="dxa"/>
              <w:bottom w:w="30" w:type="dxa"/>
              <w:right w:w="100" w:type="dxa"/>
            </w:tcMar>
            <w:vAlign w:val="center"/>
          </w:tcPr>
          <w:p w14:paraId="5B7A0FCB" w14:textId="72C16730" w:rsidR="009A50F9" w:rsidRDefault="00000000" w:rsidP="006220E2">
            <w:pPr>
              <w:spacing w:before="240" w:after="240"/>
            </w:pPr>
            <w:r>
              <w:rPr>
                <w:b/>
              </w:rPr>
              <w:t>Signature</w:t>
            </w:r>
            <w:r w:rsidR="00DF56DE">
              <w:rPr>
                <w:b/>
              </w:rPr>
              <w:t>:</w:t>
            </w:r>
            <w:r>
              <w:rPr>
                <w:b/>
              </w:rPr>
              <w:t xml:space="preserve">  </w:t>
            </w:r>
            <w:r>
              <w:t>___________________________________</w:t>
            </w:r>
          </w:p>
        </w:tc>
        <w:tc>
          <w:tcPr>
            <w:tcW w:w="5184" w:type="dxa"/>
            <w:tcMar>
              <w:top w:w="20" w:type="dxa"/>
              <w:left w:w="0" w:type="dxa"/>
              <w:bottom w:w="30" w:type="dxa"/>
              <w:right w:w="100" w:type="dxa"/>
            </w:tcMar>
            <w:vAlign w:val="center"/>
          </w:tcPr>
          <w:p w14:paraId="74BCC120" w14:textId="77777777" w:rsidR="009A50F9" w:rsidRDefault="00000000" w:rsidP="006220E2">
            <w:pPr>
              <w:spacing w:before="240" w:after="240"/>
            </w:pPr>
            <w:r>
              <w:rPr>
                <w:b/>
              </w:rPr>
              <w:t xml:space="preserve">Date  </w:t>
            </w:r>
            <w:r>
              <w:t>______________________</w:t>
            </w:r>
          </w:p>
        </w:tc>
      </w:tr>
      <w:tr w:rsidR="009A50F9" w14:paraId="3E0B433A" w14:textId="77777777">
        <w:trPr>
          <w:jc w:val="center"/>
        </w:trPr>
        <w:tc>
          <w:tcPr>
            <w:tcW w:w="5184" w:type="dxa"/>
            <w:tcMar>
              <w:top w:w="20" w:type="dxa"/>
              <w:left w:w="0" w:type="dxa"/>
              <w:bottom w:w="30" w:type="dxa"/>
              <w:right w:w="100" w:type="dxa"/>
            </w:tcMar>
            <w:vAlign w:val="center"/>
          </w:tcPr>
          <w:p w14:paraId="138D6030" w14:textId="00A09800" w:rsidR="009A50F9" w:rsidRDefault="00000000" w:rsidP="006220E2">
            <w:pPr>
              <w:spacing w:before="240" w:after="240"/>
            </w:pPr>
            <w:r>
              <w:rPr>
                <w:b/>
              </w:rPr>
              <w:t>Printed Name</w:t>
            </w:r>
            <w:r w:rsidR="00DF56DE">
              <w:rPr>
                <w:b/>
              </w:rPr>
              <w:t>:</w:t>
            </w:r>
            <w:r>
              <w:rPr>
                <w:b/>
              </w:rPr>
              <w:t xml:space="preserve">  </w:t>
            </w:r>
            <w:r>
              <w:t>_____________________________</w:t>
            </w:r>
          </w:p>
        </w:tc>
        <w:tc>
          <w:tcPr>
            <w:tcW w:w="5184" w:type="dxa"/>
            <w:tcMar>
              <w:top w:w="20" w:type="dxa"/>
              <w:left w:w="0" w:type="dxa"/>
              <w:bottom w:w="30" w:type="dxa"/>
              <w:right w:w="100" w:type="dxa"/>
            </w:tcMar>
            <w:vAlign w:val="center"/>
          </w:tcPr>
          <w:p w14:paraId="31AFBDA5" w14:textId="2BF3D958" w:rsidR="009A50F9" w:rsidRDefault="00000000" w:rsidP="006220E2">
            <w:pPr>
              <w:spacing w:before="240" w:after="240"/>
            </w:pPr>
            <w:r>
              <w:rPr>
                <w:b/>
              </w:rPr>
              <w:t>Relationship if signing for a minor</w:t>
            </w:r>
            <w:r w:rsidR="00DF56DE">
              <w:rPr>
                <w:b/>
              </w:rPr>
              <w:t>:</w:t>
            </w:r>
            <w:r>
              <w:rPr>
                <w:b/>
              </w:rPr>
              <w:t xml:space="preserve">  </w:t>
            </w:r>
            <w:r>
              <w:t>________________</w:t>
            </w:r>
          </w:p>
        </w:tc>
      </w:tr>
    </w:tbl>
    <w:p w14:paraId="36B6A781" w14:textId="77777777" w:rsidR="006801EF" w:rsidRDefault="006801EF"/>
    <w:sectPr w:rsidR="006801EF" w:rsidSect="00034616">
      <w:headerReference w:type="default" r:id="rId9"/>
      <w:footerReference w:type="default" r:id="rId10"/>
      <w:pgSz w:w="12240" w:h="15840"/>
      <w:pgMar w:top="605" w:right="936" w:bottom="749"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685B7" w14:textId="77777777" w:rsidR="006801EF" w:rsidRDefault="006801EF">
      <w:pPr>
        <w:spacing w:after="0"/>
      </w:pPr>
      <w:r>
        <w:separator/>
      </w:r>
    </w:p>
  </w:endnote>
  <w:endnote w:type="continuationSeparator" w:id="0">
    <w:p w14:paraId="1E0D5079" w14:textId="77777777" w:rsidR="006801EF" w:rsidRDefault="006801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FB4C" w14:textId="77777777" w:rsidR="009A50F9" w:rsidRDefault="00000000">
    <w:pPr>
      <w:pStyle w:val="Footer"/>
      <w:jc w:val="center"/>
    </w:pPr>
    <w:r>
      <w:rPr>
        <w:color w:val="555555"/>
        <w:sz w:val="16"/>
      </w:rPr>
      <w:t xml:space="preserve">Logan's H.E.A.R.T.  </w:t>
    </w:r>
    <w:proofErr w:type="gramStart"/>
    <w:r>
      <w:rPr>
        <w:color w:val="555555"/>
        <w:sz w:val="16"/>
      </w:rPr>
      <w:t>|  logansheart.org</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20DA5" w14:textId="77777777" w:rsidR="006801EF" w:rsidRDefault="006801EF">
      <w:pPr>
        <w:spacing w:after="0"/>
      </w:pPr>
      <w:r>
        <w:separator/>
      </w:r>
    </w:p>
  </w:footnote>
  <w:footnote w:type="continuationSeparator" w:id="0">
    <w:p w14:paraId="66E8DEC0" w14:textId="77777777" w:rsidR="006801EF" w:rsidRDefault="006801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4E7E" w14:textId="77777777" w:rsidR="000927F4" w:rsidRDefault="00092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4512784">
    <w:abstractNumId w:val="8"/>
  </w:num>
  <w:num w:numId="2" w16cid:durableId="518666567">
    <w:abstractNumId w:val="6"/>
  </w:num>
  <w:num w:numId="3" w16cid:durableId="1897935119">
    <w:abstractNumId w:val="5"/>
  </w:num>
  <w:num w:numId="4" w16cid:durableId="792400873">
    <w:abstractNumId w:val="4"/>
  </w:num>
  <w:num w:numId="5" w16cid:durableId="2070809357">
    <w:abstractNumId w:val="7"/>
  </w:num>
  <w:num w:numId="6" w16cid:durableId="1599753893">
    <w:abstractNumId w:val="3"/>
  </w:num>
  <w:num w:numId="7" w16cid:durableId="276327770">
    <w:abstractNumId w:val="2"/>
  </w:num>
  <w:num w:numId="8" w16cid:durableId="257715887">
    <w:abstractNumId w:val="1"/>
  </w:num>
  <w:num w:numId="9" w16cid:durableId="1402437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7F4"/>
    <w:rsid w:val="0015074B"/>
    <w:rsid w:val="00171990"/>
    <w:rsid w:val="0029639D"/>
    <w:rsid w:val="00326F90"/>
    <w:rsid w:val="0052097A"/>
    <w:rsid w:val="00522BCB"/>
    <w:rsid w:val="006220E2"/>
    <w:rsid w:val="006801EF"/>
    <w:rsid w:val="009A50F9"/>
    <w:rsid w:val="00AA1D8D"/>
    <w:rsid w:val="00B47730"/>
    <w:rsid w:val="00CB0664"/>
    <w:rsid w:val="00DF56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5D01592-00A7-481E-87AE-3BC5CED3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contextualSpacing/>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Hughes, Michelle (PERATON)</cp:lastModifiedBy>
  <cp:revision>6</cp:revision>
  <dcterms:created xsi:type="dcterms:W3CDTF">2013-12-23T23:15:00Z</dcterms:created>
  <dcterms:modified xsi:type="dcterms:W3CDTF">2026-09-21T18:22:00Z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54f1a3-9ed5-415d-ba95-38401c4b8817_Enabled">
    <vt:lpwstr>true</vt:lpwstr>
  </property>
  <property fmtid="{D5CDD505-2E9C-101B-9397-08002B2CF9AE}" pid="3" name="MSIP_Label_5d54f1a3-9ed5-415d-ba95-38401c4b8817_SetDate">
    <vt:lpwstr>2026-09-21T18:19:16Z</vt:lpwstr>
  </property>
  <property fmtid="{D5CDD505-2E9C-101B-9397-08002B2CF9AE}" pid="4" name="MSIP_Label_5d54f1a3-9ed5-415d-ba95-38401c4b8817_Method">
    <vt:lpwstr>Standard</vt:lpwstr>
  </property>
  <property fmtid="{D5CDD505-2E9C-101B-9397-08002B2CF9AE}" pid="5" name="MSIP_Label_5d54f1a3-9ed5-415d-ba95-38401c4b8817_Name">
    <vt:lpwstr>Peraton Proprietary</vt:lpwstr>
  </property>
  <property fmtid="{D5CDD505-2E9C-101B-9397-08002B2CF9AE}" pid="6" name="MSIP_Label_5d54f1a3-9ed5-415d-ba95-38401c4b8817_SiteId">
    <vt:lpwstr>2a6ae295-f13d-4948-ba78-332742ce9097</vt:lpwstr>
  </property>
  <property fmtid="{D5CDD505-2E9C-101B-9397-08002B2CF9AE}" pid="7" name="MSIP_Label_5d54f1a3-9ed5-415d-ba95-38401c4b8817_ActionId">
    <vt:lpwstr>dc978c92-e5c6-41cb-a9b2-25df5a81400d</vt:lpwstr>
  </property>
  <property fmtid="{D5CDD505-2E9C-101B-9397-08002B2CF9AE}" pid="8" name="MSIP_Label_5d54f1a3-9ed5-415d-ba95-38401c4b8817_ContentBits">
    <vt:lpwstr>1</vt:lpwstr>
  </property>
  <property fmtid="{D5CDD505-2E9C-101B-9397-08002B2CF9AE}" pid="9" name="MSIP_Label_5d54f1a3-9ed5-415d-ba95-38401c4b8817_Tag">
    <vt:lpwstr>10, 3, 0, 1</vt:lpwstr>
  </property>
</Properties>
</file>