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13441" w14:textId="0547B804" w:rsidR="00D92D7A" w:rsidRDefault="00060AF4">
      <w:pPr>
        <w:jc w:val="center"/>
      </w:pPr>
      <w:r>
        <w:rPr>
          <w:noProof/>
        </w:rPr>
        <w:drawing>
          <wp:inline distT="0" distB="0" distL="0" distR="0" wp14:anchorId="2B6B13D9" wp14:editId="7429B84D">
            <wp:extent cx="1991949" cy="1111856"/>
            <wp:effectExtent l="0" t="0" r="0" b="0"/>
            <wp:docPr id="361166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66255" name="Picture 361166255"/>
                    <pic:cNvPicPr/>
                  </pic:nvPicPr>
                  <pic:blipFill rotWithShape="1">
                    <a:blip r:embed="rId8"/>
                    <a:srcRect t="8059" b="8214"/>
                    <a:stretch>
                      <a:fillRect/>
                    </a:stretch>
                  </pic:blipFill>
                  <pic:spPr bwMode="auto">
                    <a:xfrm>
                      <a:off x="0" y="0"/>
                      <a:ext cx="2029085" cy="1132584"/>
                    </a:xfrm>
                    <a:prstGeom prst="rect">
                      <a:avLst/>
                    </a:prstGeom>
                    <a:ln>
                      <a:noFill/>
                    </a:ln>
                    <a:extLst>
                      <a:ext uri="{53640926-AAD7-44D8-BBD7-CCE9431645EC}">
                        <a14:shadowObscured xmlns:a14="http://schemas.microsoft.com/office/drawing/2010/main"/>
                      </a:ext>
                    </a:extLst>
                  </pic:spPr>
                </pic:pic>
              </a:graphicData>
            </a:graphic>
          </wp:inline>
        </w:drawing>
      </w:r>
    </w:p>
    <w:p w14:paraId="4C5E6D84" w14:textId="77777777" w:rsidR="00D92D7A" w:rsidRDefault="008D62AA">
      <w:pPr>
        <w:pStyle w:val="Title"/>
        <w:jc w:val="center"/>
      </w:pPr>
      <w:r>
        <w:t>Volunteer and Visitor Liability Waiver</w:t>
      </w:r>
    </w:p>
    <w:p w14:paraId="5D9C3ADE" w14:textId="77777777" w:rsidR="00D92D7A" w:rsidRDefault="008D62AA">
      <w:pPr>
        <w:spacing w:after="140"/>
      </w:pPr>
      <w:r>
        <w:rPr>
          <w:color w:val="555555"/>
        </w:rPr>
        <w:t>Complete this form before participating in animal care, farm activities, tours, or volunteer work.</w:t>
      </w:r>
    </w:p>
    <w:tbl>
      <w:tblPr>
        <w:tblW w:w="0" w:type="auto"/>
        <w:jc w:val="center"/>
        <w:tblLayout w:type="fixed"/>
        <w:tblLook w:val="04A0" w:firstRow="1" w:lastRow="0" w:firstColumn="1" w:lastColumn="0" w:noHBand="0" w:noVBand="1"/>
      </w:tblPr>
      <w:tblGrid>
        <w:gridCol w:w="5184"/>
        <w:gridCol w:w="5184"/>
        <w:gridCol w:w="100"/>
      </w:tblGrid>
      <w:tr w:rsidR="00D92D7A" w14:paraId="6FA1FF26" w14:textId="77777777">
        <w:trPr>
          <w:gridAfter w:val="1"/>
          <w:wAfter w:w="100" w:type="dxa"/>
          <w:jc w:val="center"/>
        </w:trPr>
        <w:tc>
          <w:tcPr>
            <w:tcW w:w="10368" w:type="dxa"/>
            <w:gridSpan w:val="2"/>
            <w:tcBorders>
              <w:top w:val="single" w:sz="4" w:space="0" w:color="D9D9D9"/>
              <w:left w:val="single" w:sz="4" w:space="0" w:color="D9D9D9"/>
              <w:bottom w:val="single" w:sz="4" w:space="0" w:color="D9D9D9"/>
              <w:right w:val="single" w:sz="4" w:space="0" w:color="D9D9D9"/>
            </w:tcBorders>
            <w:shd w:val="clear" w:color="auto" w:fill="EAF6F7"/>
            <w:tcMar>
              <w:top w:w="50" w:type="dxa"/>
              <w:left w:w="100" w:type="dxa"/>
              <w:bottom w:w="50" w:type="dxa"/>
              <w:right w:w="100" w:type="dxa"/>
            </w:tcMar>
            <w:vAlign w:val="center"/>
          </w:tcPr>
          <w:p w14:paraId="4D8B2F4A" w14:textId="77777777" w:rsidR="00D92D7A" w:rsidRDefault="008D62AA">
            <w:pPr>
              <w:keepNext/>
              <w:spacing w:after="0"/>
            </w:pPr>
            <w:r>
              <w:rPr>
                <w:b/>
                <w:sz w:val="23"/>
              </w:rPr>
              <w:t>Participant Information</w:t>
            </w:r>
          </w:p>
        </w:tc>
      </w:tr>
      <w:tr w:rsidR="00D92D7A" w14:paraId="0B8E99B8" w14:textId="77777777" w:rsidTr="00296F83">
        <w:trPr>
          <w:trHeight w:val="680"/>
          <w:jc w:val="center"/>
        </w:trPr>
        <w:tc>
          <w:tcPr>
            <w:tcW w:w="5184" w:type="dxa"/>
            <w:tcMar>
              <w:top w:w="20" w:type="dxa"/>
              <w:left w:w="0" w:type="dxa"/>
              <w:bottom w:w="30" w:type="dxa"/>
              <w:right w:w="100" w:type="dxa"/>
            </w:tcMar>
            <w:vAlign w:val="center"/>
          </w:tcPr>
          <w:p w14:paraId="34C649C5" w14:textId="2EB1358F" w:rsidR="00D92D7A" w:rsidRDefault="008D62AA" w:rsidP="00F525BA">
            <w:pPr>
              <w:spacing w:before="120" w:after="120"/>
            </w:pPr>
            <w:r>
              <w:rPr>
                <w:b/>
              </w:rPr>
              <w:t>Participant Name</w:t>
            </w:r>
            <w:r w:rsidR="00A048D9">
              <w:rPr>
                <w:b/>
              </w:rPr>
              <w:t>:</w:t>
            </w:r>
            <w:r>
              <w:rPr>
                <w:b/>
              </w:rPr>
              <w:t xml:space="preserve">  </w:t>
            </w:r>
            <w:r>
              <w:t>________________________________</w:t>
            </w:r>
          </w:p>
        </w:tc>
        <w:tc>
          <w:tcPr>
            <w:tcW w:w="5184" w:type="dxa"/>
            <w:gridSpan w:val="2"/>
            <w:tcMar>
              <w:top w:w="20" w:type="dxa"/>
              <w:left w:w="0" w:type="dxa"/>
              <w:bottom w:w="30" w:type="dxa"/>
              <w:right w:w="100" w:type="dxa"/>
            </w:tcMar>
            <w:vAlign w:val="center"/>
          </w:tcPr>
          <w:p w14:paraId="3608D2E0" w14:textId="5F608B7C" w:rsidR="00D92D7A" w:rsidRDefault="008D62AA" w:rsidP="00F525BA">
            <w:pPr>
              <w:spacing w:before="120" w:after="120"/>
            </w:pPr>
            <w:r>
              <w:rPr>
                <w:b/>
              </w:rPr>
              <w:t>Phone</w:t>
            </w:r>
            <w:r w:rsidR="00A048D9">
              <w:rPr>
                <w:b/>
              </w:rPr>
              <w:t>:</w:t>
            </w:r>
            <w:r>
              <w:rPr>
                <w:b/>
              </w:rPr>
              <w:t xml:space="preserve">  </w:t>
            </w:r>
            <w:r>
              <w:t>___________________________</w:t>
            </w:r>
          </w:p>
        </w:tc>
      </w:tr>
    </w:tbl>
    <w:p w14:paraId="78ABE01D" w14:textId="5EF31673" w:rsidR="00D92D7A" w:rsidRDefault="008D62AA" w:rsidP="00F525BA">
      <w:pPr>
        <w:spacing w:before="120" w:after="120"/>
      </w:pPr>
      <w:r>
        <w:rPr>
          <w:b/>
        </w:rPr>
        <w:t>Address</w:t>
      </w:r>
      <w:r w:rsidR="00A048D9">
        <w:rPr>
          <w:b/>
        </w:rPr>
        <w:t>:</w:t>
      </w:r>
      <w:r>
        <w:rPr>
          <w:b/>
        </w:rPr>
        <w:t xml:space="preserve">  </w:t>
      </w:r>
      <w:r>
        <w:t>____________________________________________________________________</w:t>
      </w:r>
    </w:p>
    <w:tbl>
      <w:tblPr>
        <w:tblW w:w="0" w:type="auto"/>
        <w:jc w:val="center"/>
        <w:tblLayout w:type="fixed"/>
        <w:tblLook w:val="04A0" w:firstRow="1" w:lastRow="0" w:firstColumn="1" w:lastColumn="0" w:noHBand="0" w:noVBand="1"/>
      </w:tblPr>
      <w:tblGrid>
        <w:gridCol w:w="5184"/>
        <w:gridCol w:w="5184"/>
        <w:gridCol w:w="100"/>
      </w:tblGrid>
      <w:tr w:rsidR="00D92D7A" w14:paraId="649060FE" w14:textId="77777777">
        <w:trPr>
          <w:jc w:val="center"/>
        </w:trPr>
        <w:tc>
          <w:tcPr>
            <w:tcW w:w="5184" w:type="dxa"/>
            <w:tcMar>
              <w:top w:w="20" w:type="dxa"/>
              <w:left w:w="0" w:type="dxa"/>
              <w:bottom w:w="30" w:type="dxa"/>
              <w:right w:w="100" w:type="dxa"/>
            </w:tcMar>
            <w:vAlign w:val="center"/>
          </w:tcPr>
          <w:p w14:paraId="74C1A22E" w14:textId="77777777" w:rsidR="00D92D7A" w:rsidRDefault="008D62AA" w:rsidP="00F525BA">
            <w:pPr>
              <w:spacing w:before="120" w:after="120"/>
            </w:pPr>
            <w:r>
              <w:rPr>
                <w:b/>
              </w:rPr>
              <w:t xml:space="preserve">Email  </w:t>
            </w:r>
            <w:r>
              <w:t>________________________________</w:t>
            </w:r>
          </w:p>
        </w:tc>
        <w:tc>
          <w:tcPr>
            <w:tcW w:w="5184" w:type="dxa"/>
            <w:gridSpan w:val="2"/>
            <w:tcMar>
              <w:top w:w="20" w:type="dxa"/>
              <w:left w:w="0" w:type="dxa"/>
              <w:bottom w:w="30" w:type="dxa"/>
              <w:right w:w="100" w:type="dxa"/>
            </w:tcMar>
            <w:vAlign w:val="center"/>
          </w:tcPr>
          <w:p w14:paraId="4377C369" w14:textId="77777777" w:rsidR="00D92D7A" w:rsidRDefault="008D62AA" w:rsidP="00F525BA">
            <w:pPr>
              <w:spacing w:before="120" w:after="120"/>
            </w:pPr>
            <w:r>
              <w:rPr>
                <w:b/>
              </w:rPr>
              <w:t xml:space="preserve">Emergency Contact Phone  </w:t>
            </w:r>
            <w:r>
              <w:t>___________________________</w:t>
            </w:r>
          </w:p>
        </w:tc>
      </w:tr>
      <w:tr w:rsidR="00D92D7A" w14:paraId="3BB1FC3A" w14:textId="77777777">
        <w:trPr>
          <w:gridAfter w:val="1"/>
          <w:wAfter w:w="100" w:type="dxa"/>
          <w:jc w:val="center"/>
        </w:trPr>
        <w:tc>
          <w:tcPr>
            <w:tcW w:w="10368" w:type="dxa"/>
            <w:gridSpan w:val="2"/>
            <w:tcBorders>
              <w:top w:val="single" w:sz="4" w:space="0" w:color="D9D9D9"/>
              <w:left w:val="single" w:sz="4" w:space="0" w:color="D9D9D9"/>
              <w:bottom w:val="single" w:sz="4" w:space="0" w:color="D9D9D9"/>
              <w:right w:val="single" w:sz="4" w:space="0" w:color="D9D9D9"/>
            </w:tcBorders>
            <w:shd w:val="clear" w:color="auto" w:fill="EAF6F7"/>
            <w:tcMar>
              <w:top w:w="50" w:type="dxa"/>
              <w:left w:w="100" w:type="dxa"/>
              <w:bottom w:w="50" w:type="dxa"/>
              <w:right w:w="100" w:type="dxa"/>
            </w:tcMar>
            <w:vAlign w:val="center"/>
          </w:tcPr>
          <w:p w14:paraId="11E5E5EA" w14:textId="77777777" w:rsidR="00D92D7A" w:rsidRDefault="008D62AA">
            <w:pPr>
              <w:keepNext/>
              <w:spacing w:after="0"/>
            </w:pPr>
            <w:r>
              <w:rPr>
                <w:b/>
                <w:sz w:val="23"/>
              </w:rPr>
              <w:t>Assumption of Risk</w:t>
            </w:r>
          </w:p>
        </w:tc>
      </w:tr>
    </w:tbl>
    <w:p w14:paraId="36261C15" w14:textId="77777777" w:rsidR="00D92D7A" w:rsidRDefault="008D62AA">
      <w:r>
        <w:t>I understand that visiting or volunteering at a working farm and animal rescue involves risks that cannot be completely eliminated. Risks may include uneven or slippery ground; fences, gates, tools, vehicles, and equipment; weather; insects and allergens; and unpredictable behavior by horses, ponies, dogs, goats, poultry, or other animals. Animals may bite, kick, strike, step on, chase, knock down, or otherwise injure a person even when handled carefully.</w:t>
      </w:r>
    </w:p>
    <w:p w14:paraId="6F101164" w14:textId="77777777" w:rsidR="00D92D7A" w:rsidRDefault="008D62AA">
      <w:r>
        <w:t>Equines may react unpredictably to sounds, sudden movement, unfamiliar objects, people, or animals. Other intrinsic dangers include surface and subsurface conditions, collisions, and a participant acting beyond the participant's ability or failing to follow instructions. I knowingly assume these inherent and intrinsic risks and agree to follow all safety directions.</w:t>
      </w:r>
    </w:p>
    <w:p w14:paraId="56781945" w14:textId="77777777" w:rsidR="00D92D7A" w:rsidRDefault="008D62AA">
      <w:r>
        <w:rPr>
          <w:b/>
        </w:rPr>
        <w:t xml:space="preserve">ATTENTION: </w:t>
      </w:r>
      <w:r>
        <w:t>Under Virginia law, there is no liability for an injury to or death of a participant in an agritourism activity conducted at this agritourism location if such injury or death results from the inherent risks of the agritourism activity. Inherent risks of agritourism activities include, among others, risks of injury inherent to land, equipment, and animals, as well as the potential for you to act in a negligent manner that may contribute to your injury or death. You are assuming the risk of participating in this agritourism activity.</w:t>
      </w:r>
    </w:p>
    <w:tbl>
      <w:tblPr>
        <w:tblW w:w="0" w:type="auto"/>
        <w:jc w:val="center"/>
        <w:tblLayout w:type="fixed"/>
        <w:tblLook w:val="04A0" w:firstRow="1" w:lastRow="0" w:firstColumn="1" w:lastColumn="0" w:noHBand="0" w:noVBand="1"/>
      </w:tblPr>
      <w:tblGrid>
        <w:gridCol w:w="10368"/>
      </w:tblGrid>
      <w:tr w:rsidR="00D92D7A" w14:paraId="1BA48E20" w14:textId="77777777">
        <w:trPr>
          <w:jc w:val="center"/>
        </w:trPr>
        <w:tc>
          <w:tcPr>
            <w:tcW w:w="10368" w:type="dxa"/>
            <w:tcBorders>
              <w:top w:val="single" w:sz="4" w:space="0" w:color="D9D9D9"/>
              <w:left w:val="single" w:sz="4" w:space="0" w:color="D9D9D9"/>
              <w:bottom w:val="single" w:sz="4" w:space="0" w:color="D9D9D9"/>
              <w:right w:val="single" w:sz="4" w:space="0" w:color="D9D9D9"/>
            </w:tcBorders>
            <w:shd w:val="clear" w:color="auto" w:fill="EAF6F7"/>
            <w:tcMar>
              <w:top w:w="50" w:type="dxa"/>
              <w:left w:w="100" w:type="dxa"/>
              <w:bottom w:w="50" w:type="dxa"/>
              <w:right w:w="100" w:type="dxa"/>
            </w:tcMar>
            <w:vAlign w:val="center"/>
          </w:tcPr>
          <w:p w14:paraId="586E544A" w14:textId="77777777" w:rsidR="00D92D7A" w:rsidRDefault="008D62AA">
            <w:pPr>
              <w:keepNext/>
              <w:spacing w:after="0"/>
            </w:pPr>
            <w:r>
              <w:rPr>
                <w:b/>
                <w:sz w:val="23"/>
              </w:rPr>
              <w:t>Release and Agreement</w:t>
            </w:r>
          </w:p>
        </w:tc>
      </w:tr>
    </w:tbl>
    <w:p w14:paraId="12ED230A" w14:textId="77777777" w:rsidR="00D92D7A" w:rsidRDefault="008D62AA">
      <w:r>
        <w:t>To the fullest extent permitted by Virginia law, I release and agree not to hold Logan's H.E.A.R.T., its directors, officers, volunteers, property owners, and agents responsible for claims arising from the inherent or assumed risks described above. This release does not waive claims that cannot legally be waived. I accept responsibility for loss or damage I cause through intentional misconduct or failure to follow instructions.</w:t>
      </w:r>
    </w:p>
    <w:p w14:paraId="2E660010" w14:textId="77777777" w:rsidR="00D92D7A" w:rsidRPr="0042252E" w:rsidRDefault="008D62AA">
      <w:pPr>
        <w:spacing w:after="80"/>
        <w:rPr>
          <w:b/>
          <w:bCs/>
        </w:rPr>
      </w:pPr>
      <w:r w:rsidRPr="0042252E">
        <w:t>☐</w:t>
      </w:r>
      <w:r w:rsidRPr="0042252E">
        <w:rPr>
          <w:b/>
          <w:bCs/>
        </w:rPr>
        <w:t xml:space="preserve"> I have read this form, </w:t>
      </w:r>
      <w:proofErr w:type="gramStart"/>
      <w:r w:rsidRPr="0042252E">
        <w:rPr>
          <w:b/>
          <w:bCs/>
        </w:rPr>
        <w:t>understand</w:t>
      </w:r>
      <w:proofErr w:type="gramEnd"/>
      <w:r w:rsidRPr="0042252E">
        <w:rPr>
          <w:b/>
          <w:bCs/>
        </w:rPr>
        <w:t xml:space="preserve"> it, and </w:t>
      </w:r>
      <w:proofErr w:type="gramStart"/>
      <w:r w:rsidRPr="0042252E">
        <w:rPr>
          <w:b/>
          <w:bCs/>
        </w:rPr>
        <w:t>sign</w:t>
      </w:r>
      <w:proofErr w:type="gramEnd"/>
      <w:r w:rsidRPr="0042252E">
        <w:rPr>
          <w:b/>
          <w:bCs/>
        </w:rPr>
        <w:t xml:space="preserve"> it voluntarily.</w:t>
      </w:r>
    </w:p>
    <w:p w14:paraId="1A1D3FF4" w14:textId="77777777" w:rsidR="00D92D7A" w:rsidRDefault="008D62AA">
      <w:r>
        <w:t>This waiver remains effective for future visits and volunteer activities unless I revoke it in writing. Logan's H.E.A.R.T. may require a new form after material changes.</w:t>
      </w:r>
    </w:p>
    <w:tbl>
      <w:tblPr>
        <w:tblW w:w="10368" w:type="dxa"/>
        <w:jc w:val="center"/>
        <w:tblLayout w:type="fixed"/>
        <w:tblLook w:val="04A0" w:firstRow="1" w:lastRow="0" w:firstColumn="1" w:lastColumn="0" w:noHBand="0" w:noVBand="1"/>
      </w:tblPr>
      <w:tblGrid>
        <w:gridCol w:w="7200"/>
        <w:gridCol w:w="3168"/>
      </w:tblGrid>
      <w:tr w:rsidR="00D92D7A" w14:paraId="0A5032C0" w14:textId="77777777" w:rsidTr="00D77481">
        <w:trPr>
          <w:jc w:val="center"/>
        </w:trPr>
        <w:tc>
          <w:tcPr>
            <w:tcW w:w="7200" w:type="dxa"/>
            <w:tcMar>
              <w:top w:w="20" w:type="dxa"/>
              <w:left w:w="0" w:type="dxa"/>
              <w:bottom w:w="30" w:type="dxa"/>
              <w:right w:w="100" w:type="dxa"/>
            </w:tcMar>
            <w:vAlign w:val="center"/>
          </w:tcPr>
          <w:p w14:paraId="7974D4A1" w14:textId="77777777" w:rsidR="00887180" w:rsidRDefault="00887180">
            <w:pPr>
              <w:spacing w:after="0"/>
              <w:rPr>
                <w:b/>
              </w:rPr>
            </w:pPr>
          </w:p>
          <w:p w14:paraId="6F2B3AD2" w14:textId="2EFADCD6" w:rsidR="00D92D7A" w:rsidRDefault="008D62AA">
            <w:pPr>
              <w:spacing w:after="0"/>
            </w:pPr>
            <w:r>
              <w:rPr>
                <w:b/>
              </w:rPr>
              <w:t>Participant Signature</w:t>
            </w:r>
            <w:r w:rsidR="004B7F0A">
              <w:rPr>
                <w:b/>
              </w:rPr>
              <w:t xml:space="preserve">: </w:t>
            </w:r>
            <w:r>
              <w:rPr>
                <w:b/>
              </w:rPr>
              <w:t xml:space="preserve">  </w:t>
            </w:r>
            <w:r>
              <w:t>_____________________________</w:t>
            </w:r>
            <w:r w:rsidR="00D77481">
              <w:t>___________</w:t>
            </w:r>
            <w:r>
              <w:t>______</w:t>
            </w:r>
          </w:p>
        </w:tc>
        <w:tc>
          <w:tcPr>
            <w:tcW w:w="3168" w:type="dxa"/>
            <w:tcMar>
              <w:top w:w="20" w:type="dxa"/>
              <w:left w:w="0" w:type="dxa"/>
              <w:bottom w:w="30" w:type="dxa"/>
              <w:right w:w="100" w:type="dxa"/>
            </w:tcMar>
            <w:vAlign w:val="center"/>
          </w:tcPr>
          <w:p w14:paraId="46D83380" w14:textId="77777777" w:rsidR="004B7F0A" w:rsidRDefault="004B7F0A">
            <w:pPr>
              <w:spacing w:after="0"/>
              <w:rPr>
                <w:b/>
              </w:rPr>
            </w:pPr>
          </w:p>
          <w:p w14:paraId="687C798E" w14:textId="0E5DFDA4" w:rsidR="00D92D7A" w:rsidRDefault="008D62AA">
            <w:pPr>
              <w:spacing w:after="0"/>
            </w:pPr>
            <w:proofErr w:type="gramStart"/>
            <w:r>
              <w:rPr>
                <w:b/>
              </w:rPr>
              <w:t xml:space="preserve">Date  </w:t>
            </w:r>
            <w:r>
              <w:t>_</w:t>
            </w:r>
            <w:proofErr w:type="gramEnd"/>
            <w:r>
              <w:t>_____________________</w:t>
            </w:r>
          </w:p>
        </w:tc>
      </w:tr>
      <w:tr w:rsidR="00D92D7A" w14:paraId="11C84061" w14:textId="77777777" w:rsidTr="00D77481">
        <w:trPr>
          <w:jc w:val="center"/>
        </w:trPr>
        <w:tc>
          <w:tcPr>
            <w:tcW w:w="7200" w:type="dxa"/>
            <w:tcMar>
              <w:top w:w="20" w:type="dxa"/>
              <w:left w:w="0" w:type="dxa"/>
              <w:bottom w:w="30" w:type="dxa"/>
              <w:right w:w="100" w:type="dxa"/>
            </w:tcMar>
            <w:vAlign w:val="center"/>
          </w:tcPr>
          <w:p w14:paraId="437D0DCE" w14:textId="77777777" w:rsidR="00887180" w:rsidRDefault="00887180">
            <w:pPr>
              <w:spacing w:after="0"/>
              <w:rPr>
                <w:b/>
              </w:rPr>
            </w:pPr>
          </w:p>
          <w:p w14:paraId="41B7B462" w14:textId="773033A1" w:rsidR="00D92D7A" w:rsidRDefault="008D62AA">
            <w:pPr>
              <w:spacing w:after="0"/>
            </w:pPr>
            <w:r>
              <w:rPr>
                <w:b/>
              </w:rPr>
              <w:t>Printed Name</w:t>
            </w:r>
            <w:r w:rsidR="004B7F0A">
              <w:rPr>
                <w:b/>
              </w:rPr>
              <w:t xml:space="preserve">: </w:t>
            </w:r>
            <w:r>
              <w:rPr>
                <w:b/>
              </w:rPr>
              <w:t xml:space="preserve">  </w:t>
            </w:r>
            <w:r>
              <w:t>___________________________</w:t>
            </w:r>
            <w:r w:rsidR="00D77481">
              <w:t>_________________________</w:t>
            </w:r>
            <w:r>
              <w:t>__</w:t>
            </w:r>
          </w:p>
        </w:tc>
        <w:tc>
          <w:tcPr>
            <w:tcW w:w="3168" w:type="dxa"/>
            <w:tcMar>
              <w:top w:w="20" w:type="dxa"/>
              <w:left w:w="0" w:type="dxa"/>
              <w:bottom w:w="30" w:type="dxa"/>
              <w:right w:w="100" w:type="dxa"/>
            </w:tcMar>
            <w:vAlign w:val="center"/>
          </w:tcPr>
          <w:p w14:paraId="0225A4D7" w14:textId="77777777" w:rsidR="004B7F0A" w:rsidRDefault="004B7F0A">
            <w:pPr>
              <w:spacing w:after="0"/>
              <w:rPr>
                <w:b/>
              </w:rPr>
            </w:pPr>
          </w:p>
          <w:p w14:paraId="3F8FFC20" w14:textId="3E3CAECD" w:rsidR="00D92D7A" w:rsidRDefault="00D92D7A">
            <w:pPr>
              <w:spacing w:after="0"/>
            </w:pPr>
          </w:p>
        </w:tc>
      </w:tr>
      <w:tr w:rsidR="0074612F" w14:paraId="7F228345" w14:textId="77777777" w:rsidTr="00AF3BEC">
        <w:trPr>
          <w:trHeight w:val="536"/>
          <w:jc w:val="center"/>
        </w:trPr>
        <w:tc>
          <w:tcPr>
            <w:tcW w:w="10368" w:type="dxa"/>
            <w:gridSpan w:val="2"/>
            <w:tcMar>
              <w:top w:w="20" w:type="dxa"/>
              <w:left w:w="0" w:type="dxa"/>
              <w:bottom w:w="30" w:type="dxa"/>
              <w:right w:w="100" w:type="dxa"/>
            </w:tcMar>
            <w:vAlign w:val="center"/>
          </w:tcPr>
          <w:p w14:paraId="14591090" w14:textId="77777777" w:rsidR="00AF3BEC" w:rsidRDefault="00AF3BEC">
            <w:pPr>
              <w:spacing w:after="0"/>
              <w:rPr>
                <w:b/>
              </w:rPr>
            </w:pPr>
          </w:p>
          <w:p w14:paraId="131EE176" w14:textId="77777777" w:rsidR="00296F83" w:rsidRDefault="00296F83">
            <w:pPr>
              <w:spacing w:after="0"/>
              <w:rPr>
                <w:b/>
              </w:rPr>
            </w:pPr>
          </w:p>
          <w:p w14:paraId="36C13F3F" w14:textId="77777777" w:rsidR="00AF3BEC" w:rsidRDefault="00AF3BEC">
            <w:pPr>
              <w:spacing w:after="0"/>
              <w:rPr>
                <w:b/>
              </w:rPr>
            </w:pPr>
          </w:p>
          <w:p w14:paraId="0C0D8E8E" w14:textId="37DD1025" w:rsidR="0074612F" w:rsidRPr="0074612F" w:rsidRDefault="0074612F">
            <w:pPr>
              <w:spacing w:after="0"/>
              <w:rPr>
                <w:b/>
              </w:rPr>
            </w:pPr>
            <w:r>
              <w:rPr>
                <w:b/>
              </w:rPr>
              <w:t xml:space="preserve">Parent or Guardian Signature if under </w:t>
            </w:r>
            <w:proofErr w:type="gramStart"/>
            <w:r>
              <w:rPr>
                <w:b/>
              </w:rPr>
              <w:t xml:space="preserve">18  </w:t>
            </w:r>
            <w:r>
              <w:t>_</w:t>
            </w:r>
            <w:proofErr w:type="gramEnd"/>
            <w:r>
              <w:t>___________________________________________________</w:t>
            </w:r>
          </w:p>
        </w:tc>
      </w:tr>
      <w:tr w:rsidR="0074612F" w14:paraId="4A1718DD" w14:textId="77777777" w:rsidTr="00D77481">
        <w:trPr>
          <w:trHeight w:val="751"/>
          <w:jc w:val="center"/>
        </w:trPr>
        <w:tc>
          <w:tcPr>
            <w:tcW w:w="7200" w:type="dxa"/>
            <w:tcMar>
              <w:top w:w="20" w:type="dxa"/>
              <w:left w:w="0" w:type="dxa"/>
              <w:bottom w:w="30" w:type="dxa"/>
              <w:right w:w="100" w:type="dxa"/>
            </w:tcMar>
            <w:vAlign w:val="center"/>
          </w:tcPr>
          <w:p w14:paraId="16A53E6C" w14:textId="66D748C9" w:rsidR="0074612F" w:rsidRDefault="0074612F">
            <w:pPr>
              <w:spacing w:after="0"/>
              <w:rPr>
                <w:b/>
              </w:rPr>
            </w:pPr>
            <w:r>
              <w:rPr>
                <w:b/>
              </w:rPr>
              <w:t>Relationship if signing for a minor</w:t>
            </w:r>
            <w:r>
              <w:t>______</w:t>
            </w:r>
            <w:r w:rsidR="00D77481">
              <w:t>________________________</w:t>
            </w:r>
            <w:r>
              <w:t>________</w:t>
            </w:r>
          </w:p>
        </w:tc>
        <w:tc>
          <w:tcPr>
            <w:tcW w:w="3168" w:type="dxa"/>
            <w:tcMar>
              <w:top w:w="20" w:type="dxa"/>
              <w:left w:w="0" w:type="dxa"/>
              <w:bottom w:w="30" w:type="dxa"/>
              <w:right w:w="100" w:type="dxa"/>
            </w:tcMar>
            <w:vAlign w:val="center"/>
          </w:tcPr>
          <w:p w14:paraId="5C587F43" w14:textId="19C65A46" w:rsidR="0074612F" w:rsidRDefault="0074612F">
            <w:pPr>
              <w:spacing w:after="0"/>
              <w:rPr>
                <w:b/>
              </w:rPr>
            </w:pPr>
            <w:proofErr w:type="gramStart"/>
            <w:r>
              <w:rPr>
                <w:b/>
              </w:rPr>
              <w:t xml:space="preserve">Date  </w:t>
            </w:r>
            <w:r>
              <w:t>_</w:t>
            </w:r>
            <w:proofErr w:type="gramEnd"/>
            <w:r>
              <w:t>_____________________</w:t>
            </w:r>
          </w:p>
        </w:tc>
      </w:tr>
    </w:tbl>
    <w:p w14:paraId="6A12FC47" w14:textId="77777777" w:rsidR="008D62AA" w:rsidRDefault="008D62AA"/>
    <w:sectPr w:rsidR="008D62AA" w:rsidSect="00034616">
      <w:footerReference w:type="default" r:id="rId9"/>
      <w:pgSz w:w="12240" w:h="15840"/>
      <w:pgMar w:top="605" w:right="936" w:bottom="749"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28B8C" w14:textId="77777777" w:rsidR="00F521E9" w:rsidRDefault="00F521E9">
      <w:pPr>
        <w:spacing w:after="0"/>
      </w:pPr>
      <w:r>
        <w:separator/>
      </w:r>
    </w:p>
  </w:endnote>
  <w:endnote w:type="continuationSeparator" w:id="0">
    <w:p w14:paraId="4B74F63B" w14:textId="77777777" w:rsidR="00F521E9" w:rsidRDefault="00F521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69638" w14:textId="77777777" w:rsidR="00D92D7A" w:rsidRDefault="008D62AA">
    <w:pPr>
      <w:pStyle w:val="Footer"/>
      <w:jc w:val="center"/>
    </w:pPr>
    <w:r>
      <w:rPr>
        <w:color w:val="555555"/>
        <w:sz w:val="16"/>
      </w:rPr>
      <w:t xml:space="preserve">Logan's H.E.A.R.T.  </w:t>
    </w:r>
    <w:proofErr w:type="gramStart"/>
    <w:r>
      <w:rPr>
        <w:color w:val="555555"/>
        <w:sz w:val="16"/>
      </w:rPr>
      <w:t>|  logansheart.org</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3873C" w14:textId="77777777" w:rsidR="00F521E9" w:rsidRDefault="00F521E9">
      <w:pPr>
        <w:spacing w:after="0"/>
      </w:pPr>
      <w:r>
        <w:separator/>
      </w:r>
    </w:p>
  </w:footnote>
  <w:footnote w:type="continuationSeparator" w:id="0">
    <w:p w14:paraId="65E0508D" w14:textId="77777777" w:rsidR="00F521E9" w:rsidRDefault="00F521E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5030412">
    <w:abstractNumId w:val="8"/>
  </w:num>
  <w:num w:numId="2" w16cid:durableId="1427313533">
    <w:abstractNumId w:val="6"/>
  </w:num>
  <w:num w:numId="3" w16cid:durableId="1084258208">
    <w:abstractNumId w:val="5"/>
  </w:num>
  <w:num w:numId="4" w16cid:durableId="622199206">
    <w:abstractNumId w:val="4"/>
  </w:num>
  <w:num w:numId="5" w16cid:durableId="1130706287">
    <w:abstractNumId w:val="7"/>
  </w:num>
  <w:num w:numId="6" w16cid:durableId="148836637">
    <w:abstractNumId w:val="3"/>
  </w:num>
  <w:num w:numId="7" w16cid:durableId="434793112">
    <w:abstractNumId w:val="2"/>
  </w:num>
  <w:num w:numId="8" w16cid:durableId="360252108">
    <w:abstractNumId w:val="1"/>
  </w:num>
  <w:num w:numId="9" w16cid:durableId="764763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0AF4"/>
    <w:rsid w:val="0015074B"/>
    <w:rsid w:val="001B3556"/>
    <w:rsid w:val="0029639D"/>
    <w:rsid w:val="00296F83"/>
    <w:rsid w:val="00326F90"/>
    <w:rsid w:val="0042252E"/>
    <w:rsid w:val="0047650A"/>
    <w:rsid w:val="004B7F0A"/>
    <w:rsid w:val="006B1758"/>
    <w:rsid w:val="0074612F"/>
    <w:rsid w:val="00887180"/>
    <w:rsid w:val="008C0DDB"/>
    <w:rsid w:val="008D62AA"/>
    <w:rsid w:val="00944732"/>
    <w:rsid w:val="00A048D9"/>
    <w:rsid w:val="00AA1D8D"/>
    <w:rsid w:val="00AF3BEC"/>
    <w:rsid w:val="00B47730"/>
    <w:rsid w:val="00CB0664"/>
    <w:rsid w:val="00D44B93"/>
    <w:rsid w:val="00D77481"/>
    <w:rsid w:val="00D92D7A"/>
    <w:rsid w:val="00F521E9"/>
    <w:rsid w:val="00F525B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726BFA"/>
  <w14:defaultImageDpi w14:val="300"/>
  <w15:docId w15:val="{5494E2D4-4F82-48FF-BA3A-6EF774299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contextualSpacing/>
    </w:pPr>
    <w:rPr>
      <w:rFonts w:asciiTheme="majorHAnsi" w:eastAsiaTheme="majorEastAsia" w:hAnsiTheme="majorHAnsi" w:cstheme="majorBidi"/>
      <w: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TotalTime>
  <Pages>1</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Hughes, Michelle (PERATON)</cp:lastModifiedBy>
  <cp:revision>16</cp:revision>
  <cp:lastPrinted>2026-09-16T13:23:00Z</cp:lastPrinted>
  <dcterms:created xsi:type="dcterms:W3CDTF">2026-09-15T22:19:00Z</dcterms:created>
  <dcterms:modified xsi:type="dcterms:W3CDTF">2026-09-21T17:49:00Z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54f1a3-9ed5-415d-ba95-38401c4b8817_Enabled">
    <vt:lpwstr>true</vt:lpwstr>
  </property>
  <property fmtid="{D5CDD505-2E9C-101B-9397-08002B2CF9AE}" pid="3" name="MSIP_Label_5d54f1a3-9ed5-415d-ba95-38401c4b8817_SetDate">
    <vt:lpwstr>2026-09-15T22:19:18Z</vt:lpwstr>
  </property>
  <property fmtid="{D5CDD505-2E9C-101B-9397-08002B2CF9AE}" pid="4" name="MSIP_Label_5d54f1a3-9ed5-415d-ba95-38401c4b8817_Method">
    <vt:lpwstr>Standard</vt:lpwstr>
  </property>
  <property fmtid="{D5CDD505-2E9C-101B-9397-08002B2CF9AE}" pid="5" name="MSIP_Label_5d54f1a3-9ed5-415d-ba95-38401c4b8817_Name">
    <vt:lpwstr>Peraton Proprietary</vt:lpwstr>
  </property>
  <property fmtid="{D5CDD505-2E9C-101B-9397-08002B2CF9AE}" pid="6" name="MSIP_Label_5d54f1a3-9ed5-415d-ba95-38401c4b8817_SiteId">
    <vt:lpwstr>2a6ae295-f13d-4948-ba78-332742ce9097</vt:lpwstr>
  </property>
  <property fmtid="{D5CDD505-2E9C-101B-9397-08002B2CF9AE}" pid="7" name="MSIP_Label_5d54f1a3-9ed5-415d-ba95-38401c4b8817_ActionId">
    <vt:lpwstr>d35db135-df2e-40d0-a6ad-807aaf976b30</vt:lpwstr>
  </property>
  <property fmtid="{D5CDD505-2E9C-101B-9397-08002B2CF9AE}" pid="8" name="MSIP_Label_5d54f1a3-9ed5-415d-ba95-38401c4b8817_ContentBits">
    <vt:lpwstr>1</vt:lpwstr>
  </property>
  <property fmtid="{D5CDD505-2E9C-101B-9397-08002B2CF9AE}" pid="9" name="MSIP_Label_5d54f1a3-9ed5-415d-ba95-38401c4b8817_Tag">
    <vt:lpwstr>10, 3, 0, 1</vt:lpwstr>
  </property>
</Properties>
</file>