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E27D" w14:textId="77777777" w:rsidR="001F014B" w:rsidRDefault="00000000">
      <w:pPr>
        <w:jc w:val="center"/>
      </w:pPr>
      <w:r>
        <w:rPr>
          <w:noProof/>
        </w:rPr>
        <w:drawing>
          <wp:inline distT="0" distB="0" distL="0" distR="0" wp14:anchorId="23B1C73B" wp14:editId="7634E2B8">
            <wp:extent cx="1463040" cy="975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ans-HEART-logo-transpar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AD13" w14:textId="77777777" w:rsidR="001F014B" w:rsidRDefault="00000000">
      <w:pPr>
        <w:pStyle w:val="Title"/>
        <w:jc w:val="center"/>
      </w:pPr>
      <w:r>
        <w:t>Temporary Animal Care and Media Authorization</w:t>
      </w:r>
    </w:p>
    <w:p w14:paraId="27C46634" w14:textId="77777777" w:rsidR="001F014B" w:rsidRDefault="00000000" w:rsidP="00797894">
      <w:pPr>
        <w:spacing w:after="140"/>
        <w:jc w:val="center"/>
      </w:pPr>
      <w:r>
        <w:rPr>
          <w:color w:val="555555"/>
        </w:rPr>
        <w:t>Use this reusable form when an owned animal comes to Logan's H.E.A.R.T. for short-term care, handling, socialization, or a confidence-building visit.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00"/>
        <w:gridCol w:w="5368"/>
        <w:gridCol w:w="100"/>
      </w:tblGrid>
      <w:tr w:rsidR="001F014B" w14:paraId="53465B55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91AA7D" w14:textId="77777777" w:rsidR="001F014B" w:rsidRDefault="00000000">
            <w:pPr>
              <w:keepNext/>
              <w:spacing w:after="0"/>
            </w:pPr>
            <w:r>
              <w:rPr>
                <w:b/>
                <w:sz w:val="23"/>
              </w:rPr>
              <w:t>Owner and Animal Information</w:t>
            </w:r>
          </w:p>
        </w:tc>
      </w:tr>
      <w:tr w:rsidR="001F014B" w14:paraId="483772D6" w14:textId="77777777" w:rsidTr="0094124F">
        <w:trPr>
          <w:trHeight w:val="617"/>
          <w:jc w:val="center"/>
        </w:trPr>
        <w:tc>
          <w:tcPr>
            <w:tcW w:w="50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D2AACE0" w14:textId="792E20E1" w:rsidR="001F014B" w:rsidRDefault="00000000" w:rsidP="00797894">
            <w:pPr>
              <w:spacing w:before="120" w:after="120"/>
            </w:pPr>
            <w:r>
              <w:rPr>
                <w:b/>
              </w:rPr>
              <w:t>Owner Full Name</w:t>
            </w:r>
            <w:r w:rsidR="0094124F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  <w:r>
              <w:t>_______________________________</w:t>
            </w:r>
          </w:p>
        </w:tc>
        <w:tc>
          <w:tcPr>
            <w:tcW w:w="5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936D933" w14:textId="528D3CC5" w:rsidR="001F014B" w:rsidRDefault="0094124F" w:rsidP="00797894">
            <w:pPr>
              <w:spacing w:before="120" w:after="120"/>
            </w:pPr>
            <w:r>
              <w:rPr>
                <w:b/>
              </w:rPr>
              <w:t xml:space="preserve"> </w:t>
            </w:r>
            <w:r w:rsidR="00000000">
              <w:rPr>
                <w:b/>
              </w:rPr>
              <w:t>Phone</w:t>
            </w:r>
            <w:r>
              <w:rPr>
                <w:b/>
              </w:rPr>
              <w:t>:</w:t>
            </w:r>
            <w:r w:rsidR="00000000">
              <w:rPr>
                <w:b/>
              </w:rPr>
              <w:t xml:space="preserve">  </w:t>
            </w:r>
            <w:r w:rsidR="00000000">
              <w:t>___________________________</w:t>
            </w:r>
          </w:p>
        </w:tc>
      </w:tr>
      <w:tr w:rsidR="001F014B" w14:paraId="6E574B7C" w14:textId="77777777" w:rsidTr="00C71339">
        <w:trPr>
          <w:jc w:val="center"/>
        </w:trPr>
        <w:tc>
          <w:tcPr>
            <w:tcW w:w="50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23D5895" w14:textId="1FE1AE67" w:rsidR="001F014B" w:rsidRDefault="00000000" w:rsidP="00797894">
            <w:pPr>
              <w:spacing w:before="120" w:after="120"/>
            </w:pPr>
            <w:r>
              <w:rPr>
                <w:b/>
              </w:rPr>
              <w:t>Email</w:t>
            </w:r>
            <w:r w:rsidR="0094124F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67C01A0" w14:textId="79A8D880" w:rsidR="001F014B" w:rsidRDefault="00000000" w:rsidP="00797894">
            <w:pPr>
              <w:spacing w:before="120" w:after="120"/>
            </w:pPr>
            <w:r>
              <w:rPr>
                <w:b/>
              </w:rPr>
              <w:t>Alternate Contact</w:t>
            </w:r>
            <w:r w:rsidR="0094124F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</w:t>
            </w:r>
          </w:p>
        </w:tc>
      </w:tr>
      <w:tr w:rsidR="001F014B" w14:paraId="1B3E1035" w14:textId="77777777" w:rsidTr="00C71339">
        <w:trPr>
          <w:jc w:val="center"/>
        </w:trPr>
        <w:tc>
          <w:tcPr>
            <w:tcW w:w="50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5F7D79F" w14:textId="1944D3C8" w:rsidR="001F014B" w:rsidRDefault="00000000" w:rsidP="00797894">
            <w:pPr>
              <w:spacing w:before="120" w:after="120"/>
            </w:pPr>
            <w:r>
              <w:rPr>
                <w:b/>
              </w:rPr>
              <w:t>Animal Name</w:t>
            </w:r>
            <w:r w:rsidR="00C71339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017C71A" w14:textId="7A09A0CF" w:rsidR="001F014B" w:rsidRDefault="00000000" w:rsidP="00797894">
            <w:pPr>
              <w:spacing w:before="120" w:after="120"/>
            </w:pPr>
            <w:r>
              <w:rPr>
                <w:b/>
              </w:rPr>
              <w:t>Species</w:t>
            </w:r>
            <w:r w:rsidR="00C71339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</w:t>
            </w:r>
            <w:r w:rsidR="00C71339">
              <w:t>________</w:t>
            </w:r>
            <w:r>
              <w:t>______</w:t>
            </w:r>
            <w:r w:rsidR="0094124F">
              <w:t>_</w:t>
            </w:r>
            <w:r>
              <w:t>__________</w:t>
            </w:r>
          </w:p>
        </w:tc>
      </w:tr>
      <w:tr w:rsidR="00C71339" w14:paraId="3EE31917" w14:textId="77777777" w:rsidTr="00C71339">
        <w:trPr>
          <w:jc w:val="center"/>
        </w:trPr>
        <w:tc>
          <w:tcPr>
            <w:tcW w:w="50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BF14885" w14:textId="4E0EBC21" w:rsidR="00C71339" w:rsidRDefault="00C71339" w:rsidP="00797894">
            <w:pPr>
              <w:spacing w:before="120" w:after="120"/>
              <w:rPr>
                <w:b/>
              </w:rPr>
            </w:pPr>
            <w:r>
              <w:rPr>
                <w:b/>
              </w:rPr>
              <w:t>Age: __________________________________________</w:t>
            </w:r>
          </w:p>
        </w:tc>
        <w:tc>
          <w:tcPr>
            <w:tcW w:w="5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277F447" w14:textId="7D6DD59D" w:rsidR="00C71339" w:rsidRDefault="00C71339" w:rsidP="00797894">
            <w:pPr>
              <w:spacing w:before="120" w:after="120"/>
              <w:rPr>
                <w:b/>
              </w:rPr>
            </w:pPr>
            <w:r>
              <w:rPr>
                <w:b/>
              </w:rPr>
              <w:t>Breed: _____________________________</w:t>
            </w:r>
            <w:r w:rsidR="0094124F">
              <w:rPr>
                <w:b/>
              </w:rPr>
              <w:t>__</w:t>
            </w:r>
            <w:r>
              <w:rPr>
                <w:b/>
              </w:rPr>
              <w:t>_______</w:t>
            </w:r>
          </w:p>
        </w:tc>
      </w:tr>
      <w:tr w:rsidR="001F014B" w14:paraId="4124370B" w14:textId="77777777" w:rsidTr="00C71339">
        <w:trPr>
          <w:jc w:val="center"/>
        </w:trPr>
        <w:tc>
          <w:tcPr>
            <w:tcW w:w="50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70079FA" w14:textId="1180B7AF" w:rsidR="001F014B" w:rsidRDefault="00C71339" w:rsidP="00797894">
            <w:pPr>
              <w:spacing w:before="120" w:after="120"/>
            </w:pPr>
            <w:r>
              <w:rPr>
                <w:b/>
              </w:rPr>
              <w:t>Sex: __________________________________________</w:t>
            </w:r>
          </w:p>
        </w:tc>
        <w:tc>
          <w:tcPr>
            <w:tcW w:w="5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854328E" w14:textId="443F705E" w:rsidR="001F014B" w:rsidRDefault="00000000" w:rsidP="00797894">
            <w:pPr>
              <w:spacing w:before="120" w:after="120"/>
            </w:pPr>
            <w:r>
              <w:rPr>
                <w:b/>
              </w:rPr>
              <w:t>Spay</w:t>
            </w:r>
            <w:r w:rsidR="00C71339">
              <w:rPr>
                <w:b/>
              </w:rPr>
              <w:t>/</w:t>
            </w:r>
            <w:r>
              <w:rPr>
                <w:b/>
              </w:rPr>
              <w:t>Neuter</w:t>
            </w:r>
            <w:r w:rsidR="00C71339">
              <w:rPr>
                <w:b/>
              </w:rPr>
              <w:t>/Castration</w:t>
            </w:r>
            <w:r>
              <w:rPr>
                <w:b/>
              </w:rPr>
              <w:t xml:space="preserve"> </w:t>
            </w:r>
            <w:r w:rsidR="00DE4007">
              <w:rPr>
                <w:b/>
              </w:rPr>
              <w:t>Status:</w:t>
            </w:r>
            <w:r w:rsidR="00DE4007">
              <w:t xml:space="preserve"> _</w:t>
            </w:r>
            <w:r>
              <w:t>_____________________</w:t>
            </w:r>
          </w:p>
        </w:tc>
      </w:tr>
    </w:tbl>
    <w:p w14:paraId="25608973" w14:textId="51FE1E31" w:rsidR="001F014B" w:rsidRDefault="00000000" w:rsidP="00797894">
      <w:pPr>
        <w:spacing w:before="120" w:after="120"/>
      </w:pPr>
      <w:r>
        <w:rPr>
          <w:b/>
        </w:rPr>
        <w:t>Known medical conditions, medications, allergies, behavior concerns, or bite or kick history</w:t>
      </w:r>
      <w:r w:rsidR="004E2AAE">
        <w:rPr>
          <w:b/>
        </w:rPr>
        <w:t>:</w:t>
      </w:r>
    </w:p>
    <w:p w14:paraId="0385BC33" w14:textId="6E2F2FEE" w:rsidR="001F014B" w:rsidRDefault="00000000" w:rsidP="00797894">
      <w:pPr>
        <w:spacing w:before="120" w:after="120"/>
      </w:pPr>
      <w:r>
        <w:t>___________________________________________________________________________________________________________</w:t>
      </w:r>
    </w:p>
    <w:p w14:paraId="3C91A594" w14:textId="7241664A" w:rsidR="001F014B" w:rsidRDefault="00000000" w:rsidP="00797894">
      <w:pPr>
        <w:spacing w:before="120" w:after="120"/>
      </w:pPr>
      <w:r>
        <w:t>___________________________________________________________________________________________________________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1F014B" w14:paraId="57C8BE5D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89E952" w14:textId="77777777" w:rsidR="001F014B" w:rsidRDefault="00000000">
            <w:pPr>
              <w:keepNext/>
              <w:spacing w:after="0"/>
            </w:pPr>
            <w:r>
              <w:rPr>
                <w:b/>
                <w:sz w:val="23"/>
              </w:rPr>
              <w:t>Requested Care</w:t>
            </w:r>
          </w:p>
        </w:tc>
      </w:tr>
    </w:tbl>
    <w:p w14:paraId="4B3BCBE1" w14:textId="4D5AB774" w:rsidR="001F014B" w:rsidRDefault="00000000" w:rsidP="00DE4007">
      <w:pPr>
        <w:spacing w:before="120" w:after="120"/>
      </w:pPr>
      <w:r>
        <w:rPr>
          <w:b/>
        </w:rPr>
        <w:t>Purpose of visit or temporary care</w:t>
      </w:r>
      <w:r w:rsidR="006249C0">
        <w:rPr>
          <w:b/>
        </w:rPr>
        <w:t>:</w:t>
      </w:r>
      <w:r>
        <w:rPr>
          <w:b/>
        </w:rPr>
        <w:t xml:space="preserve">  </w:t>
      </w:r>
      <w:r>
        <w:t>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F014B" w14:paraId="04859F97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0094543" w14:textId="2C3CAC58" w:rsidR="001F014B" w:rsidRDefault="00000000" w:rsidP="00DE4007">
            <w:pPr>
              <w:spacing w:before="120" w:after="120"/>
            </w:pPr>
            <w:r>
              <w:rPr>
                <w:b/>
              </w:rPr>
              <w:t>Start Date</w:t>
            </w:r>
            <w:r w:rsidR="006249C0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EB302F8" w14:textId="2EAC7639" w:rsidR="001F014B" w:rsidRDefault="00000000" w:rsidP="00DE4007">
            <w:pPr>
              <w:spacing w:before="120" w:after="120"/>
            </w:pPr>
            <w:r>
              <w:rPr>
                <w:b/>
              </w:rPr>
              <w:t>Expected End Date</w:t>
            </w:r>
            <w:r w:rsidR="006249C0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</w:tbl>
    <w:p w14:paraId="15481FE0" w14:textId="026A9174" w:rsidR="001F014B" w:rsidRDefault="00000000" w:rsidP="00DE4007">
      <w:pPr>
        <w:spacing w:before="120" w:after="120"/>
      </w:pPr>
      <w:r>
        <w:rPr>
          <w:b/>
        </w:rPr>
        <w:t>Feeding, medication, handling, housing, and safety instructions</w:t>
      </w:r>
      <w:r w:rsidR="006249C0">
        <w:rPr>
          <w:b/>
        </w:rPr>
        <w:t>:</w:t>
      </w:r>
    </w:p>
    <w:p w14:paraId="0AFB9AD0" w14:textId="5FE85500" w:rsidR="001F014B" w:rsidRDefault="00000000" w:rsidP="00DE4007">
      <w:pPr>
        <w:spacing w:before="120" w:after="120"/>
      </w:pPr>
      <w:r>
        <w:t>___________________________________________________________________________________________________________</w:t>
      </w:r>
    </w:p>
    <w:p w14:paraId="716EC725" w14:textId="631D049F" w:rsidR="001F014B" w:rsidRDefault="00000000" w:rsidP="00DE4007">
      <w:pPr>
        <w:spacing w:before="120" w:after="120"/>
      </w:pPr>
      <w:r>
        <w:t>___________________________________________________________________________________________________________</w:t>
      </w:r>
    </w:p>
    <w:p w14:paraId="41DACF60" w14:textId="738C19D1" w:rsidR="001F014B" w:rsidRDefault="00000000" w:rsidP="00DE4007">
      <w:pPr>
        <w:spacing w:before="120" w:after="120"/>
      </w:pPr>
      <w:r>
        <w:t>___________________________________________________________________________________________________________</w:t>
      </w:r>
    </w:p>
    <w:p w14:paraId="02527650" w14:textId="5579AABA" w:rsidR="001F014B" w:rsidRDefault="00000000" w:rsidP="00DE4007">
      <w:pPr>
        <w:spacing w:before="120" w:after="120"/>
      </w:pPr>
      <w:r>
        <w:t>___________________________________________________________________________________________________________</w:t>
      </w:r>
    </w:p>
    <w:p w14:paraId="309185C6" w14:textId="77777777" w:rsidR="001F014B" w:rsidRDefault="00000000" w:rsidP="00DE4007">
      <w:pPr>
        <w:spacing w:before="120" w:after="12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0"/>
        <w:gridCol w:w="5008"/>
        <w:gridCol w:w="100"/>
      </w:tblGrid>
      <w:tr w:rsidR="001F014B" w14:paraId="13210B06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C5C4F0" w14:textId="77777777" w:rsidR="001F014B" w:rsidRDefault="00000000">
            <w:pPr>
              <w:keepNext/>
              <w:spacing w:after="0"/>
            </w:pPr>
            <w:r>
              <w:rPr>
                <w:b/>
                <w:sz w:val="23"/>
              </w:rPr>
              <w:lastRenderedPageBreak/>
              <w:t>Veterinary Authorization and Costs</w:t>
            </w:r>
          </w:p>
        </w:tc>
      </w:tr>
      <w:tr w:rsidR="001F014B" w14:paraId="025DDD0A" w14:textId="77777777" w:rsidTr="006249C0">
        <w:trPr>
          <w:jc w:val="center"/>
        </w:trPr>
        <w:tc>
          <w:tcPr>
            <w:tcW w:w="536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5B0A4DE" w14:textId="77777777" w:rsidR="001F014B" w:rsidRDefault="00000000" w:rsidP="006249C0">
            <w:pPr>
              <w:spacing w:before="240" w:after="120"/>
            </w:pPr>
            <w:r>
              <w:rPr>
                <w:b/>
              </w:rPr>
              <w:t xml:space="preserve">Veterinarian or </w:t>
            </w:r>
            <w:proofErr w:type="gramStart"/>
            <w:r>
              <w:rPr>
                <w:b/>
              </w:rPr>
              <w:t xml:space="preserve">Clinic  </w:t>
            </w:r>
            <w:r>
              <w:t>_</w:t>
            </w:r>
            <w:proofErr w:type="gramEnd"/>
            <w:r>
              <w:t>_______________________________</w:t>
            </w:r>
          </w:p>
        </w:tc>
        <w:tc>
          <w:tcPr>
            <w:tcW w:w="510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4B1C1A0" w14:textId="77777777" w:rsidR="001F014B" w:rsidRDefault="00000000" w:rsidP="006249C0">
            <w:pPr>
              <w:spacing w:before="240" w:after="120"/>
            </w:pPr>
            <w:r>
              <w:rPr>
                <w:b/>
              </w:rPr>
              <w:t xml:space="preserve">Phone  </w:t>
            </w:r>
            <w:r>
              <w:t>___________________________</w:t>
            </w:r>
          </w:p>
        </w:tc>
      </w:tr>
    </w:tbl>
    <w:p w14:paraId="65F567CD" w14:textId="77777777" w:rsidR="001F014B" w:rsidRDefault="00000000">
      <w:r>
        <w:t>I authorize Logan's H.E.A.R.T. to obtain veterinary evaluation or emergency treatment when reasonably necessary and I cannot be reached promptly. I remain responsible for all veterinary, medication, transport, boarding, and related expenses unless a different written agreement is signed.</w:t>
      </w:r>
    </w:p>
    <w:p w14:paraId="129C12E5" w14:textId="77777777" w:rsidR="001F014B" w:rsidRDefault="00000000">
      <w:pPr>
        <w:spacing w:after="80"/>
      </w:pPr>
      <w:r>
        <w:t>☐ Use reasonable judgment in an emergency.    ☐ Do not approve non-life-saving costs over $____________ without contacting 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1F014B" w14:paraId="3DAC197F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8DA97F" w14:textId="77777777" w:rsidR="001F014B" w:rsidRDefault="00000000">
            <w:pPr>
              <w:keepNext/>
              <w:spacing w:after="0"/>
            </w:pPr>
            <w:r>
              <w:rPr>
                <w:b/>
                <w:sz w:val="23"/>
              </w:rPr>
              <w:t>Ownership and Social Media</w:t>
            </w:r>
          </w:p>
        </w:tc>
      </w:tr>
    </w:tbl>
    <w:p w14:paraId="0E5AE4FF" w14:textId="77777777" w:rsidR="001F014B" w:rsidRDefault="00000000">
      <w:pPr>
        <w:spacing w:after="80"/>
      </w:pPr>
      <w:r>
        <w:t>☐ I own this animal and may authorize its care.    ☐ I am authorized by the owner to place this animal in temporary care; owner name: ____________________</w:t>
      </w:r>
    </w:p>
    <w:p w14:paraId="500FC588" w14:textId="77777777" w:rsidR="001F014B" w:rsidRDefault="00000000">
      <w:pPr>
        <w:spacing w:after="80"/>
      </w:pPr>
      <w:r>
        <w:t>☐ YES - Logan's H.E.A.R.T. may photograph and post this animal.    ☐ YES, but do not identify me.    ☐ NO social media posts.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1F014B" w14:paraId="5F6A2DD1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19C368" w14:textId="77777777" w:rsidR="001F014B" w:rsidRDefault="00000000">
            <w:pPr>
              <w:keepNext/>
              <w:spacing w:after="0"/>
            </w:pPr>
            <w:r>
              <w:rPr>
                <w:b/>
                <w:sz w:val="23"/>
              </w:rPr>
              <w:t>Risk and Release</w:t>
            </w:r>
          </w:p>
        </w:tc>
      </w:tr>
    </w:tbl>
    <w:p w14:paraId="076C9E3F" w14:textId="77777777" w:rsidR="001F014B" w:rsidRDefault="00000000">
      <w:r>
        <w:t>I understand that temporary care, handling, transport, training, socialization, and exposure to unfamiliar people, animals, places, or routines involve risk of illness, injury, escape, property damage, or death. I have disclosed known health and behavior concerns. To the fullest extent permitted by law, I release Logan's H.E.A.R.T., its directors, volunteers, property owners, and agents from claims arising from ordinary and inherent risks of the authorized care, except claims that cannot legally be waived.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70"/>
        <w:gridCol w:w="2898"/>
      </w:tblGrid>
      <w:tr w:rsidR="001F014B" w14:paraId="41EB7872" w14:textId="77777777" w:rsidTr="00FD79DA">
        <w:trPr>
          <w:trHeight w:val="563"/>
          <w:jc w:val="center"/>
        </w:trPr>
        <w:tc>
          <w:tcPr>
            <w:tcW w:w="747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6CFF78E7" w14:textId="497940EF" w:rsidR="001F014B" w:rsidRDefault="00000000" w:rsidP="00BC0D39">
            <w:pPr>
              <w:spacing w:before="120" w:after="120"/>
            </w:pPr>
            <w:r>
              <w:rPr>
                <w:b/>
              </w:rPr>
              <w:t>Owner or Authorized Agent Signature</w:t>
            </w:r>
            <w:r w:rsidR="00FD79DA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</w:t>
            </w:r>
            <w:r w:rsidR="00FD79DA">
              <w:t>__</w:t>
            </w:r>
            <w:r>
              <w:t>____</w:t>
            </w:r>
            <w:r w:rsidR="00FD79DA">
              <w:t>______</w:t>
            </w:r>
            <w:r>
              <w:t>_______</w:t>
            </w:r>
          </w:p>
        </w:tc>
        <w:tc>
          <w:tcPr>
            <w:tcW w:w="289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FCE2198" w14:textId="4BBCDE60" w:rsidR="001F014B" w:rsidRDefault="00000000" w:rsidP="00BC0D39">
            <w:pPr>
              <w:spacing w:before="120" w:after="120"/>
            </w:pPr>
            <w:r>
              <w:rPr>
                <w:b/>
              </w:rPr>
              <w:t>Date</w:t>
            </w:r>
            <w:r w:rsidR="00FD79DA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>
              <w:t>___________________</w:t>
            </w:r>
          </w:p>
        </w:tc>
      </w:tr>
      <w:tr w:rsidR="001F014B" w14:paraId="35FAC41B" w14:textId="77777777" w:rsidTr="00FD79DA">
        <w:trPr>
          <w:jc w:val="center"/>
        </w:trPr>
        <w:tc>
          <w:tcPr>
            <w:tcW w:w="747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178780C" w14:textId="2D6D3FAB" w:rsidR="001F014B" w:rsidRDefault="00000000" w:rsidP="00BC0D39">
            <w:pPr>
              <w:spacing w:before="120" w:after="120"/>
            </w:pPr>
            <w:r>
              <w:rPr>
                <w:b/>
              </w:rPr>
              <w:t>Printed Name</w:t>
            </w:r>
            <w:r w:rsidR="00FD79DA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 w:rsidR="00FD79DA">
              <w:rPr>
                <w:b/>
              </w:rPr>
              <w:t>__________________</w:t>
            </w:r>
            <w:r>
              <w:t>____________</w:t>
            </w:r>
            <w:r w:rsidR="00FD79DA">
              <w:t>_</w:t>
            </w:r>
            <w:r>
              <w:t>_________________</w:t>
            </w:r>
          </w:p>
        </w:tc>
        <w:tc>
          <w:tcPr>
            <w:tcW w:w="289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5A2148B" w14:textId="4B6416BF" w:rsidR="001F014B" w:rsidRDefault="001F014B" w:rsidP="00BC0D39">
            <w:pPr>
              <w:spacing w:before="120" w:after="120"/>
            </w:pPr>
          </w:p>
        </w:tc>
      </w:tr>
      <w:tr w:rsidR="00FD79DA" w14:paraId="445065E3" w14:textId="77777777" w:rsidTr="00FD79DA">
        <w:trPr>
          <w:jc w:val="center"/>
        </w:trPr>
        <w:tc>
          <w:tcPr>
            <w:tcW w:w="747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32C4B15" w14:textId="08227849" w:rsidR="00FD79DA" w:rsidRDefault="00FD79DA" w:rsidP="00BC0D39">
            <w:pPr>
              <w:spacing w:before="120" w:after="120"/>
              <w:rPr>
                <w:b/>
              </w:rPr>
            </w:pPr>
            <w:r>
              <w:rPr>
                <w:b/>
              </w:rPr>
              <w:t>Relationship if signing for a minor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________________</w:t>
            </w:r>
            <w:r>
              <w:t>____________</w:t>
            </w:r>
          </w:p>
        </w:tc>
        <w:tc>
          <w:tcPr>
            <w:tcW w:w="289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654933AD" w14:textId="77777777" w:rsidR="00FD79DA" w:rsidRDefault="00FD79DA" w:rsidP="00BC0D39">
            <w:pPr>
              <w:spacing w:before="120" w:after="120"/>
              <w:rPr>
                <w:b/>
              </w:rPr>
            </w:pPr>
          </w:p>
        </w:tc>
      </w:tr>
    </w:tbl>
    <w:p w14:paraId="78254038" w14:textId="77777777" w:rsidR="00EA4CB9" w:rsidRDefault="00EA4CB9"/>
    <w:sectPr w:rsidR="00EA4CB9" w:rsidSect="00FD79DA">
      <w:headerReference w:type="default" r:id="rId9"/>
      <w:footerReference w:type="default" r:id="rId10"/>
      <w:pgSz w:w="12240" w:h="15840"/>
      <w:pgMar w:top="605" w:right="936" w:bottom="749" w:left="93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3C79" w14:textId="77777777" w:rsidR="00EA4CB9" w:rsidRDefault="00EA4CB9">
      <w:pPr>
        <w:spacing w:after="0"/>
      </w:pPr>
      <w:r>
        <w:separator/>
      </w:r>
    </w:p>
  </w:endnote>
  <w:endnote w:type="continuationSeparator" w:id="0">
    <w:p w14:paraId="65163FE8" w14:textId="77777777" w:rsidR="00EA4CB9" w:rsidRDefault="00EA4C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C24A" w14:textId="77777777" w:rsidR="001F014B" w:rsidRDefault="00000000">
    <w:pPr>
      <w:pStyle w:val="Footer"/>
      <w:jc w:val="center"/>
    </w:pPr>
    <w:r>
      <w:rPr>
        <w:color w:val="555555"/>
        <w:sz w:val="16"/>
      </w:rPr>
      <w:t xml:space="preserve">Logan's H.E.A.R.T.  </w:t>
    </w:r>
    <w:proofErr w:type="gramStart"/>
    <w:r>
      <w:rPr>
        <w:color w:val="555555"/>
        <w:sz w:val="16"/>
      </w:rPr>
      <w:t>|  logansheart.org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3D8B4" w14:textId="77777777" w:rsidR="00EA4CB9" w:rsidRDefault="00EA4CB9">
      <w:pPr>
        <w:spacing w:after="0"/>
      </w:pPr>
      <w:r>
        <w:separator/>
      </w:r>
    </w:p>
  </w:footnote>
  <w:footnote w:type="continuationSeparator" w:id="0">
    <w:p w14:paraId="70BE5C26" w14:textId="77777777" w:rsidR="00EA4CB9" w:rsidRDefault="00EA4C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3326" w14:textId="77777777" w:rsidR="00FD79DA" w:rsidRDefault="00FD79DA" w:rsidP="00FD79DA">
    <w:pPr>
      <w:pStyle w:val="Title"/>
      <w:jc w:val="center"/>
    </w:pPr>
    <w:r>
      <w:t>Temporary Animal Care and Media Authorization</w:t>
    </w:r>
  </w:p>
  <w:p w14:paraId="38F7459C" w14:textId="77777777" w:rsidR="00FD79DA" w:rsidRDefault="00FD7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621192">
    <w:abstractNumId w:val="8"/>
  </w:num>
  <w:num w:numId="2" w16cid:durableId="1828862345">
    <w:abstractNumId w:val="6"/>
  </w:num>
  <w:num w:numId="3" w16cid:durableId="1432969301">
    <w:abstractNumId w:val="5"/>
  </w:num>
  <w:num w:numId="4" w16cid:durableId="2133667147">
    <w:abstractNumId w:val="4"/>
  </w:num>
  <w:num w:numId="5" w16cid:durableId="2144610834">
    <w:abstractNumId w:val="7"/>
  </w:num>
  <w:num w:numId="6" w16cid:durableId="118230261">
    <w:abstractNumId w:val="3"/>
  </w:num>
  <w:num w:numId="7" w16cid:durableId="577986320">
    <w:abstractNumId w:val="2"/>
  </w:num>
  <w:num w:numId="8" w16cid:durableId="1918437099">
    <w:abstractNumId w:val="1"/>
  </w:num>
  <w:num w:numId="9" w16cid:durableId="37886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014B"/>
    <w:rsid w:val="00280D35"/>
    <w:rsid w:val="0029639D"/>
    <w:rsid w:val="00326F90"/>
    <w:rsid w:val="004E2AAE"/>
    <w:rsid w:val="006249C0"/>
    <w:rsid w:val="00797894"/>
    <w:rsid w:val="008C1257"/>
    <w:rsid w:val="0094124F"/>
    <w:rsid w:val="00AA1D8D"/>
    <w:rsid w:val="00B47730"/>
    <w:rsid w:val="00BC0D39"/>
    <w:rsid w:val="00C71339"/>
    <w:rsid w:val="00CB0664"/>
    <w:rsid w:val="00DE4007"/>
    <w:rsid w:val="00EA4CB9"/>
    <w:rsid w:val="00FC693F"/>
    <w:rsid w:val="00FD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6F0B27-8D33-4EC7-921D-02CEAA56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Hughes, Michelle (PERATON)</cp:lastModifiedBy>
  <cp:revision>10</cp:revision>
  <dcterms:created xsi:type="dcterms:W3CDTF">2013-12-23T23:15:00Z</dcterms:created>
  <dcterms:modified xsi:type="dcterms:W3CDTF">2026-09-21T18:30:00Z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54f1a3-9ed5-415d-ba95-38401c4b8817_Enabled">
    <vt:lpwstr>true</vt:lpwstr>
  </property>
  <property fmtid="{D5CDD505-2E9C-101B-9397-08002B2CF9AE}" pid="3" name="MSIP_Label_5d54f1a3-9ed5-415d-ba95-38401c4b8817_SetDate">
    <vt:lpwstr>2026-09-21T18:23:09Z</vt:lpwstr>
  </property>
  <property fmtid="{D5CDD505-2E9C-101B-9397-08002B2CF9AE}" pid="4" name="MSIP_Label_5d54f1a3-9ed5-415d-ba95-38401c4b8817_Method">
    <vt:lpwstr>Standard</vt:lpwstr>
  </property>
  <property fmtid="{D5CDD505-2E9C-101B-9397-08002B2CF9AE}" pid="5" name="MSIP_Label_5d54f1a3-9ed5-415d-ba95-38401c4b8817_Name">
    <vt:lpwstr>Peraton Proprietary</vt:lpwstr>
  </property>
  <property fmtid="{D5CDD505-2E9C-101B-9397-08002B2CF9AE}" pid="6" name="MSIP_Label_5d54f1a3-9ed5-415d-ba95-38401c4b8817_SiteId">
    <vt:lpwstr>2a6ae295-f13d-4948-ba78-332742ce9097</vt:lpwstr>
  </property>
  <property fmtid="{D5CDD505-2E9C-101B-9397-08002B2CF9AE}" pid="7" name="MSIP_Label_5d54f1a3-9ed5-415d-ba95-38401c4b8817_ActionId">
    <vt:lpwstr>9441c924-f321-4210-ab5d-81f30fab4477</vt:lpwstr>
  </property>
  <property fmtid="{D5CDD505-2E9C-101B-9397-08002B2CF9AE}" pid="8" name="MSIP_Label_5d54f1a3-9ed5-415d-ba95-38401c4b8817_ContentBits">
    <vt:lpwstr>1</vt:lpwstr>
  </property>
  <property fmtid="{D5CDD505-2E9C-101B-9397-08002B2CF9AE}" pid="9" name="MSIP_Label_5d54f1a3-9ed5-415d-ba95-38401c4b8817_Tag">
    <vt:lpwstr>10, 3, 0, 1</vt:lpwstr>
  </property>
</Properties>
</file>