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552A7" w14:textId="77777777" w:rsidR="00E6547C" w:rsidRDefault="00EB77BC">
      <w:pPr>
        <w:jc w:val="center"/>
      </w:pPr>
      <w:r>
        <w:rPr>
          <w:noProof/>
        </w:rPr>
        <w:drawing>
          <wp:inline distT="0" distB="0" distL="0" distR="0" wp14:anchorId="14B0F92F" wp14:editId="64543CC4">
            <wp:extent cx="1463040" cy="975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ans-HEART-logo-transparen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0B1B3" w14:textId="77777777" w:rsidR="00E6547C" w:rsidRDefault="00EB77BC">
      <w:pPr>
        <w:pStyle w:val="Title"/>
        <w:jc w:val="center"/>
      </w:pPr>
      <w:r>
        <w:t>Volunteer Application and Emergency Contact</w:t>
      </w:r>
    </w:p>
    <w:p w14:paraId="4EEE027C" w14:textId="77777777" w:rsidR="00E6547C" w:rsidRDefault="00EB77BC">
      <w:pPr>
        <w:spacing w:after="140"/>
      </w:pPr>
      <w:r>
        <w:rPr>
          <w:color w:val="555555"/>
        </w:rPr>
        <w:t>Use this form to tell us how you would like to help and whom we should contact in an emergency.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  <w:gridCol w:w="100"/>
      </w:tblGrid>
      <w:tr w:rsidR="00E6547C" w14:paraId="4C6A339B" w14:textId="77777777">
        <w:trPr>
          <w:gridAfter w:val="1"/>
          <w:wAfter w:w="100" w:type="dxa"/>
          <w:jc w:val="center"/>
        </w:trPr>
        <w:tc>
          <w:tcPr>
            <w:tcW w:w="1036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BE21C73" w14:textId="77777777" w:rsidR="00E6547C" w:rsidRDefault="00EB77BC">
            <w:pPr>
              <w:keepNext/>
              <w:spacing w:after="0"/>
            </w:pPr>
            <w:r>
              <w:rPr>
                <w:b/>
                <w:sz w:val="23"/>
              </w:rPr>
              <w:t>Volunteer Information</w:t>
            </w:r>
          </w:p>
        </w:tc>
      </w:tr>
      <w:tr w:rsidR="00E6547C" w14:paraId="6BFF5DC4" w14:textId="77777777" w:rsidTr="007110EF">
        <w:trPr>
          <w:trHeight w:val="698"/>
          <w:jc w:val="center"/>
        </w:trPr>
        <w:tc>
          <w:tcPr>
            <w:tcW w:w="5184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214A9442" w14:textId="2F106AEB" w:rsidR="00E6547C" w:rsidRDefault="00EB77BC" w:rsidP="00091342">
            <w:pPr>
              <w:spacing w:before="120" w:after="120"/>
            </w:pPr>
            <w:r>
              <w:rPr>
                <w:b/>
              </w:rPr>
              <w:t>Full Name</w:t>
            </w:r>
            <w:r w:rsidR="007110EF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</w:t>
            </w:r>
            <w:r w:rsidR="007110EF">
              <w:t>_______</w:t>
            </w:r>
            <w:r>
              <w:t>_____________</w:t>
            </w:r>
          </w:p>
        </w:tc>
        <w:tc>
          <w:tcPr>
            <w:tcW w:w="5184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45265E60" w14:textId="3ADA57EB" w:rsidR="00E6547C" w:rsidRDefault="00EB77BC" w:rsidP="00091342">
            <w:pPr>
              <w:spacing w:before="120" w:after="120"/>
            </w:pPr>
            <w:r>
              <w:rPr>
                <w:b/>
              </w:rPr>
              <w:t>Date of Birth if under 18</w:t>
            </w:r>
            <w:r w:rsidR="007110EF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___________________________</w:t>
            </w:r>
          </w:p>
        </w:tc>
      </w:tr>
    </w:tbl>
    <w:p w14:paraId="3EBD20B0" w14:textId="1EC7FCE4" w:rsidR="00E6547C" w:rsidRDefault="00EB77BC" w:rsidP="00091342">
      <w:pPr>
        <w:spacing w:before="120" w:after="120"/>
      </w:pPr>
      <w:r>
        <w:rPr>
          <w:b/>
        </w:rPr>
        <w:t>Address</w:t>
      </w:r>
      <w:r w:rsidR="007110EF">
        <w:rPr>
          <w:b/>
        </w:rPr>
        <w:t>:</w:t>
      </w:r>
      <w:r>
        <w:rPr>
          <w:b/>
        </w:rPr>
        <w:t xml:space="preserve">  </w:t>
      </w:r>
      <w:r>
        <w:t>________________________</w:t>
      </w:r>
      <w:r w:rsidR="007110EF">
        <w:t>___________________________</w:t>
      </w:r>
      <w:r>
        <w:t>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E6547C" w14:paraId="317400E6" w14:textId="77777777">
        <w:trPr>
          <w:jc w:val="center"/>
        </w:trPr>
        <w:tc>
          <w:tcPr>
            <w:tcW w:w="5184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789BDCC5" w14:textId="77777777" w:rsidR="00E6547C" w:rsidRDefault="00EB77BC" w:rsidP="00091342">
            <w:pPr>
              <w:spacing w:before="120" w:after="120"/>
            </w:pPr>
            <w:r>
              <w:rPr>
                <w:b/>
              </w:rPr>
              <w:t xml:space="preserve">Phone  </w:t>
            </w:r>
            <w:r>
              <w:t>________________________________</w:t>
            </w:r>
          </w:p>
        </w:tc>
        <w:tc>
          <w:tcPr>
            <w:tcW w:w="5184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0E7173CC" w14:textId="382D3840" w:rsidR="00E6547C" w:rsidRDefault="00EB77BC" w:rsidP="00091342">
            <w:pPr>
              <w:spacing w:before="120" w:after="120"/>
            </w:pPr>
            <w:r>
              <w:rPr>
                <w:b/>
              </w:rPr>
              <w:t xml:space="preserve">Email  </w:t>
            </w:r>
            <w:r>
              <w:t>_________________________</w:t>
            </w:r>
            <w:r w:rsidR="007110EF">
              <w:t>__________________</w:t>
            </w:r>
            <w:r>
              <w:t>__</w:t>
            </w:r>
          </w:p>
        </w:tc>
      </w:tr>
    </w:tbl>
    <w:p w14:paraId="4A533C57" w14:textId="77777777" w:rsidR="00E6547C" w:rsidRDefault="00EB77BC">
      <w:pPr>
        <w:spacing w:after="80"/>
      </w:pPr>
      <w:r>
        <w:t>☐</w:t>
      </w:r>
      <w:r>
        <w:t xml:space="preserve"> I am 18 or older    ☐ I am under 18 and will provide parent or guardian permission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6547C" w14:paraId="5C67CAE6" w14:textId="77777777">
        <w:trPr>
          <w:jc w:val="center"/>
        </w:trPr>
        <w:tc>
          <w:tcPr>
            <w:tcW w:w="10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63EA5B3" w14:textId="77777777" w:rsidR="00E6547C" w:rsidRDefault="00EB77BC">
            <w:pPr>
              <w:keepNext/>
              <w:spacing w:after="0"/>
            </w:pPr>
            <w:r>
              <w:rPr>
                <w:b/>
                <w:sz w:val="23"/>
              </w:rPr>
              <w:t>Interests and Availability</w:t>
            </w:r>
          </w:p>
        </w:tc>
      </w:tr>
    </w:tbl>
    <w:p w14:paraId="14DFB199" w14:textId="77777777" w:rsidR="00E6547C" w:rsidRDefault="00EB77BC">
      <w:pPr>
        <w:spacing w:after="80"/>
      </w:pPr>
      <w:r>
        <w:t>☐</w:t>
      </w:r>
      <w:r>
        <w:t xml:space="preserve"> Animal care    ☐ Barn or property help    ☐ Events    ☐ Fundraising    ☐ Website or social media    ☐ Other: __________</w:t>
      </w:r>
    </w:p>
    <w:p w14:paraId="64ACFE77" w14:textId="77777777" w:rsidR="00E6547C" w:rsidRDefault="00EB77BC">
      <w:r>
        <w:rPr>
          <w:b/>
        </w:rPr>
        <w:t xml:space="preserve">Days and times generally available  </w:t>
      </w:r>
      <w:r>
        <w:t>____________________________________________________________________</w:t>
      </w:r>
    </w:p>
    <w:p w14:paraId="5BAB0ACC" w14:textId="77777777" w:rsidR="00E6547C" w:rsidRDefault="00EB77BC">
      <w:pPr>
        <w:spacing w:after="40"/>
      </w:pPr>
      <w:r>
        <w:rPr>
          <w:b/>
        </w:rPr>
        <w:t>Relevant animal, farm, volunteer, or professional experience</w:t>
      </w:r>
    </w:p>
    <w:p w14:paraId="1C69079B" w14:textId="77777777" w:rsidR="004B5062" w:rsidRDefault="00EB77BC" w:rsidP="004B5062">
      <w:pPr>
        <w:spacing w:before="120" w:after="120"/>
      </w:pPr>
      <w:r>
        <w:t>___________________________________________________________________________________________________________</w:t>
      </w:r>
    </w:p>
    <w:p w14:paraId="242F364D" w14:textId="5E667A27" w:rsidR="00E6547C" w:rsidRDefault="00EB77BC" w:rsidP="004B5062">
      <w:pPr>
        <w:spacing w:before="120" w:after="120"/>
      </w:pPr>
      <w:r>
        <w:t>_____</w:t>
      </w:r>
      <w:r>
        <w:t>______________________________________________________________________________________________________</w:t>
      </w:r>
    </w:p>
    <w:p w14:paraId="4242EFC1" w14:textId="77777777" w:rsidR="00E6547C" w:rsidRDefault="00EB77BC">
      <w:pPr>
        <w:spacing w:after="40"/>
      </w:pPr>
      <w:r>
        <w:rPr>
          <w:b/>
        </w:rPr>
        <w:t>Physical limitations, allergies, or accommodations we should know about</w:t>
      </w:r>
    </w:p>
    <w:p w14:paraId="1CF49968" w14:textId="1C7A7B42" w:rsidR="00E6547C" w:rsidRDefault="00EB77BC">
      <w:pPr>
        <w:spacing w:after="0"/>
      </w:pPr>
      <w:r>
        <w:t>___________________________________________________________________________________________________________</w:t>
      </w:r>
    </w:p>
    <w:p w14:paraId="56C801BF" w14:textId="77777777" w:rsidR="00447E83" w:rsidRDefault="00447E83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  <w:gridCol w:w="100"/>
      </w:tblGrid>
      <w:tr w:rsidR="00E6547C" w14:paraId="1E7F43CC" w14:textId="77777777">
        <w:trPr>
          <w:gridAfter w:val="1"/>
          <w:wAfter w:w="100" w:type="dxa"/>
          <w:jc w:val="center"/>
        </w:trPr>
        <w:tc>
          <w:tcPr>
            <w:tcW w:w="1036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EADD989" w14:textId="77777777" w:rsidR="00E6547C" w:rsidRDefault="00EB77BC">
            <w:pPr>
              <w:keepNext/>
              <w:spacing w:after="0"/>
            </w:pPr>
            <w:r>
              <w:rPr>
                <w:b/>
                <w:sz w:val="23"/>
              </w:rPr>
              <w:t>Emergency Contact</w:t>
            </w:r>
          </w:p>
        </w:tc>
      </w:tr>
      <w:tr w:rsidR="00E6547C" w14:paraId="56A4BA39" w14:textId="77777777">
        <w:trPr>
          <w:jc w:val="center"/>
        </w:trPr>
        <w:tc>
          <w:tcPr>
            <w:tcW w:w="5184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1358B9A9" w14:textId="77777777" w:rsidR="00E6547C" w:rsidRDefault="00EB77BC" w:rsidP="00447E83">
            <w:pPr>
              <w:spacing w:before="120" w:after="120"/>
            </w:pPr>
            <w:r>
              <w:rPr>
                <w:b/>
              </w:rPr>
              <w:t xml:space="preserve">Name  </w:t>
            </w:r>
            <w:r>
              <w:t>________________________________</w:t>
            </w:r>
          </w:p>
        </w:tc>
        <w:tc>
          <w:tcPr>
            <w:tcW w:w="5184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4DD745FC" w14:textId="77777777" w:rsidR="00E6547C" w:rsidRDefault="00EB77BC" w:rsidP="00447E83">
            <w:pPr>
              <w:spacing w:before="120" w:after="120"/>
            </w:pPr>
            <w:r>
              <w:rPr>
                <w:b/>
              </w:rPr>
              <w:t xml:space="preserve">Relationship  </w:t>
            </w:r>
            <w:r>
              <w:t>___________________________</w:t>
            </w:r>
          </w:p>
        </w:tc>
      </w:tr>
      <w:tr w:rsidR="00E6547C" w14:paraId="18547B93" w14:textId="77777777">
        <w:trPr>
          <w:jc w:val="center"/>
        </w:trPr>
        <w:tc>
          <w:tcPr>
            <w:tcW w:w="5184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08890935" w14:textId="77777777" w:rsidR="00E6547C" w:rsidRDefault="00EB77BC" w:rsidP="00447E83">
            <w:pPr>
              <w:spacing w:before="120" w:after="120"/>
            </w:pPr>
            <w:r>
              <w:rPr>
                <w:b/>
              </w:rPr>
              <w:t xml:space="preserve">Phone  </w:t>
            </w:r>
            <w:r>
              <w:t>________________________________</w:t>
            </w:r>
          </w:p>
        </w:tc>
        <w:tc>
          <w:tcPr>
            <w:tcW w:w="5184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0C32EA55" w14:textId="77777777" w:rsidR="00E6547C" w:rsidRDefault="00EB77BC" w:rsidP="00447E83">
            <w:pPr>
              <w:spacing w:before="120" w:after="120"/>
            </w:pPr>
            <w:r>
              <w:rPr>
                <w:b/>
              </w:rPr>
              <w:t xml:space="preserve">Alternate Phone  </w:t>
            </w:r>
            <w:r>
              <w:t>___________________________</w:t>
            </w:r>
          </w:p>
        </w:tc>
      </w:tr>
      <w:tr w:rsidR="00E6547C" w14:paraId="5D4965E0" w14:textId="77777777">
        <w:trPr>
          <w:gridAfter w:val="1"/>
          <w:wAfter w:w="100" w:type="dxa"/>
          <w:jc w:val="center"/>
        </w:trPr>
        <w:tc>
          <w:tcPr>
            <w:tcW w:w="1036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C156ED2" w14:textId="77777777" w:rsidR="00E6547C" w:rsidRDefault="00EB77BC">
            <w:pPr>
              <w:keepNext/>
              <w:spacing w:after="0"/>
            </w:pPr>
            <w:r>
              <w:rPr>
                <w:b/>
                <w:sz w:val="23"/>
              </w:rPr>
              <w:t>Acknowledgment</w:t>
            </w:r>
          </w:p>
        </w:tc>
      </w:tr>
    </w:tbl>
    <w:p w14:paraId="63D61851" w14:textId="77777777" w:rsidR="00E6547C" w:rsidRDefault="00EB77BC">
      <w:r>
        <w:t>I understand that submitting this form does not guarantee placement. I will follow Logan's H.E.A.R.T. safety instructions, stay within assigned areas and duties, report hazards or injuries promptly, and treat animals, visitors, volunteers, and private information respectfully. A separate liability waiver and, when applicable, minor permission form must be completed before volunteering.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40"/>
        <w:gridCol w:w="4428"/>
      </w:tblGrid>
      <w:tr w:rsidR="00E6547C" w14:paraId="393B7622" w14:textId="77777777" w:rsidTr="00B072FC">
        <w:trPr>
          <w:trHeight w:val="635"/>
          <w:jc w:val="center"/>
        </w:trPr>
        <w:tc>
          <w:tcPr>
            <w:tcW w:w="594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276FC261" w14:textId="3BE93468" w:rsidR="00E6547C" w:rsidRDefault="00EB77BC" w:rsidP="00447E83">
            <w:pPr>
              <w:spacing w:before="120" w:after="120"/>
            </w:pPr>
            <w:r>
              <w:rPr>
                <w:b/>
              </w:rPr>
              <w:t>Applicant Signature</w:t>
            </w:r>
            <w:r w:rsidR="00982E48">
              <w:rPr>
                <w:b/>
              </w:rPr>
              <w:t xml:space="preserve">: </w:t>
            </w:r>
            <w:r>
              <w:rPr>
                <w:b/>
              </w:rPr>
              <w:t xml:space="preserve">  </w:t>
            </w:r>
            <w:r>
              <w:t>___________________________________</w:t>
            </w:r>
          </w:p>
        </w:tc>
        <w:tc>
          <w:tcPr>
            <w:tcW w:w="4428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0580CCBF" w14:textId="77777777" w:rsidR="00E6547C" w:rsidRDefault="00EB77BC" w:rsidP="00447E83">
            <w:pPr>
              <w:spacing w:before="120" w:after="120"/>
            </w:pPr>
            <w:r>
              <w:rPr>
                <w:b/>
              </w:rPr>
              <w:t xml:space="preserve">Date  </w:t>
            </w:r>
            <w:r>
              <w:t>______________________</w:t>
            </w:r>
          </w:p>
        </w:tc>
      </w:tr>
      <w:tr w:rsidR="00E6547C" w14:paraId="5F047195" w14:textId="77777777" w:rsidTr="00B072FC">
        <w:trPr>
          <w:jc w:val="center"/>
        </w:trPr>
        <w:tc>
          <w:tcPr>
            <w:tcW w:w="594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392FB96A" w14:textId="2EE87C03" w:rsidR="00E6547C" w:rsidRDefault="00EB77BC" w:rsidP="00447E83">
            <w:pPr>
              <w:spacing w:before="120" w:after="120"/>
            </w:pPr>
            <w:r>
              <w:rPr>
                <w:b/>
              </w:rPr>
              <w:t>Printed Name</w:t>
            </w:r>
            <w:r w:rsidR="00982E48">
              <w:rPr>
                <w:b/>
              </w:rPr>
              <w:t xml:space="preserve">: </w:t>
            </w:r>
            <w:r>
              <w:t>______________________</w:t>
            </w:r>
            <w:r w:rsidR="007110EF">
              <w:t>___________________</w:t>
            </w:r>
            <w:r>
              <w:t>____</w:t>
            </w:r>
          </w:p>
        </w:tc>
        <w:tc>
          <w:tcPr>
            <w:tcW w:w="4428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76E8E0C9" w14:textId="24CACC60" w:rsidR="00E6547C" w:rsidRDefault="00E6547C" w:rsidP="00B072FC">
            <w:pPr>
              <w:spacing w:before="120" w:after="120"/>
            </w:pPr>
          </w:p>
        </w:tc>
      </w:tr>
      <w:tr w:rsidR="007110EF" w14:paraId="273F4FA8" w14:textId="77777777" w:rsidTr="00234401">
        <w:trPr>
          <w:jc w:val="center"/>
        </w:trPr>
        <w:tc>
          <w:tcPr>
            <w:tcW w:w="1036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42ED5E16" w14:textId="27F8AE37" w:rsidR="007110EF" w:rsidRPr="007110EF" w:rsidRDefault="007110EF" w:rsidP="007110EF">
            <w:pPr>
              <w:spacing w:before="120" w:after="120"/>
              <w:rPr>
                <w:bCs/>
                <w:i/>
                <w:iCs/>
              </w:rPr>
            </w:pPr>
            <w:r>
              <w:rPr>
                <w:b/>
              </w:rPr>
              <w:t xml:space="preserve">Relationship </w:t>
            </w:r>
            <w:r w:rsidRPr="007110EF">
              <w:rPr>
                <w:bCs/>
                <w:i/>
                <w:iCs/>
              </w:rPr>
              <w:t>if signing for a minor</w:t>
            </w:r>
            <w:r>
              <w:t>______________________</w:t>
            </w:r>
            <w:r>
              <w:t>_____________________</w:t>
            </w:r>
            <w:r>
              <w:t>__</w:t>
            </w:r>
          </w:p>
        </w:tc>
      </w:tr>
    </w:tbl>
    <w:p w14:paraId="34831D7E" w14:textId="77777777" w:rsidR="00EB77BC" w:rsidRDefault="00EB77BC"/>
    <w:sectPr w:rsidR="00EB77BC" w:rsidSect="00034616">
      <w:footerReference w:type="default" r:id="rId9"/>
      <w:pgSz w:w="12240" w:h="15840"/>
      <w:pgMar w:top="605" w:right="936" w:bottom="749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B0279" w14:textId="77777777" w:rsidR="00EB77BC" w:rsidRDefault="00EB77BC">
      <w:pPr>
        <w:spacing w:after="0"/>
      </w:pPr>
      <w:r>
        <w:separator/>
      </w:r>
    </w:p>
  </w:endnote>
  <w:endnote w:type="continuationSeparator" w:id="0">
    <w:p w14:paraId="625A08D8" w14:textId="77777777" w:rsidR="00EB77BC" w:rsidRDefault="00EB77B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E95EB" w14:textId="77777777" w:rsidR="00E6547C" w:rsidRDefault="00EB77BC">
    <w:pPr>
      <w:pStyle w:val="Footer"/>
      <w:jc w:val="center"/>
    </w:pPr>
    <w:r>
      <w:rPr>
        <w:color w:val="555555"/>
        <w:sz w:val="16"/>
      </w:rPr>
      <w:t>Logan's H.E.A.R.T.  |  logansheart.org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727FD" w14:textId="77777777" w:rsidR="00EB77BC" w:rsidRDefault="00EB77BC">
      <w:pPr>
        <w:spacing w:after="0"/>
      </w:pPr>
      <w:r>
        <w:separator/>
      </w:r>
    </w:p>
  </w:footnote>
  <w:footnote w:type="continuationSeparator" w:id="0">
    <w:p w14:paraId="1116A3AB" w14:textId="77777777" w:rsidR="00EB77BC" w:rsidRDefault="00EB77B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8157834">
    <w:abstractNumId w:val="8"/>
  </w:num>
  <w:num w:numId="2" w16cid:durableId="904531811">
    <w:abstractNumId w:val="6"/>
  </w:num>
  <w:num w:numId="3" w16cid:durableId="1092093592">
    <w:abstractNumId w:val="5"/>
  </w:num>
  <w:num w:numId="4" w16cid:durableId="1545291861">
    <w:abstractNumId w:val="4"/>
  </w:num>
  <w:num w:numId="5" w16cid:durableId="1770273030">
    <w:abstractNumId w:val="7"/>
  </w:num>
  <w:num w:numId="6" w16cid:durableId="2039238968">
    <w:abstractNumId w:val="3"/>
  </w:num>
  <w:num w:numId="7" w16cid:durableId="1716852518">
    <w:abstractNumId w:val="2"/>
  </w:num>
  <w:num w:numId="8" w16cid:durableId="1821530584">
    <w:abstractNumId w:val="1"/>
  </w:num>
  <w:num w:numId="9" w16cid:durableId="489491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1342"/>
    <w:rsid w:val="001504CC"/>
    <w:rsid w:val="0015074B"/>
    <w:rsid w:val="0029639D"/>
    <w:rsid w:val="00326F90"/>
    <w:rsid w:val="00447E83"/>
    <w:rsid w:val="004B5062"/>
    <w:rsid w:val="007110EF"/>
    <w:rsid w:val="00982E48"/>
    <w:rsid w:val="00AA1D8D"/>
    <w:rsid w:val="00B072FC"/>
    <w:rsid w:val="00B47730"/>
    <w:rsid w:val="00CB0664"/>
    <w:rsid w:val="00E6547C"/>
    <w:rsid w:val="00EB77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5F40152-7CE1-4B56-83D7-8CA753DF3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ptos" w:hAnsi="Aptos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Hughes, Michelle (PERATON)</cp:lastModifiedBy>
  <cp:revision>7</cp:revision>
  <dcterms:created xsi:type="dcterms:W3CDTF">2013-12-23T23:15:00Z</dcterms:created>
  <dcterms:modified xsi:type="dcterms:W3CDTF">2026-09-21T17:56:00Z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d54f1a3-9ed5-415d-ba95-38401c4b8817_Enabled">
    <vt:lpwstr>true</vt:lpwstr>
  </property>
  <property fmtid="{D5CDD505-2E9C-101B-9397-08002B2CF9AE}" pid="3" name="MSIP_Label_5d54f1a3-9ed5-415d-ba95-38401c4b8817_SetDate">
    <vt:lpwstr>2026-09-21T17:51:07Z</vt:lpwstr>
  </property>
  <property fmtid="{D5CDD505-2E9C-101B-9397-08002B2CF9AE}" pid="4" name="MSIP_Label_5d54f1a3-9ed5-415d-ba95-38401c4b8817_Method">
    <vt:lpwstr>Standard</vt:lpwstr>
  </property>
  <property fmtid="{D5CDD505-2E9C-101B-9397-08002B2CF9AE}" pid="5" name="MSIP_Label_5d54f1a3-9ed5-415d-ba95-38401c4b8817_Name">
    <vt:lpwstr>Peraton Proprietary</vt:lpwstr>
  </property>
  <property fmtid="{D5CDD505-2E9C-101B-9397-08002B2CF9AE}" pid="6" name="MSIP_Label_5d54f1a3-9ed5-415d-ba95-38401c4b8817_SiteId">
    <vt:lpwstr>2a6ae295-f13d-4948-ba78-332742ce9097</vt:lpwstr>
  </property>
  <property fmtid="{D5CDD505-2E9C-101B-9397-08002B2CF9AE}" pid="7" name="MSIP_Label_5d54f1a3-9ed5-415d-ba95-38401c4b8817_ActionId">
    <vt:lpwstr>ae1a6a0c-e518-42f5-877c-e70c49176117</vt:lpwstr>
  </property>
  <property fmtid="{D5CDD505-2E9C-101B-9397-08002B2CF9AE}" pid="8" name="MSIP_Label_5d54f1a3-9ed5-415d-ba95-38401c4b8817_ContentBits">
    <vt:lpwstr>1</vt:lpwstr>
  </property>
  <property fmtid="{D5CDD505-2E9C-101B-9397-08002B2CF9AE}" pid="9" name="MSIP_Label_5d54f1a3-9ed5-415d-ba95-38401c4b8817_Tag">
    <vt:lpwstr>10, 3, 0, 1</vt:lpwstr>
  </property>
</Properties>
</file>