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17"/>
        <w:gridCol w:w="3617"/>
        <w:gridCol w:w="3617"/>
      </w:tblGrid>
      <w:tr w:rsidR="0033039D" w14:paraId="0E0E6C7E" w14:textId="77777777" w:rsidTr="00677D65">
        <w:trPr>
          <w:trHeight w:val="1273"/>
          <w:jc w:val="center"/>
        </w:trPr>
        <w:tc>
          <w:tcPr>
            <w:tcW w:w="3617" w:type="dxa"/>
          </w:tcPr>
          <w:p w14:paraId="752B984E" w14:textId="7599E264" w:rsidR="0033039D" w:rsidRDefault="00677D65" w:rsidP="00677D65">
            <w:pPr>
              <w:jc w:val="center"/>
            </w:pPr>
            <w:r w:rsidRPr="00444F59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B8F0227" wp14:editId="73395E1E">
                  <wp:simplePos x="0" y="0"/>
                  <wp:positionH relativeFrom="margin">
                    <wp:posOffset>704708</wp:posOffset>
                  </wp:positionH>
                  <wp:positionV relativeFrom="margin">
                    <wp:posOffset>150126</wp:posOffset>
                  </wp:positionV>
                  <wp:extent cx="655092" cy="602473"/>
                  <wp:effectExtent l="0" t="0" r="0" b="7620"/>
                  <wp:wrapSquare wrapText="bothSides"/>
                  <wp:docPr id="2" name="Picture 1" descr="A picture containing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picture containing night sky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29" t="18819" r="18586" b="19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092" cy="60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17" w:type="dxa"/>
          </w:tcPr>
          <w:p w14:paraId="7E3242B4" w14:textId="77777777" w:rsidR="00677D65" w:rsidRDefault="00677D65">
            <w:pPr>
              <w:jc w:val="center"/>
              <w:rPr>
                <w:b/>
                <w:sz w:val="24"/>
                <w:szCs w:val="10"/>
              </w:rPr>
            </w:pPr>
          </w:p>
          <w:p w14:paraId="247ECEEA" w14:textId="7ADCA852" w:rsidR="0033039D" w:rsidRDefault="00574F4E">
            <w:pPr>
              <w:jc w:val="center"/>
            </w:pPr>
            <w:r w:rsidRPr="003D1FB3">
              <w:rPr>
                <w:b/>
                <w:sz w:val="24"/>
                <w:szCs w:val="10"/>
              </w:rPr>
              <w:t>ULTRA TWIRLERS</w:t>
            </w:r>
            <w:r w:rsidRPr="003D1FB3">
              <w:rPr>
                <w:b/>
                <w:sz w:val="24"/>
                <w:szCs w:val="10"/>
              </w:rPr>
              <w:br/>
              <w:t>EUROPEAN WORKSHOP 2026</w:t>
            </w:r>
            <w:r w:rsidRPr="003D1FB3">
              <w:rPr>
                <w:b/>
                <w:sz w:val="24"/>
                <w:szCs w:val="10"/>
              </w:rPr>
              <w:br/>
            </w:r>
          </w:p>
        </w:tc>
        <w:tc>
          <w:tcPr>
            <w:tcW w:w="3617" w:type="dxa"/>
          </w:tcPr>
          <w:p w14:paraId="2FD4B41C" w14:textId="403F2BA9" w:rsidR="0033039D" w:rsidRDefault="00677D65" w:rsidP="00677D65">
            <w:pPr>
              <w:jc w:val="center"/>
            </w:pPr>
            <w:r w:rsidRPr="00444F59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en-GB"/>
              </w:rPr>
              <w:drawing>
                <wp:inline distT="0" distB="0" distL="0" distR="0" wp14:anchorId="527AD66C" wp14:editId="336D5ED9">
                  <wp:extent cx="893511" cy="850697"/>
                  <wp:effectExtent l="0" t="0" r="1905" b="6985"/>
                  <wp:docPr id="12310185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84" cy="88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4DAD7" w14:textId="15F62B33" w:rsidR="0033039D" w:rsidRDefault="00574F4E">
      <w:pPr>
        <w:jc w:val="center"/>
      </w:pPr>
      <w:r>
        <w:t>Please complete one form per participant.</w:t>
      </w:r>
      <w:r w:rsidR="008A7D99">
        <w:t xml:space="preserve"> Return to jody@majoretteandtwirling.co.uk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3F6E0A21" w14:textId="77777777">
        <w:tc>
          <w:tcPr>
            <w:tcW w:w="11120" w:type="dxa"/>
            <w:shd w:val="clear" w:color="auto" w:fill="222222"/>
          </w:tcPr>
          <w:p w14:paraId="6A2C455E" w14:textId="77777777" w:rsidR="0033039D" w:rsidRDefault="00574F4E">
            <w:r>
              <w:rPr>
                <w:b/>
                <w:color w:val="FFFFFF"/>
              </w:rPr>
              <w:t>1. PARTICIPANT DETAILS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0"/>
        <w:gridCol w:w="5560"/>
      </w:tblGrid>
      <w:tr w:rsidR="0033039D" w14:paraId="42FE215B" w14:textId="77777777">
        <w:tc>
          <w:tcPr>
            <w:tcW w:w="5560" w:type="dxa"/>
          </w:tcPr>
          <w:p w14:paraId="7B876BCD" w14:textId="313D89EC" w:rsidR="0033039D" w:rsidRDefault="00574F4E">
            <w:r>
              <w:t>Participant Full Name</w:t>
            </w:r>
            <w:r>
              <w:br/>
            </w:r>
          </w:p>
        </w:tc>
        <w:tc>
          <w:tcPr>
            <w:tcW w:w="5560" w:type="dxa"/>
          </w:tcPr>
          <w:p w14:paraId="153F932F" w14:textId="3FBC2E00" w:rsidR="0033039D" w:rsidRDefault="00574F4E">
            <w:r>
              <w:t>Troupe Name</w:t>
            </w:r>
            <w:r>
              <w:br/>
            </w:r>
          </w:p>
        </w:tc>
      </w:tr>
      <w:tr w:rsidR="0033039D" w14:paraId="08FF9401" w14:textId="77777777">
        <w:tc>
          <w:tcPr>
            <w:tcW w:w="5560" w:type="dxa"/>
          </w:tcPr>
          <w:p w14:paraId="2A526B23" w14:textId="59662C3E" w:rsidR="0033039D" w:rsidRDefault="00574F4E">
            <w:r>
              <w:t>Date of Birth</w:t>
            </w:r>
            <w:r>
              <w:br/>
            </w:r>
          </w:p>
        </w:tc>
        <w:tc>
          <w:tcPr>
            <w:tcW w:w="5560" w:type="dxa"/>
          </w:tcPr>
          <w:p w14:paraId="36E4F7B4" w14:textId="6EA8B64A" w:rsidR="0033039D" w:rsidRDefault="00574F4E">
            <w:r>
              <w:t xml:space="preserve">Membership ☐ MTU ☐ </w:t>
            </w:r>
            <w:proofErr w:type="gramStart"/>
            <w:r>
              <w:t>Non-MTU</w:t>
            </w:r>
            <w:proofErr w:type="gramEnd"/>
            <w:r>
              <w:br/>
            </w:r>
          </w:p>
        </w:tc>
      </w:tr>
      <w:tr w:rsidR="0033039D" w14:paraId="26DE3A5E" w14:textId="77777777">
        <w:tc>
          <w:tcPr>
            <w:tcW w:w="5560" w:type="dxa"/>
          </w:tcPr>
          <w:p w14:paraId="4FDD9526" w14:textId="3AB7A9AA" w:rsidR="0033039D" w:rsidRDefault="00574F4E">
            <w:r>
              <w:t>Parent/Guardian (if under 18)</w:t>
            </w:r>
            <w:r>
              <w:br/>
            </w:r>
          </w:p>
        </w:tc>
        <w:tc>
          <w:tcPr>
            <w:tcW w:w="5560" w:type="dxa"/>
          </w:tcPr>
          <w:p w14:paraId="02AFA1C8" w14:textId="32F4A69D" w:rsidR="0033039D" w:rsidRDefault="00574F4E">
            <w:r>
              <w:t>Relationship</w:t>
            </w:r>
            <w:r>
              <w:br/>
            </w:r>
          </w:p>
        </w:tc>
      </w:tr>
      <w:tr w:rsidR="0033039D" w14:paraId="21AF2033" w14:textId="77777777">
        <w:tc>
          <w:tcPr>
            <w:tcW w:w="5560" w:type="dxa"/>
          </w:tcPr>
          <w:p w14:paraId="3671F148" w14:textId="56DEC1A5" w:rsidR="0033039D" w:rsidRDefault="00574F4E">
            <w:r>
              <w:t>Email</w:t>
            </w:r>
            <w:r>
              <w:br/>
            </w:r>
          </w:p>
        </w:tc>
        <w:tc>
          <w:tcPr>
            <w:tcW w:w="5560" w:type="dxa"/>
          </w:tcPr>
          <w:p w14:paraId="4C422C6D" w14:textId="6758DB37" w:rsidR="0033039D" w:rsidRDefault="00574F4E">
            <w:r>
              <w:t>Mobile</w:t>
            </w:r>
            <w:r>
              <w:br/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16BD4C37" w14:textId="77777777">
        <w:tc>
          <w:tcPr>
            <w:tcW w:w="11120" w:type="dxa"/>
            <w:shd w:val="clear" w:color="auto" w:fill="222222"/>
          </w:tcPr>
          <w:p w14:paraId="56730CC2" w14:textId="77777777" w:rsidR="0033039D" w:rsidRDefault="00574F4E">
            <w:r>
              <w:rPr>
                <w:b/>
                <w:color w:val="FFFFFF"/>
              </w:rPr>
              <w:t>2. TWIRLING PROFILE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5E92A3C9" w14:textId="77777777">
        <w:tc>
          <w:tcPr>
            <w:tcW w:w="11120" w:type="dxa"/>
          </w:tcPr>
          <w:p w14:paraId="7721965F" w14:textId="77777777" w:rsidR="0033039D" w:rsidRDefault="00574F4E">
            <w:r>
              <w:t>Current Twirling Standard / Grade</w:t>
            </w:r>
            <w:r>
              <w:br/>
            </w:r>
            <w:r>
              <w:br/>
              <w:t>____________________________________________________________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7C438EE2" w14:textId="77777777">
        <w:tc>
          <w:tcPr>
            <w:tcW w:w="11120" w:type="dxa"/>
            <w:shd w:val="clear" w:color="auto" w:fill="222222"/>
          </w:tcPr>
          <w:p w14:paraId="3AA237CD" w14:textId="77777777" w:rsidR="0033039D" w:rsidRDefault="00574F4E">
            <w:r>
              <w:rPr>
                <w:b/>
                <w:color w:val="FFFFFF"/>
              </w:rPr>
              <w:t>3. ATTENDANCE &amp; FEES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0"/>
        <w:gridCol w:w="5560"/>
      </w:tblGrid>
      <w:tr w:rsidR="0033039D" w14:paraId="081AF24C" w14:textId="77777777">
        <w:tc>
          <w:tcPr>
            <w:tcW w:w="5560" w:type="dxa"/>
          </w:tcPr>
          <w:p w14:paraId="46CD6505" w14:textId="77777777" w:rsidR="0033039D" w:rsidRDefault="00574F4E">
            <w:r>
              <w:t>Days</w:t>
            </w:r>
            <w:r>
              <w:br/>
              <w:t>☐ Both Days</w:t>
            </w:r>
            <w:r>
              <w:br/>
              <w:t>☐ Saturday</w:t>
            </w:r>
            <w:r>
              <w:br/>
              <w:t>☐ Sunday</w:t>
            </w:r>
          </w:p>
        </w:tc>
        <w:tc>
          <w:tcPr>
            <w:tcW w:w="5560" w:type="dxa"/>
          </w:tcPr>
          <w:p w14:paraId="50A94077" w14:textId="77777777" w:rsidR="0033039D" w:rsidRDefault="00574F4E">
            <w:r>
              <w:t>Fees</w:t>
            </w:r>
            <w:r>
              <w:br/>
              <w:t>☐ MTU £95 (2 Days)</w:t>
            </w:r>
            <w:r>
              <w:br/>
              <w:t>☐ MTU £55 (1 Day)</w:t>
            </w:r>
            <w:r>
              <w:br/>
            </w:r>
            <w:r>
              <w:t>☐</w:t>
            </w:r>
            <w:r>
              <w:t xml:space="preserve"> </w:t>
            </w:r>
            <w:proofErr w:type="gramStart"/>
            <w:r>
              <w:t>Non-MTU</w:t>
            </w:r>
            <w:proofErr w:type="gramEnd"/>
            <w:r>
              <w:t xml:space="preserve"> £99 (2 Days)</w:t>
            </w:r>
            <w:r>
              <w:br/>
              <w:t xml:space="preserve">☐ </w:t>
            </w:r>
            <w:proofErr w:type="gramStart"/>
            <w:r>
              <w:t>Non-MTU</w:t>
            </w:r>
            <w:proofErr w:type="gramEnd"/>
            <w:r>
              <w:t xml:space="preserve"> £59 (1 Day)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D1FB3" w14:paraId="5AF00611" w14:textId="77777777">
        <w:tc>
          <w:tcPr>
            <w:tcW w:w="11120" w:type="dxa"/>
            <w:shd w:val="clear" w:color="auto" w:fill="222222"/>
          </w:tcPr>
          <w:p w14:paraId="1CD96478" w14:textId="79A5C3E3" w:rsidR="003D1FB3" w:rsidRDefault="003D1FB3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4. EMERGENCY CONTACT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2A278875" w14:textId="77777777">
        <w:tc>
          <w:tcPr>
            <w:tcW w:w="11120" w:type="dxa"/>
          </w:tcPr>
          <w:p w14:paraId="371B375C" w14:textId="0FBA7CE1" w:rsidR="0033039D" w:rsidRDefault="00574F4E">
            <w:r>
              <w:t>Name __________</w:t>
            </w:r>
            <w:r w:rsidR="003D1FB3">
              <w:t>_______</w:t>
            </w:r>
            <w:r>
              <w:t>_______</w:t>
            </w:r>
            <w:proofErr w:type="gramStart"/>
            <w:r>
              <w:t>_</w:t>
            </w:r>
            <w:r w:rsidR="003D1FB3">
              <w:t xml:space="preserve">  </w:t>
            </w:r>
            <w:r>
              <w:t>Relationship</w:t>
            </w:r>
            <w:proofErr w:type="gramEnd"/>
            <w:r>
              <w:t xml:space="preserve"> ________</w:t>
            </w:r>
            <w:r w:rsidR="003D1FB3">
              <w:t>______</w:t>
            </w:r>
            <w:r>
              <w:t>__________Telephone _____________</w:t>
            </w:r>
            <w:r w:rsidR="003D1FB3">
              <w:t>_____</w:t>
            </w:r>
            <w:r>
              <w:t>_____</w:t>
            </w:r>
            <w:r>
              <w:br/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37B9E84C" w14:textId="77777777">
        <w:tc>
          <w:tcPr>
            <w:tcW w:w="11120" w:type="dxa"/>
            <w:shd w:val="clear" w:color="auto" w:fill="222222"/>
          </w:tcPr>
          <w:p w14:paraId="49AAC7A5" w14:textId="77777777" w:rsidR="0033039D" w:rsidRDefault="00574F4E">
            <w:r>
              <w:rPr>
                <w:b/>
                <w:color w:val="FFFFFF"/>
              </w:rPr>
              <w:t>5. HEALTH / MEDICAL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2464A805" w14:textId="77777777">
        <w:tc>
          <w:tcPr>
            <w:tcW w:w="11120" w:type="dxa"/>
          </w:tcPr>
          <w:p w14:paraId="026942C9" w14:textId="77777777" w:rsidR="0033039D" w:rsidRDefault="00574F4E">
            <w:r>
              <w:t>Medical conditions, allergies or medication:</w:t>
            </w:r>
            <w:r>
              <w:br/>
            </w:r>
          </w:p>
          <w:p w14:paraId="72117FE7" w14:textId="20E0E6FF" w:rsidR="003D1FB3" w:rsidRDefault="003D1FB3"/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2E807FD8" w14:textId="77777777" w:rsidTr="003D1FB3">
        <w:trPr>
          <w:trHeight w:val="245"/>
        </w:trPr>
        <w:tc>
          <w:tcPr>
            <w:tcW w:w="11120" w:type="dxa"/>
            <w:shd w:val="clear" w:color="auto" w:fill="222222"/>
          </w:tcPr>
          <w:p w14:paraId="448E9F42" w14:textId="77777777" w:rsidR="0033039D" w:rsidRDefault="00574F4E">
            <w:r>
              <w:rPr>
                <w:b/>
                <w:color w:val="FFFFFF"/>
              </w:rPr>
              <w:t>6. DECLARATION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4F2F9D64" w14:textId="77777777">
        <w:tc>
          <w:tcPr>
            <w:tcW w:w="11120" w:type="dxa"/>
          </w:tcPr>
          <w:p w14:paraId="12B54548" w14:textId="6B43D9B5" w:rsidR="0033039D" w:rsidRDefault="00574F4E">
            <w:r>
              <w:t>☐</w:t>
            </w:r>
            <w:r>
              <w:t xml:space="preserve"> Emergency treatment consent</w:t>
            </w:r>
            <w:r>
              <w:br/>
              <w:t>☐ Photo/video consent</w:t>
            </w:r>
            <w:r>
              <w:br/>
              <w:t>☐ Data processing consent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0F86A088" w14:textId="77777777" w:rsidTr="003D1FB3">
        <w:trPr>
          <w:trHeight w:val="264"/>
        </w:trPr>
        <w:tc>
          <w:tcPr>
            <w:tcW w:w="11120" w:type="dxa"/>
            <w:shd w:val="clear" w:color="auto" w:fill="222222"/>
          </w:tcPr>
          <w:p w14:paraId="70B5F50B" w14:textId="77777777" w:rsidR="0033039D" w:rsidRDefault="00574F4E">
            <w:r>
              <w:rPr>
                <w:b/>
                <w:color w:val="FFFFFF"/>
              </w:rPr>
              <w:t>7. PAYMENT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0"/>
      </w:tblGrid>
      <w:tr w:rsidR="0033039D" w14:paraId="57966A63" w14:textId="77777777">
        <w:tc>
          <w:tcPr>
            <w:tcW w:w="11120" w:type="dxa"/>
          </w:tcPr>
          <w:p w14:paraId="478F218D" w14:textId="65E835CC" w:rsidR="003D1FB3" w:rsidRDefault="00574F4E">
            <w:r>
              <w:t>☐</w:t>
            </w:r>
            <w:r>
              <w:t xml:space="preserve"> £25 </w:t>
            </w:r>
            <w:proofErr w:type="gramStart"/>
            <w:r>
              <w:t xml:space="preserve">Deposit  </w:t>
            </w:r>
            <w:r w:rsidR="003D1FB3">
              <w:t>-</w:t>
            </w:r>
            <w:proofErr w:type="gramEnd"/>
            <w:r w:rsidR="003D1FB3">
              <w:t xml:space="preserve"> PAYABLE IMMEDIATELY - Deposit non-refundable. </w:t>
            </w:r>
          </w:p>
          <w:p w14:paraId="3AC94CDC" w14:textId="6C6C84F2" w:rsidR="003D1FB3" w:rsidRDefault="003D1FB3" w:rsidP="003D1FB3">
            <w:proofErr w:type="gramStart"/>
            <w:r>
              <w:t>Balance :</w:t>
            </w:r>
            <w:proofErr w:type="gramEnd"/>
            <w: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Split Payments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Pay in Full – DUE BY 1-10-26</w:t>
            </w:r>
          </w:p>
        </w:tc>
      </w:tr>
      <w:tr w:rsidR="003D1FB3" w14:paraId="666C3124" w14:textId="77777777">
        <w:tc>
          <w:tcPr>
            <w:tcW w:w="11120" w:type="dxa"/>
          </w:tcPr>
          <w:p w14:paraId="35B7C779" w14:textId="4E609AE8" w:rsidR="003D1FB3" w:rsidRDefault="003D1FB3">
            <w:r>
              <w:t>Bank: Majorette &amp; Twirling Union</w:t>
            </w:r>
            <w:r w:rsidR="00677D65">
              <w:t xml:space="preserve"> - </w:t>
            </w:r>
            <w:r>
              <w:t>Sort Code: 30-96-67</w:t>
            </w:r>
            <w:r w:rsidR="00677D65">
              <w:t xml:space="preserve"> – </w:t>
            </w:r>
            <w:r>
              <w:t>Account</w:t>
            </w:r>
            <w:r w:rsidR="00677D65">
              <w:t xml:space="preserve"> </w:t>
            </w:r>
            <w:proofErr w:type="gramStart"/>
            <w:r w:rsidR="00677D65">
              <w:t xml:space="preserve">Number </w:t>
            </w:r>
            <w:r>
              <w:t>:</w:t>
            </w:r>
            <w:proofErr w:type="gramEnd"/>
            <w:r>
              <w:t xml:space="preserve"> 00800710</w:t>
            </w:r>
          </w:p>
        </w:tc>
      </w:tr>
    </w:tbl>
    <w:p w14:paraId="407C4955" w14:textId="77777777" w:rsidR="003317F8" w:rsidRDefault="003317F8"/>
    <w:sectPr w:rsidR="003317F8" w:rsidSect="00034616">
      <w:pgSz w:w="12240" w:h="15840"/>
      <w:pgMar w:top="1440" w:right="560" w:bottom="144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2951137">
    <w:abstractNumId w:val="8"/>
  </w:num>
  <w:num w:numId="2" w16cid:durableId="1989019035">
    <w:abstractNumId w:val="6"/>
  </w:num>
  <w:num w:numId="3" w16cid:durableId="307904242">
    <w:abstractNumId w:val="5"/>
  </w:num>
  <w:num w:numId="4" w16cid:durableId="1470050267">
    <w:abstractNumId w:val="4"/>
  </w:num>
  <w:num w:numId="5" w16cid:durableId="774399918">
    <w:abstractNumId w:val="7"/>
  </w:num>
  <w:num w:numId="6" w16cid:durableId="408969900">
    <w:abstractNumId w:val="3"/>
  </w:num>
  <w:num w:numId="7" w16cid:durableId="1881546393">
    <w:abstractNumId w:val="2"/>
  </w:num>
  <w:num w:numId="8" w16cid:durableId="1183209118">
    <w:abstractNumId w:val="1"/>
  </w:num>
  <w:num w:numId="9" w16cid:durableId="182245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039D"/>
    <w:rsid w:val="003317F8"/>
    <w:rsid w:val="003D1FB3"/>
    <w:rsid w:val="00677D65"/>
    <w:rsid w:val="008A7D99"/>
    <w:rsid w:val="00AA1D8D"/>
    <w:rsid w:val="00B47730"/>
    <w:rsid w:val="00C012D5"/>
    <w:rsid w:val="00CB0664"/>
    <w:rsid w:val="00F802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CDE39D"/>
  <w14:defaultImageDpi w14:val="300"/>
  <w15:docId w15:val="{66A5DA3B-2CBF-4864-B38E-7D9A50F0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Jody Francis</cp:lastModifiedBy>
  <cp:revision>3</cp:revision>
  <dcterms:created xsi:type="dcterms:W3CDTF">2013-12-23T23:15:00Z</dcterms:created>
  <dcterms:modified xsi:type="dcterms:W3CDTF">2026-07-23T13:23:00Z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e21e66fa-f699-4681-8100-87b4cd324bfb</vt:lpwstr>
  </property>
</Properties>
</file>