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JhengHei" w:hAnsi="Microsoft JhengHei"/>
          <w:b/>
          <w:color w:val="294B72"/>
          <w:sz w:val="36"/>
        </w:rPr>
        <w:t>青年跨文化領袖培訓計劃 2026–2027</w:t>
      </w:r>
    </w:p>
    <w:p>
      <w:pPr>
        <w:jc w:val="center"/>
      </w:pPr>
      <w:r>
        <w:rPr>
          <w:rFonts w:ascii="Microsoft JhengHei" w:hAnsi="Microsoft JhengHei"/>
          <w:color w:val="5A5A5A"/>
          <w:sz w:val="28"/>
        </w:rPr>
        <w:t>報名表格</w:t>
      </w:r>
    </w:p>
    <w:p/>
    <w:p>
      <w:r>
        <w:rPr>
          <w:rFonts w:ascii="Microsoft JhengHei" w:hAnsi="Microsoft JhengHei"/>
          <w:color w:val="C83232"/>
          <w:sz w:val="20"/>
        </w:rPr>
        <w:t>* 表示必填問題</w:t>
      </w:r>
    </w:p>
    <w:p>
      <w:pPr>
        <w:spacing w:before="240" w:after="80"/>
      </w:pPr>
      <w:r>
        <w:rPr>
          <w:rFonts w:ascii="Microsoft JhengHei" w:hAnsi="Microsoft JhengHei"/>
          <w:b/>
          <w:sz w:val="22"/>
        </w:rPr>
        <w:t>1. 中文姓名</w:t>
      </w:r>
      <w:r>
        <w:rPr>
          <w:rFonts w:ascii="Microsoft JhengHei" w:hAnsi="Microsoft JhengHei"/>
          <w:b/>
          <w:color w:val="C83232"/>
          <w:sz w:val="22"/>
        </w:rPr>
        <w:t xml:space="preserve"> *</w:t>
      </w:r>
    </w:p>
    <w:p>
      <w:pPr>
        <w:spacing w:after="160"/>
        <w:ind w:left="360"/>
      </w:pPr>
      <w:r>
        <w:rPr>
          <w:rFonts w:ascii="Microsoft JhengHei" w:hAnsi="Microsoft JhengHei"/>
          <w:i/>
          <w:color w:val="787878"/>
          <w:sz w:val="20"/>
        </w:rPr>
        <w:t>類型：文字短答</w:t>
      </w:r>
    </w:p>
    <w:p>
      <w:pPr>
        <w:spacing w:after="240"/>
        <w:ind w:left="360"/>
      </w:pPr>
      <w:r>
        <w:t>答：____________________________________________________</w:t>
      </w:r>
    </w:p>
    <w:p>
      <w:pPr>
        <w:spacing w:before="240" w:after="80"/>
      </w:pPr>
      <w:r>
        <w:rPr>
          <w:rFonts w:ascii="Microsoft JhengHei" w:hAnsi="Microsoft JhengHei"/>
          <w:b/>
          <w:sz w:val="22"/>
        </w:rPr>
        <w:t>2. 英文姓名</w:t>
      </w:r>
      <w:r>
        <w:rPr>
          <w:rFonts w:ascii="Microsoft JhengHei" w:hAnsi="Microsoft JhengHei"/>
          <w:b/>
          <w:color w:val="C83232"/>
          <w:sz w:val="22"/>
        </w:rPr>
        <w:t xml:space="preserve"> *</w:t>
      </w:r>
    </w:p>
    <w:p>
      <w:pPr>
        <w:spacing w:after="160"/>
        <w:ind w:left="360"/>
      </w:pPr>
      <w:r>
        <w:rPr>
          <w:rFonts w:ascii="Microsoft JhengHei" w:hAnsi="Microsoft JhengHei"/>
          <w:i/>
          <w:color w:val="787878"/>
          <w:sz w:val="20"/>
        </w:rPr>
        <w:t>類型：文字短答</w:t>
      </w:r>
    </w:p>
    <w:p>
      <w:pPr>
        <w:spacing w:after="240"/>
        <w:ind w:left="360"/>
      </w:pPr>
      <w:r>
        <w:t>答：____________________________________________________</w:t>
      </w:r>
    </w:p>
    <w:p>
      <w:pPr>
        <w:spacing w:before="240" w:after="80"/>
      </w:pPr>
      <w:r>
        <w:rPr>
          <w:rFonts w:ascii="Microsoft JhengHei" w:hAnsi="Microsoft JhengHei"/>
          <w:b/>
          <w:sz w:val="22"/>
        </w:rPr>
        <w:t>3. 性別</w:t>
      </w:r>
    </w:p>
    <w:p>
      <w:pPr>
        <w:spacing w:after="160"/>
        <w:ind w:left="360"/>
      </w:pPr>
      <w:r>
        <w:rPr>
          <w:rFonts w:ascii="Microsoft JhengHei" w:hAnsi="Microsoft JhengHei"/>
          <w:i/>
          <w:color w:val="787878"/>
          <w:sz w:val="20"/>
        </w:rPr>
        <w:t>類型：單選 (男 / 女)</w:t>
      </w:r>
    </w:p>
    <w:p>
      <w:pPr>
        <w:spacing w:after="240"/>
        <w:ind w:left="360"/>
      </w:pPr>
      <w:r>
        <w:t>答：____________________________________________________</w:t>
      </w:r>
    </w:p>
    <w:p>
      <w:pPr>
        <w:spacing w:before="240" w:after="80"/>
      </w:pPr>
      <w:r>
        <w:rPr>
          <w:rFonts w:ascii="Microsoft JhengHei" w:hAnsi="Microsoft JhengHei"/>
          <w:b/>
          <w:sz w:val="22"/>
        </w:rPr>
        <w:t>4. 就讀院校及級別</w:t>
      </w:r>
      <w:r>
        <w:rPr>
          <w:rFonts w:ascii="Microsoft JhengHei" w:hAnsi="Microsoft JhengHei"/>
          <w:b/>
          <w:color w:val="C83232"/>
          <w:sz w:val="22"/>
        </w:rPr>
        <w:t xml:space="preserve"> *</w:t>
      </w:r>
    </w:p>
    <w:p>
      <w:pPr>
        <w:spacing w:after="160"/>
        <w:ind w:left="360"/>
      </w:pPr>
      <w:r>
        <w:rPr>
          <w:rFonts w:ascii="Microsoft JhengHei" w:hAnsi="Microsoft JhengHei"/>
          <w:i/>
          <w:color w:val="787878"/>
          <w:sz w:val="20"/>
        </w:rPr>
        <w:t>類型：文字短答</w:t>
      </w:r>
    </w:p>
    <w:p>
      <w:pPr>
        <w:spacing w:after="240"/>
        <w:ind w:left="360"/>
      </w:pPr>
      <w:r>
        <w:t>答：____________________________________________________</w:t>
      </w:r>
    </w:p>
    <w:p>
      <w:pPr>
        <w:spacing w:before="240" w:after="80"/>
      </w:pPr>
      <w:r>
        <w:rPr>
          <w:rFonts w:ascii="Microsoft JhengHei" w:hAnsi="Microsoft JhengHei"/>
          <w:b/>
          <w:sz w:val="22"/>
        </w:rPr>
        <w:t>5. 學業成績證明</w:t>
      </w:r>
      <w:r>
        <w:rPr>
          <w:rFonts w:ascii="Microsoft JhengHei" w:hAnsi="Microsoft JhengHei"/>
          <w:b/>
          <w:color w:val="C83232"/>
          <w:sz w:val="22"/>
        </w:rPr>
        <w:t xml:space="preserve"> *</w:t>
      </w:r>
    </w:p>
    <w:p>
      <w:pPr>
        <w:spacing w:after="160"/>
        <w:ind w:left="360"/>
      </w:pPr>
      <w:r>
        <w:rPr>
          <w:rFonts w:ascii="Microsoft JhengHei" w:hAnsi="Microsoft JhengHei"/>
          <w:i/>
          <w:color w:val="787878"/>
          <w:sz w:val="20"/>
        </w:rPr>
        <w:t>類型：檔案上傳（最多可上載 10 個支援的檔案，每個檔案的大小上限為 10 MB。）</w:t>
      </w:r>
    </w:p>
    <w:p>
      <w:pPr>
        <w:spacing w:after="240"/>
        <w:ind w:left="360"/>
      </w:pPr>
      <w:r>
        <w:t>答：____________________________________________________</w:t>
      </w:r>
    </w:p>
    <w:p>
      <w:pPr>
        <w:spacing w:before="240" w:after="80"/>
      </w:pPr>
      <w:r>
        <w:rPr>
          <w:rFonts w:ascii="Microsoft JhengHei" w:hAnsi="Microsoft JhengHei"/>
          <w:b/>
          <w:sz w:val="22"/>
        </w:rPr>
        <w:t>6. 聯絡電話</w:t>
      </w:r>
      <w:r>
        <w:rPr>
          <w:rFonts w:ascii="Microsoft JhengHei" w:hAnsi="Microsoft JhengHei"/>
          <w:b/>
          <w:color w:val="C83232"/>
          <w:sz w:val="22"/>
        </w:rPr>
        <w:t xml:space="preserve"> *</w:t>
      </w:r>
    </w:p>
    <w:p>
      <w:pPr>
        <w:spacing w:after="160"/>
        <w:ind w:left="360"/>
      </w:pPr>
      <w:r>
        <w:rPr>
          <w:rFonts w:ascii="Microsoft JhengHei" w:hAnsi="Microsoft JhengHei"/>
          <w:i/>
          <w:color w:val="787878"/>
          <w:sz w:val="20"/>
        </w:rPr>
        <w:t>類型：文字短答</w:t>
      </w:r>
    </w:p>
    <w:p>
      <w:pPr>
        <w:spacing w:after="240"/>
        <w:ind w:left="360"/>
      </w:pPr>
      <w:r>
        <w:t>答：____________________________________________________</w:t>
      </w:r>
    </w:p>
    <w:p>
      <w:pPr>
        <w:spacing w:before="240" w:after="80"/>
      </w:pPr>
      <w:r>
        <w:rPr>
          <w:rFonts w:ascii="Microsoft JhengHei" w:hAnsi="Microsoft JhengHei"/>
          <w:b/>
          <w:sz w:val="22"/>
        </w:rPr>
        <w:t>7. 電郵地址</w:t>
      </w:r>
      <w:r>
        <w:rPr>
          <w:rFonts w:ascii="Microsoft JhengHei" w:hAnsi="Microsoft JhengHei"/>
          <w:b/>
          <w:color w:val="C83232"/>
          <w:sz w:val="22"/>
        </w:rPr>
        <w:t xml:space="preserve"> *</w:t>
      </w:r>
    </w:p>
    <w:p>
      <w:pPr>
        <w:spacing w:after="160"/>
        <w:ind w:left="360"/>
      </w:pPr>
      <w:r>
        <w:rPr>
          <w:rFonts w:ascii="Microsoft JhengHei" w:hAnsi="Microsoft JhengHei"/>
          <w:i/>
          <w:color w:val="787878"/>
          <w:sz w:val="20"/>
        </w:rPr>
        <w:t>類型：文字短答</w:t>
      </w:r>
    </w:p>
    <w:p>
      <w:pPr>
        <w:spacing w:after="240"/>
        <w:ind w:left="360"/>
      </w:pPr>
      <w:r>
        <w:t>答：____________________________________________________</w:t>
      </w:r>
    </w:p>
    <w:p>
      <w:pPr>
        <w:spacing w:before="240" w:after="80"/>
      </w:pPr>
      <w:r>
        <w:rPr>
          <w:rFonts w:ascii="Microsoft JhengHei" w:hAnsi="Microsoft JhengHei"/>
          <w:b/>
          <w:sz w:val="22"/>
        </w:rPr>
        <w:t>8. 中／英文個人陳述 (Personal Statement)，闡述對東亞研究或跨文化議題的興趣。</w:t>
      </w:r>
      <w:r>
        <w:rPr>
          <w:rFonts w:ascii="Microsoft JhengHei" w:hAnsi="Microsoft JhengHei"/>
          <w:b/>
          <w:color w:val="C83232"/>
          <w:sz w:val="22"/>
        </w:rPr>
        <w:t xml:space="preserve"> *</w:t>
      </w:r>
    </w:p>
    <w:p>
      <w:pPr>
        <w:spacing w:after="160"/>
        <w:ind w:left="360"/>
      </w:pPr>
      <w:r>
        <w:rPr>
          <w:rFonts w:ascii="Microsoft JhengHei" w:hAnsi="Microsoft JhengHei"/>
          <w:i/>
          <w:color w:val="787878"/>
          <w:sz w:val="20"/>
        </w:rPr>
        <w:t>類型：文字長答</w:t>
      </w:r>
    </w:p>
    <w:p>
      <w:pPr>
        <w:spacing w:after="240"/>
        <w:ind w:left="360"/>
      </w:pPr>
      <w:r>
        <w:t>答：____________________________________________________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