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C43D7F" w14:textId="77777777" w:rsidR="005039AC" w:rsidRDefault="00984B4D">
      <w:pPr>
        <w:jc w:val="center"/>
      </w:pPr>
      <w:r>
        <w:rPr>
          <w:b/>
          <w:sz w:val="32"/>
        </w:rPr>
        <w:t>PIKE ANIMAL WELFARE SHELTER</w:t>
      </w:r>
      <w:r>
        <w:rPr>
          <w:b/>
          <w:sz w:val="32"/>
        </w:rPr>
        <w:br/>
      </w:r>
      <w:r>
        <w:rPr>
          <w:b/>
          <w:sz w:val="24"/>
        </w:rPr>
        <w:t>PAWS-004 FOSTER CARE AGREEMENT</w:t>
      </w:r>
    </w:p>
    <w:p w14:paraId="6977EE47" w14:textId="77777777" w:rsidR="005039AC" w:rsidRDefault="00984B4D">
      <w:r>
        <w:t>This agreement outlines the responsibilities of approved foster caregivers housing animals owned by Pike Animal Welfare Shelter.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80"/>
        <w:gridCol w:w="2780"/>
        <w:gridCol w:w="2780"/>
        <w:gridCol w:w="2780"/>
      </w:tblGrid>
      <w:tr w:rsidR="005039AC" w14:paraId="487B9D49" w14:textId="77777777">
        <w:trPr>
          <w:jc w:val="center"/>
        </w:trPr>
        <w:tc>
          <w:tcPr>
            <w:tcW w:w="2780" w:type="dxa"/>
          </w:tcPr>
          <w:p w14:paraId="38FCFC06" w14:textId="77777777" w:rsidR="005039AC" w:rsidRDefault="00984B4D">
            <w:r>
              <w:t>Date</w:t>
            </w:r>
          </w:p>
        </w:tc>
        <w:tc>
          <w:tcPr>
            <w:tcW w:w="2780" w:type="dxa"/>
          </w:tcPr>
          <w:p w14:paraId="5C5D510A" w14:textId="77777777" w:rsidR="005039AC" w:rsidRDefault="00984B4D">
            <w:r>
              <w:t>________________</w:t>
            </w:r>
          </w:p>
        </w:tc>
        <w:tc>
          <w:tcPr>
            <w:tcW w:w="2780" w:type="dxa"/>
          </w:tcPr>
          <w:p w14:paraId="02FAC4D4" w14:textId="77777777" w:rsidR="005039AC" w:rsidRDefault="00984B4D">
            <w:r>
              <w:t>Foster Start</w:t>
            </w:r>
          </w:p>
        </w:tc>
        <w:tc>
          <w:tcPr>
            <w:tcW w:w="2780" w:type="dxa"/>
          </w:tcPr>
          <w:p w14:paraId="695DA479" w14:textId="77777777" w:rsidR="005039AC" w:rsidRDefault="00984B4D">
            <w:r>
              <w:t>________________</w:t>
            </w:r>
          </w:p>
        </w:tc>
      </w:tr>
      <w:tr w:rsidR="005039AC" w14:paraId="18CB364F" w14:textId="77777777">
        <w:trPr>
          <w:jc w:val="center"/>
        </w:trPr>
        <w:tc>
          <w:tcPr>
            <w:tcW w:w="2780" w:type="dxa"/>
          </w:tcPr>
          <w:p w14:paraId="494DD681" w14:textId="77777777" w:rsidR="005039AC" w:rsidRDefault="00984B4D">
            <w:r>
              <w:t>Expected Return</w:t>
            </w:r>
          </w:p>
        </w:tc>
        <w:tc>
          <w:tcPr>
            <w:tcW w:w="2780" w:type="dxa"/>
          </w:tcPr>
          <w:p w14:paraId="4A2AFCA9" w14:textId="77777777" w:rsidR="005039AC" w:rsidRDefault="00984B4D">
            <w:r>
              <w:t>________________</w:t>
            </w:r>
          </w:p>
        </w:tc>
        <w:tc>
          <w:tcPr>
            <w:tcW w:w="2780" w:type="dxa"/>
          </w:tcPr>
          <w:p w14:paraId="6E2BCB83" w14:textId="77777777" w:rsidR="005039AC" w:rsidRDefault="00984B4D">
            <w:r>
              <w:t>Staff Initials</w:t>
            </w:r>
          </w:p>
        </w:tc>
        <w:tc>
          <w:tcPr>
            <w:tcW w:w="2780" w:type="dxa"/>
          </w:tcPr>
          <w:p w14:paraId="212B64EA" w14:textId="77777777" w:rsidR="005039AC" w:rsidRDefault="00984B4D">
            <w:r>
              <w:t>________________</w:t>
            </w:r>
          </w:p>
        </w:tc>
      </w:tr>
      <w:tr w:rsidR="005039AC" w14:paraId="26A0B491" w14:textId="77777777">
        <w:trPr>
          <w:jc w:val="center"/>
        </w:trPr>
        <w:tc>
          <w:tcPr>
            <w:tcW w:w="2780" w:type="dxa"/>
          </w:tcPr>
          <w:p w14:paraId="46EF2B3F" w14:textId="77777777" w:rsidR="005039AC" w:rsidRDefault="00984B4D">
            <w:r>
              <w:t>Foster Name</w:t>
            </w:r>
          </w:p>
        </w:tc>
        <w:tc>
          <w:tcPr>
            <w:tcW w:w="2780" w:type="dxa"/>
          </w:tcPr>
          <w:p w14:paraId="605AF2B7" w14:textId="77777777" w:rsidR="005039AC" w:rsidRDefault="00984B4D">
            <w:r>
              <w:t>________________</w:t>
            </w:r>
          </w:p>
        </w:tc>
        <w:tc>
          <w:tcPr>
            <w:tcW w:w="2780" w:type="dxa"/>
          </w:tcPr>
          <w:p w14:paraId="1C1E46BA" w14:textId="77777777" w:rsidR="005039AC" w:rsidRDefault="00984B4D">
            <w:r>
              <w:t>Phone</w:t>
            </w:r>
          </w:p>
        </w:tc>
        <w:tc>
          <w:tcPr>
            <w:tcW w:w="2780" w:type="dxa"/>
          </w:tcPr>
          <w:p w14:paraId="508C04CB" w14:textId="77777777" w:rsidR="005039AC" w:rsidRDefault="00984B4D">
            <w:r>
              <w:t>________________</w:t>
            </w:r>
          </w:p>
        </w:tc>
      </w:tr>
      <w:tr w:rsidR="005039AC" w14:paraId="6FA26A23" w14:textId="77777777">
        <w:trPr>
          <w:jc w:val="center"/>
        </w:trPr>
        <w:tc>
          <w:tcPr>
            <w:tcW w:w="2780" w:type="dxa"/>
          </w:tcPr>
          <w:p w14:paraId="7E3BE9D3" w14:textId="77777777" w:rsidR="005039AC" w:rsidRDefault="00984B4D">
            <w:r>
              <w:t>Email</w:t>
            </w:r>
          </w:p>
        </w:tc>
        <w:tc>
          <w:tcPr>
            <w:tcW w:w="2780" w:type="dxa"/>
          </w:tcPr>
          <w:p w14:paraId="5B864AF9" w14:textId="77777777" w:rsidR="005039AC" w:rsidRDefault="00984B4D">
            <w:r>
              <w:t>________________</w:t>
            </w:r>
          </w:p>
        </w:tc>
        <w:tc>
          <w:tcPr>
            <w:tcW w:w="2780" w:type="dxa"/>
          </w:tcPr>
          <w:p w14:paraId="49F70DF2" w14:textId="77777777" w:rsidR="005039AC" w:rsidRDefault="00984B4D">
            <w:r>
              <w:t>Emergency Contact</w:t>
            </w:r>
          </w:p>
        </w:tc>
        <w:tc>
          <w:tcPr>
            <w:tcW w:w="2780" w:type="dxa"/>
          </w:tcPr>
          <w:p w14:paraId="25DECE70" w14:textId="77777777" w:rsidR="005039AC" w:rsidRDefault="00984B4D">
            <w:r>
              <w:t>________________</w:t>
            </w:r>
          </w:p>
        </w:tc>
      </w:tr>
      <w:tr w:rsidR="005039AC" w14:paraId="6D587FF2" w14:textId="77777777">
        <w:trPr>
          <w:jc w:val="center"/>
        </w:trPr>
        <w:tc>
          <w:tcPr>
            <w:tcW w:w="2780" w:type="dxa"/>
          </w:tcPr>
          <w:p w14:paraId="44CEBD8C" w14:textId="77777777" w:rsidR="005039AC" w:rsidRDefault="00984B4D">
            <w:r>
              <w:t>Address</w:t>
            </w:r>
          </w:p>
        </w:tc>
        <w:tc>
          <w:tcPr>
            <w:tcW w:w="2780" w:type="dxa"/>
          </w:tcPr>
          <w:p w14:paraId="4A4A6EDD" w14:textId="77777777" w:rsidR="005039AC" w:rsidRDefault="00984B4D">
            <w:r>
              <w:t>________________</w:t>
            </w:r>
          </w:p>
        </w:tc>
        <w:tc>
          <w:tcPr>
            <w:tcW w:w="2780" w:type="dxa"/>
          </w:tcPr>
          <w:p w14:paraId="248BE74F" w14:textId="77777777" w:rsidR="005039AC" w:rsidRDefault="00984B4D">
            <w:r>
              <w:t>City/State/ZIP</w:t>
            </w:r>
          </w:p>
        </w:tc>
        <w:tc>
          <w:tcPr>
            <w:tcW w:w="2780" w:type="dxa"/>
          </w:tcPr>
          <w:p w14:paraId="26357F11" w14:textId="77777777" w:rsidR="005039AC" w:rsidRDefault="00984B4D">
            <w:r>
              <w:t>________________</w:t>
            </w:r>
          </w:p>
        </w:tc>
      </w:tr>
      <w:tr w:rsidR="005039AC" w14:paraId="7AE6D81E" w14:textId="77777777">
        <w:trPr>
          <w:jc w:val="center"/>
        </w:trPr>
        <w:tc>
          <w:tcPr>
            <w:tcW w:w="2780" w:type="dxa"/>
          </w:tcPr>
          <w:p w14:paraId="77315FC5" w14:textId="77777777" w:rsidR="005039AC" w:rsidRDefault="00984B4D">
            <w:r>
              <w:t>Driver's License #</w:t>
            </w:r>
          </w:p>
        </w:tc>
        <w:tc>
          <w:tcPr>
            <w:tcW w:w="2780" w:type="dxa"/>
          </w:tcPr>
          <w:p w14:paraId="3C340852" w14:textId="77777777" w:rsidR="005039AC" w:rsidRDefault="00984B4D">
            <w:r>
              <w:t>________________</w:t>
            </w:r>
          </w:p>
        </w:tc>
        <w:tc>
          <w:tcPr>
            <w:tcW w:w="2780" w:type="dxa"/>
          </w:tcPr>
          <w:p w14:paraId="33300017" w14:textId="77777777" w:rsidR="005039AC" w:rsidRDefault="00984B4D">
            <w:r>
              <w:t>Approved Foster</w:t>
            </w:r>
          </w:p>
        </w:tc>
        <w:tc>
          <w:tcPr>
            <w:tcW w:w="2780" w:type="dxa"/>
          </w:tcPr>
          <w:p w14:paraId="53804513" w14:textId="77777777" w:rsidR="005039AC" w:rsidRDefault="00984B4D">
            <w:r>
              <w:t>________________</w:t>
            </w:r>
          </w:p>
        </w:tc>
      </w:tr>
      <w:tr w:rsidR="005039AC" w14:paraId="5289CA74" w14:textId="77777777">
        <w:trPr>
          <w:jc w:val="center"/>
        </w:trPr>
        <w:tc>
          <w:tcPr>
            <w:tcW w:w="2780" w:type="dxa"/>
          </w:tcPr>
          <w:p w14:paraId="04FDFE86" w14:textId="77777777" w:rsidR="005039AC" w:rsidRDefault="00984B4D">
            <w:r>
              <w:t>Animal Name</w:t>
            </w:r>
          </w:p>
        </w:tc>
        <w:tc>
          <w:tcPr>
            <w:tcW w:w="2780" w:type="dxa"/>
          </w:tcPr>
          <w:p w14:paraId="1F1A0551" w14:textId="77777777" w:rsidR="005039AC" w:rsidRDefault="00984B4D">
            <w:r>
              <w:t>________________</w:t>
            </w:r>
          </w:p>
        </w:tc>
        <w:tc>
          <w:tcPr>
            <w:tcW w:w="2780" w:type="dxa"/>
          </w:tcPr>
          <w:p w14:paraId="444AB577" w14:textId="77777777" w:rsidR="005039AC" w:rsidRDefault="00984B4D">
            <w:r>
              <w:t>Species/Breed</w:t>
            </w:r>
          </w:p>
        </w:tc>
        <w:tc>
          <w:tcPr>
            <w:tcW w:w="2780" w:type="dxa"/>
          </w:tcPr>
          <w:p w14:paraId="01206330" w14:textId="77777777" w:rsidR="005039AC" w:rsidRDefault="00984B4D">
            <w:r>
              <w:t>________________</w:t>
            </w:r>
          </w:p>
        </w:tc>
      </w:tr>
    </w:tbl>
    <w:p w14:paraId="0B28AFD1" w14:textId="77777777" w:rsidR="005039AC" w:rsidRDefault="00984B4D">
      <w:pPr>
        <w:pStyle w:val="Heading2"/>
      </w:pPr>
      <w:r>
        <w:t>HOUSEHOLD INFORMATION</w:t>
      </w:r>
    </w:p>
    <w:p w14:paraId="32EDA48B" w14:textId="77777777" w:rsidR="005039AC" w:rsidRDefault="00984B4D" w:rsidP="00D63F1A">
      <w:pPr>
        <w:spacing w:line="240" w:lineRule="auto"/>
      </w:pPr>
      <w:r>
        <w:t>Adults in Home: ______   Children in Home: ______   Ages: __________________</w:t>
      </w:r>
    </w:p>
    <w:p w14:paraId="61CE2423" w14:textId="77777777" w:rsidR="005039AC" w:rsidRDefault="00984B4D" w:rsidP="00D63F1A">
      <w:pPr>
        <w:spacing w:line="240" w:lineRule="auto"/>
      </w:pPr>
      <w:r>
        <w:t>Do all household members agree to foster?  ☐ Yes ☐ No</w:t>
      </w:r>
    </w:p>
    <w:p w14:paraId="3C4D4308" w14:textId="77777777" w:rsidR="005039AC" w:rsidRDefault="00984B4D" w:rsidP="00D63F1A">
      <w:pPr>
        <w:spacing w:line="240" w:lineRule="auto"/>
      </w:pPr>
      <w:r>
        <w:t>Residence: ☐ Own ☐ Rent    Landlord Approval (if applicable): ☐ Yes ☐ No ☐ N/A</w:t>
      </w:r>
    </w:p>
    <w:p w14:paraId="5E7CA4C9" w14:textId="3FA122E9" w:rsidR="00A95C58" w:rsidRDefault="00525C17" w:rsidP="00D63F1A">
      <w:pPr>
        <w:spacing w:line="240" w:lineRule="auto"/>
      </w:pPr>
      <w:r>
        <w:t xml:space="preserve">Current vet </w:t>
      </w:r>
      <w:r w:rsidR="00A9338D">
        <w:t>__________________________________________________________________________________________________</w:t>
      </w:r>
    </w:p>
    <w:p w14:paraId="7B116E75" w14:textId="77777777" w:rsidR="005039AC" w:rsidRDefault="00984B4D">
      <w:pPr>
        <w:pStyle w:val="Heading2"/>
      </w:pPr>
      <w:r>
        <w:t>RESIDENT ANIMALS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4"/>
        <w:gridCol w:w="2224"/>
      </w:tblGrid>
      <w:tr w:rsidR="005039AC" w14:paraId="1F04235B" w14:textId="77777777">
        <w:tc>
          <w:tcPr>
            <w:tcW w:w="2224" w:type="dxa"/>
          </w:tcPr>
          <w:p w14:paraId="66C77590" w14:textId="77777777" w:rsidR="005039AC" w:rsidRDefault="00984B4D">
            <w:r>
              <w:t>Name</w:t>
            </w:r>
          </w:p>
        </w:tc>
        <w:tc>
          <w:tcPr>
            <w:tcW w:w="2224" w:type="dxa"/>
          </w:tcPr>
          <w:p w14:paraId="0CF60748" w14:textId="77777777" w:rsidR="005039AC" w:rsidRDefault="00984B4D">
            <w:r>
              <w:t>Species/Breed</w:t>
            </w:r>
          </w:p>
        </w:tc>
        <w:tc>
          <w:tcPr>
            <w:tcW w:w="2224" w:type="dxa"/>
          </w:tcPr>
          <w:p w14:paraId="55821332" w14:textId="77777777" w:rsidR="005039AC" w:rsidRDefault="00984B4D">
            <w:r>
              <w:t>Age</w:t>
            </w:r>
          </w:p>
        </w:tc>
        <w:tc>
          <w:tcPr>
            <w:tcW w:w="2224" w:type="dxa"/>
          </w:tcPr>
          <w:p w14:paraId="7A274E49" w14:textId="77777777" w:rsidR="005039AC" w:rsidRDefault="00984B4D">
            <w:r>
              <w:t>Spayed/Neutered</w:t>
            </w:r>
          </w:p>
        </w:tc>
        <w:tc>
          <w:tcPr>
            <w:tcW w:w="2224" w:type="dxa"/>
          </w:tcPr>
          <w:p w14:paraId="50F340A7" w14:textId="77777777" w:rsidR="005039AC" w:rsidRDefault="00984B4D">
            <w:r>
              <w:t>Current on Vaccines</w:t>
            </w:r>
          </w:p>
        </w:tc>
      </w:tr>
      <w:tr w:rsidR="005039AC" w14:paraId="518EAB03" w14:textId="77777777">
        <w:tc>
          <w:tcPr>
            <w:tcW w:w="2224" w:type="dxa"/>
          </w:tcPr>
          <w:p w14:paraId="7CCD27FB" w14:textId="77777777" w:rsidR="005039AC" w:rsidRDefault="005039AC"/>
        </w:tc>
        <w:tc>
          <w:tcPr>
            <w:tcW w:w="2224" w:type="dxa"/>
          </w:tcPr>
          <w:p w14:paraId="6583C4CA" w14:textId="77777777" w:rsidR="005039AC" w:rsidRDefault="005039AC"/>
        </w:tc>
        <w:tc>
          <w:tcPr>
            <w:tcW w:w="2224" w:type="dxa"/>
          </w:tcPr>
          <w:p w14:paraId="0B2155EC" w14:textId="77777777" w:rsidR="005039AC" w:rsidRDefault="005039AC"/>
        </w:tc>
        <w:tc>
          <w:tcPr>
            <w:tcW w:w="2224" w:type="dxa"/>
          </w:tcPr>
          <w:p w14:paraId="18E9FEBA" w14:textId="77777777" w:rsidR="005039AC" w:rsidRDefault="005039AC"/>
        </w:tc>
        <w:tc>
          <w:tcPr>
            <w:tcW w:w="2224" w:type="dxa"/>
          </w:tcPr>
          <w:p w14:paraId="63DDDDB1" w14:textId="77777777" w:rsidR="005039AC" w:rsidRDefault="005039AC"/>
        </w:tc>
      </w:tr>
      <w:tr w:rsidR="005039AC" w14:paraId="20E990A0" w14:textId="77777777">
        <w:tc>
          <w:tcPr>
            <w:tcW w:w="2224" w:type="dxa"/>
          </w:tcPr>
          <w:p w14:paraId="69437884" w14:textId="77777777" w:rsidR="005039AC" w:rsidRDefault="005039AC"/>
        </w:tc>
        <w:tc>
          <w:tcPr>
            <w:tcW w:w="2224" w:type="dxa"/>
          </w:tcPr>
          <w:p w14:paraId="5C734568" w14:textId="77777777" w:rsidR="005039AC" w:rsidRDefault="005039AC"/>
        </w:tc>
        <w:tc>
          <w:tcPr>
            <w:tcW w:w="2224" w:type="dxa"/>
          </w:tcPr>
          <w:p w14:paraId="4D3A7E5F" w14:textId="77777777" w:rsidR="005039AC" w:rsidRDefault="005039AC"/>
        </w:tc>
        <w:tc>
          <w:tcPr>
            <w:tcW w:w="2224" w:type="dxa"/>
          </w:tcPr>
          <w:p w14:paraId="580EE950" w14:textId="77777777" w:rsidR="005039AC" w:rsidRDefault="005039AC"/>
        </w:tc>
        <w:tc>
          <w:tcPr>
            <w:tcW w:w="2224" w:type="dxa"/>
          </w:tcPr>
          <w:p w14:paraId="4F1983FE" w14:textId="77777777" w:rsidR="005039AC" w:rsidRDefault="005039AC"/>
        </w:tc>
      </w:tr>
      <w:tr w:rsidR="005039AC" w14:paraId="5160940D" w14:textId="77777777">
        <w:tc>
          <w:tcPr>
            <w:tcW w:w="2224" w:type="dxa"/>
          </w:tcPr>
          <w:p w14:paraId="3B5E0C70" w14:textId="77777777" w:rsidR="005039AC" w:rsidRDefault="005039AC"/>
        </w:tc>
        <w:tc>
          <w:tcPr>
            <w:tcW w:w="2224" w:type="dxa"/>
          </w:tcPr>
          <w:p w14:paraId="220FF503" w14:textId="77777777" w:rsidR="005039AC" w:rsidRDefault="005039AC"/>
        </w:tc>
        <w:tc>
          <w:tcPr>
            <w:tcW w:w="2224" w:type="dxa"/>
          </w:tcPr>
          <w:p w14:paraId="59374323" w14:textId="77777777" w:rsidR="005039AC" w:rsidRDefault="005039AC"/>
        </w:tc>
        <w:tc>
          <w:tcPr>
            <w:tcW w:w="2224" w:type="dxa"/>
          </w:tcPr>
          <w:p w14:paraId="381787C2" w14:textId="77777777" w:rsidR="005039AC" w:rsidRDefault="005039AC"/>
        </w:tc>
        <w:tc>
          <w:tcPr>
            <w:tcW w:w="2224" w:type="dxa"/>
          </w:tcPr>
          <w:p w14:paraId="79BFE27B" w14:textId="77777777" w:rsidR="005039AC" w:rsidRDefault="005039AC"/>
        </w:tc>
      </w:tr>
      <w:tr w:rsidR="005039AC" w14:paraId="1A90F6B4" w14:textId="77777777">
        <w:tc>
          <w:tcPr>
            <w:tcW w:w="2224" w:type="dxa"/>
          </w:tcPr>
          <w:p w14:paraId="011C8ADF" w14:textId="77777777" w:rsidR="005039AC" w:rsidRDefault="005039AC"/>
        </w:tc>
        <w:tc>
          <w:tcPr>
            <w:tcW w:w="2224" w:type="dxa"/>
          </w:tcPr>
          <w:p w14:paraId="3F083FD0" w14:textId="77777777" w:rsidR="005039AC" w:rsidRDefault="005039AC"/>
        </w:tc>
        <w:tc>
          <w:tcPr>
            <w:tcW w:w="2224" w:type="dxa"/>
          </w:tcPr>
          <w:p w14:paraId="3A84EE3F" w14:textId="77777777" w:rsidR="005039AC" w:rsidRDefault="005039AC"/>
        </w:tc>
        <w:tc>
          <w:tcPr>
            <w:tcW w:w="2224" w:type="dxa"/>
          </w:tcPr>
          <w:p w14:paraId="18B4CA78" w14:textId="77777777" w:rsidR="005039AC" w:rsidRDefault="005039AC"/>
        </w:tc>
        <w:tc>
          <w:tcPr>
            <w:tcW w:w="2224" w:type="dxa"/>
          </w:tcPr>
          <w:p w14:paraId="6AC8206D" w14:textId="77777777" w:rsidR="005039AC" w:rsidRDefault="005039AC"/>
        </w:tc>
      </w:tr>
      <w:tr w:rsidR="005039AC" w14:paraId="2891DE07" w14:textId="77777777">
        <w:tc>
          <w:tcPr>
            <w:tcW w:w="2224" w:type="dxa"/>
          </w:tcPr>
          <w:p w14:paraId="465509AB" w14:textId="77777777" w:rsidR="005039AC" w:rsidRDefault="005039AC"/>
        </w:tc>
        <w:tc>
          <w:tcPr>
            <w:tcW w:w="2224" w:type="dxa"/>
          </w:tcPr>
          <w:p w14:paraId="4760BA64" w14:textId="77777777" w:rsidR="005039AC" w:rsidRDefault="005039AC"/>
        </w:tc>
        <w:tc>
          <w:tcPr>
            <w:tcW w:w="2224" w:type="dxa"/>
          </w:tcPr>
          <w:p w14:paraId="64DB5CED" w14:textId="77777777" w:rsidR="005039AC" w:rsidRDefault="005039AC"/>
        </w:tc>
        <w:tc>
          <w:tcPr>
            <w:tcW w:w="2224" w:type="dxa"/>
          </w:tcPr>
          <w:p w14:paraId="4E88DEB1" w14:textId="77777777" w:rsidR="005039AC" w:rsidRDefault="005039AC"/>
        </w:tc>
        <w:tc>
          <w:tcPr>
            <w:tcW w:w="2224" w:type="dxa"/>
          </w:tcPr>
          <w:p w14:paraId="73D40A09" w14:textId="77777777" w:rsidR="005039AC" w:rsidRDefault="005039AC"/>
        </w:tc>
      </w:tr>
    </w:tbl>
    <w:p w14:paraId="7EFF7573" w14:textId="77777777" w:rsidR="005039AC" w:rsidRDefault="00984B4D">
      <w:pPr>
        <w:pStyle w:val="Heading2"/>
      </w:pPr>
      <w:r>
        <w:t>REFERENCES</w:t>
      </w:r>
    </w:p>
    <w:p w14:paraId="0E118D48" w14:textId="6F9CE650" w:rsidR="005039AC" w:rsidRDefault="00984B4D" w:rsidP="00E144A6">
      <w:pPr>
        <w:spacing w:line="240" w:lineRule="auto"/>
      </w:pPr>
      <w:r>
        <w:t xml:space="preserve">Reference #1: ____________________  Relationship: ____________________Phone: ____________________  </w:t>
      </w:r>
    </w:p>
    <w:p w14:paraId="216FE9CC" w14:textId="7FC28C4D" w:rsidR="005039AC" w:rsidRDefault="00984B4D" w:rsidP="00E144A6">
      <w:pPr>
        <w:spacing w:line="240" w:lineRule="auto"/>
      </w:pPr>
      <w:r>
        <w:t xml:space="preserve">Reference #2: ____________________  Relationship: ____________________Phone: ____________________  </w:t>
      </w:r>
    </w:p>
    <w:p w14:paraId="5D68EA5C" w14:textId="77777777" w:rsidR="005039AC" w:rsidRDefault="00984B4D">
      <w:pPr>
        <w:pStyle w:val="Heading2"/>
      </w:pPr>
      <w:r>
        <w:t>FOSTER RESPONSIBILITIES</w:t>
      </w:r>
    </w:p>
    <w:p w14:paraId="1CF3AE8E" w14:textId="77777777" w:rsidR="005039AC" w:rsidRDefault="00984B4D">
      <w:pPr>
        <w:pStyle w:val="ListBullet"/>
      </w:pPr>
      <w:r>
        <w:t>Provide safe housing, food, water, enrichment, and daily care.</w:t>
      </w:r>
    </w:p>
    <w:p w14:paraId="4B7C3CFA" w14:textId="77777777" w:rsidR="005039AC" w:rsidRDefault="00984B4D">
      <w:pPr>
        <w:pStyle w:val="ListBullet"/>
      </w:pPr>
      <w:r>
        <w:t>Administer medications exactly as directed.</w:t>
      </w:r>
    </w:p>
    <w:p w14:paraId="783C0FEB" w14:textId="77777777" w:rsidR="005039AC" w:rsidRDefault="00984B4D">
      <w:pPr>
        <w:pStyle w:val="ListBullet"/>
      </w:pPr>
      <w:r>
        <w:t>Immediately report illness, injury, escape, bites, or behavior concerns.</w:t>
      </w:r>
    </w:p>
    <w:p w14:paraId="333BA70E" w14:textId="77777777" w:rsidR="005039AC" w:rsidRDefault="00984B4D">
      <w:pPr>
        <w:pStyle w:val="ListBullet"/>
      </w:pPr>
      <w:r>
        <w:t xml:space="preserve">Do not transfer, </w:t>
      </w:r>
      <w:proofErr w:type="spellStart"/>
      <w:r>
        <w:t>rehome</w:t>
      </w:r>
      <w:proofErr w:type="spellEnd"/>
      <w:r>
        <w:t>, breed, euthanize, or authorize veterinary care without shelter approval except life-threatening emergencies.</w:t>
      </w:r>
    </w:p>
    <w:p w14:paraId="12848128" w14:textId="77777777" w:rsidR="005039AC" w:rsidRDefault="00984B4D">
      <w:pPr>
        <w:pStyle w:val="ListBullet"/>
      </w:pPr>
      <w:r>
        <w:t>Return the animal immediately upon request.</w:t>
      </w:r>
    </w:p>
    <w:p w14:paraId="005B906F" w14:textId="77777777" w:rsidR="005039AC" w:rsidRDefault="00984B4D">
      <w:pPr>
        <w:pStyle w:val="Heading2"/>
      </w:pPr>
      <w:proofErr w:type="spellStart"/>
      <w:r>
        <w:t>OWNERHIP</w:t>
      </w:r>
      <w:proofErr w:type="spellEnd"/>
      <w:r>
        <w:t xml:space="preserve"> &amp; LIABILITY</w:t>
      </w:r>
    </w:p>
    <w:p w14:paraId="53C0AEF1" w14:textId="77777777" w:rsidR="005039AC" w:rsidRDefault="00984B4D">
      <w:r>
        <w:t>All foster animals remain the property of Pike Animal Welfare Shelter. The shelter may terminate any foster placement at its discretion.</w:t>
      </w:r>
    </w:p>
    <w:p w14:paraId="22042B5F" w14:textId="77777777" w:rsidR="005039AC" w:rsidRDefault="00984B4D">
      <w:pPr>
        <w:pStyle w:val="Heading2"/>
      </w:pPr>
      <w:r>
        <w:t>FOR SHELTER STAFF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7"/>
        <w:gridCol w:w="3707"/>
        <w:gridCol w:w="3707"/>
      </w:tblGrid>
      <w:tr w:rsidR="005039AC" w14:paraId="18C6094F" w14:textId="77777777">
        <w:tc>
          <w:tcPr>
            <w:tcW w:w="3707" w:type="dxa"/>
          </w:tcPr>
          <w:p w14:paraId="150098E2" w14:textId="77777777" w:rsidR="005039AC" w:rsidRDefault="00984B4D">
            <w:r>
              <w:t>☐ Reference #1 Verified</w:t>
            </w:r>
          </w:p>
        </w:tc>
        <w:tc>
          <w:tcPr>
            <w:tcW w:w="3707" w:type="dxa"/>
          </w:tcPr>
          <w:p w14:paraId="52F5C083" w14:textId="77777777" w:rsidR="005039AC" w:rsidRDefault="00984B4D">
            <w:r>
              <w:t>Date: __________</w:t>
            </w:r>
          </w:p>
        </w:tc>
        <w:tc>
          <w:tcPr>
            <w:tcW w:w="3707" w:type="dxa"/>
          </w:tcPr>
          <w:p w14:paraId="38E73416" w14:textId="77777777" w:rsidR="005039AC" w:rsidRDefault="00984B4D">
            <w:r>
              <w:t>Initials: ____</w:t>
            </w:r>
          </w:p>
        </w:tc>
      </w:tr>
      <w:tr w:rsidR="005039AC" w14:paraId="76B13351" w14:textId="77777777">
        <w:tc>
          <w:tcPr>
            <w:tcW w:w="3707" w:type="dxa"/>
          </w:tcPr>
          <w:p w14:paraId="005FE2F6" w14:textId="77777777" w:rsidR="005039AC" w:rsidRDefault="00984B4D">
            <w:r>
              <w:t>☐ Reference #2 Verified</w:t>
            </w:r>
          </w:p>
        </w:tc>
        <w:tc>
          <w:tcPr>
            <w:tcW w:w="3707" w:type="dxa"/>
          </w:tcPr>
          <w:p w14:paraId="7992A0E0" w14:textId="77777777" w:rsidR="005039AC" w:rsidRDefault="00984B4D">
            <w:r>
              <w:t>Date: __________</w:t>
            </w:r>
          </w:p>
        </w:tc>
        <w:tc>
          <w:tcPr>
            <w:tcW w:w="3707" w:type="dxa"/>
          </w:tcPr>
          <w:p w14:paraId="0932A359" w14:textId="77777777" w:rsidR="005039AC" w:rsidRDefault="00984B4D">
            <w:r>
              <w:t>Initials: ____</w:t>
            </w:r>
          </w:p>
        </w:tc>
      </w:tr>
      <w:tr w:rsidR="005039AC" w14:paraId="18661247" w14:textId="77777777">
        <w:tc>
          <w:tcPr>
            <w:tcW w:w="3707" w:type="dxa"/>
          </w:tcPr>
          <w:p w14:paraId="070AAE27" w14:textId="77777777" w:rsidR="005039AC" w:rsidRDefault="00984B4D">
            <w:r>
              <w:t>☐ Veterinarian Contacted</w:t>
            </w:r>
          </w:p>
        </w:tc>
        <w:tc>
          <w:tcPr>
            <w:tcW w:w="3707" w:type="dxa"/>
          </w:tcPr>
          <w:p w14:paraId="3FC7CE15" w14:textId="77777777" w:rsidR="005039AC" w:rsidRDefault="00984B4D">
            <w:r>
              <w:t>Date: __________</w:t>
            </w:r>
          </w:p>
        </w:tc>
        <w:tc>
          <w:tcPr>
            <w:tcW w:w="3707" w:type="dxa"/>
          </w:tcPr>
          <w:p w14:paraId="6F39D325" w14:textId="77777777" w:rsidR="005039AC" w:rsidRDefault="00984B4D">
            <w:r>
              <w:t>Initials: ____</w:t>
            </w:r>
          </w:p>
        </w:tc>
      </w:tr>
      <w:tr w:rsidR="005039AC" w14:paraId="1D24EB34" w14:textId="77777777">
        <w:tc>
          <w:tcPr>
            <w:tcW w:w="3707" w:type="dxa"/>
          </w:tcPr>
          <w:p w14:paraId="1ED7ED8F" w14:textId="77777777" w:rsidR="005039AC" w:rsidRDefault="00984B4D">
            <w:r>
              <w:t>☐ Resident pets current on vaccinations</w:t>
            </w:r>
          </w:p>
        </w:tc>
        <w:tc>
          <w:tcPr>
            <w:tcW w:w="3707" w:type="dxa"/>
          </w:tcPr>
          <w:p w14:paraId="5CC15087" w14:textId="77777777" w:rsidR="005039AC" w:rsidRDefault="00984B4D">
            <w:r>
              <w:t>Date: __________</w:t>
            </w:r>
          </w:p>
        </w:tc>
        <w:tc>
          <w:tcPr>
            <w:tcW w:w="3707" w:type="dxa"/>
          </w:tcPr>
          <w:p w14:paraId="7F3B331D" w14:textId="77777777" w:rsidR="005039AC" w:rsidRDefault="00984B4D">
            <w:r>
              <w:t>Initials: ____</w:t>
            </w:r>
          </w:p>
        </w:tc>
      </w:tr>
      <w:tr w:rsidR="005039AC" w14:paraId="45B4BA88" w14:textId="77777777">
        <w:tc>
          <w:tcPr>
            <w:tcW w:w="3707" w:type="dxa"/>
          </w:tcPr>
          <w:p w14:paraId="2C5FF38C" w14:textId="77777777" w:rsidR="005039AC" w:rsidRDefault="00984B4D">
            <w:r>
              <w:t>☐ Resident pets spayed/neutered</w:t>
            </w:r>
          </w:p>
        </w:tc>
        <w:tc>
          <w:tcPr>
            <w:tcW w:w="3707" w:type="dxa"/>
          </w:tcPr>
          <w:p w14:paraId="780F0A89" w14:textId="77777777" w:rsidR="005039AC" w:rsidRDefault="00984B4D">
            <w:r>
              <w:t>Date: __________</w:t>
            </w:r>
          </w:p>
        </w:tc>
        <w:tc>
          <w:tcPr>
            <w:tcW w:w="3707" w:type="dxa"/>
          </w:tcPr>
          <w:p w14:paraId="74143150" w14:textId="77777777" w:rsidR="005039AC" w:rsidRDefault="00984B4D">
            <w:r>
              <w:t>Initials: ____</w:t>
            </w:r>
          </w:p>
        </w:tc>
      </w:tr>
      <w:tr w:rsidR="005039AC" w14:paraId="2BE684A5" w14:textId="77777777">
        <w:tc>
          <w:tcPr>
            <w:tcW w:w="3707" w:type="dxa"/>
          </w:tcPr>
          <w:p w14:paraId="0B3B1AFA" w14:textId="77777777" w:rsidR="005039AC" w:rsidRDefault="00984B4D">
            <w:r>
              <w:t>☐ Supplies/Food Issued</w:t>
            </w:r>
          </w:p>
        </w:tc>
        <w:tc>
          <w:tcPr>
            <w:tcW w:w="3707" w:type="dxa"/>
          </w:tcPr>
          <w:p w14:paraId="7586AB5B" w14:textId="77777777" w:rsidR="005039AC" w:rsidRDefault="00984B4D">
            <w:r>
              <w:t>Date: __________</w:t>
            </w:r>
          </w:p>
        </w:tc>
        <w:tc>
          <w:tcPr>
            <w:tcW w:w="3707" w:type="dxa"/>
          </w:tcPr>
          <w:p w14:paraId="4A68A749" w14:textId="77777777" w:rsidR="005039AC" w:rsidRDefault="00984B4D">
            <w:r>
              <w:t>Initials: ____</w:t>
            </w:r>
          </w:p>
        </w:tc>
      </w:tr>
      <w:tr w:rsidR="005039AC" w14:paraId="725DC214" w14:textId="77777777">
        <w:tc>
          <w:tcPr>
            <w:tcW w:w="3707" w:type="dxa"/>
          </w:tcPr>
          <w:p w14:paraId="457B81B6" w14:textId="77777777" w:rsidR="005039AC" w:rsidRDefault="00984B4D">
            <w:r>
              <w:t>☐ Foster Approved</w:t>
            </w:r>
          </w:p>
        </w:tc>
        <w:tc>
          <w:tcPr>
            <w:tcW w:w="3707" w:type="dxa"/>
          </w:tcPr>
          <w:p w14:paraId="2E2BFFCE" w14:textId="77777777" w:rsidR="005039AC" w:rsidRDefault="00984B4D">
            <w:r>
              <w:t>Approved By: __________</w:t>
            </w:r>
          </w:p>
        </w:tc>
        <w:tc>
          <w:tcPr>
            <w:tcW w:w="3707" w:type="dxa"/>
          </w:tcPr>
          <w:p w14:paraId="69014FC2" w14:textId="77777777" w:rsidR="005039AC" w:rsidRDefault="00984B4D">
            <w:r>
              <w:t>Date: __________</w:t>
            </w:r>
          </w:p>
        </w:tc>
      </w:tr>
      <w:tr w:rsidR="00152DB8" w14:paraId="320CF1D0" w14:textId="77777777">
        <w:tc>
          <w:tcPr>
            <w:tcW w:w="3707" w:type="dxa"/>
          </w:tcPr>
          <w:p w14:paraId="4CD1A6C8" w14:textId="6DF23C79" w:rsidR="00152DB8" w:rsidRDefault="00E46171">
            <w:r>
              <w:t>☐ I</w:t>
            </w:r>
            <w:r w:rsidR="00D148EB">
              <w:t xml:space="preserve">f Renting </w:t>
            </w:r>
            <w:r w:rsidR="000C2648">
              <w:t>Landlo</w:t>
            </w:r>
            <w:r w:rsidR="00524A44">
              <w:t xml:space="preserve">rd </w:t>
            </w:r>
            <w:r w:rsidR="00270506">
              <w:t>A</w:t>
            </w:r>
            <w:r w:rsidR="008155B6">
              <w:t>pproval Verifi</w:t>
            </w:r>
            <w:r w:rsidR="00CE06E3">
              <w:t>ed</w:t>
            </w:r>
          </w:p>
        </w:tc>
        <w:tc>
          <w:tcPr>
            <w:tcW w:w="3707" w:type="dxa"/>
          </w:tcPr>
          <w:p w14:paraId="21F829F0" w14:textId="558F45CB" w:rsidR="00152DB8" w:rsidRDefault="00CE06E3">
            <w:r>
              <w:t>Date</w:t>
            </w:r>
            <w:r w:rsidR="00E7087F">
              <w:t>:___________________</w:t>
            </w:r>
          </w:p>
        </w:tc>
        <w:tc>
          <w:tcPr>
            <w:tcW w:w="3707" w:type="dxa"/>
          </w:tcPr>
          <w:p w14:paraId="486DA983" w14:textId="7A8C2AA6" w:rsidR="00152DB8" w:rsidRDefault="00D66166">
            <w:r>
              <w:t>Initi</w:t>
            </w:r>
            <w:r w:rsidR="0096371C">
              <w:t>als:________________</w:t>
            </w:r>
          </w:p>
        </w:tc>
      </w:tr>
    </w:tbl>
    <w:p w14:paraId="11EB7C18" w14:textId="77777777" w:rsidR="005039AC" w:rsidRDefault="00984B4D">
      <w:r>
        <w:br/>
        <w:t>Foster Signature: ____________________________   Date: __________</w:t>
      </w:r>
    </w:p>
    <w:p w14:paraId="12045DBE" w14:textId="77777777" w:rsidR="005039AC" w:rsidRDefault="00984B4D">
      <w:r>
        <w:t>Shelter Representative: ______________________   Date: __________</w:t>
      </w:r>
    </w:p>
    <w:sectPr w:rsidR="005039AC" w:rsidSect="00034616">
      <w:pgSz w:w="12240" w:h="15840"/>
      <w:pgMar w:top="480" w:right="560" w:bottom="480" w:left="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1154954">
    <w:abstractNumId w:val="8"/>
  </w:num>
  <w:num w:numId="2" w16cid:durableId="901675200">
    <w:abstractNumId w:val="6"/>
  </w:num>
  <w:num w:numId="3" w16cid:durableId="37828138">
    <w:abstractNumId w:val="5"/>
  </w:num>
  <w:num w:numId="4" w16cid:durableId="1926498856">
    <w:abstractNumId w:val="4"/>
  </w:num>
  <w:num w:numId="5" w16cid:durableId="1903711383">
    <w:abstractNumId w:val="7"/>
  </w:num>
  <w:num w:numId="6" w16cid:durableId="1374580694">
    <w:abstractNumId w:val="3"/>
  </w:num>
  <w:num w:numId="7" w16cid:durableId="117842157">
    <w:abstractNumId w:val="2"/>
  </w:num>
  <w:num w:numId="8" w16cid:durableId="1859542619">
    <w:abstractNumId w:val="1"/>
  </w:num>
  <w:num w:numId="9" w16cid:durableId="33542183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5B34"/>
    <w:rsid w:val="000C2648"/>
    <w:rsid w:val="0015074B"/>
    <w:rsid w:val="00152DB8"/>
    <w:rsid w:val="001D592F"/>
    <w:rsid w:val="00270506"/>
    <w:rsid w:val="0029639D"/>
    <w:rsid w:val="00326F90"/>
    <w:rsid w:val="003B1099"/>
    <w:rsid w:val="00400A65"/>
    <w:rsid w:val="004C76EF"/>
    <w:rsid w:val="005039AC"/>
    <w:rsid w:val="00524A44"/>
    <w:rsid w:val="00525C17"/>
    <w:rsid w:val="006E778C"/>
    <w:rsid w:val="00714774"/>
    <w:rsid w:val="008155B6"/>
    <w:rsid w:val="0096371C"/>
    <w:rsid w:val="00984B4D"/>
    <w:rsid w:val="00A9338D"/>
    <w:rsid w:val="00A95C58"/>
    <w:rsid w:val="00AA1D8D"/>
    <w:rsid w:val="00B47730"/>
    <w:rsid w:val="00B773C1"/>
    <w:rsid w:val="00C4127F"/>
    <w:rsid w:val="00CB0664"/>
    <w:rsid w:val="00CE06E3"/>
    <w:rsid w:val="00D148EB"/>
    <w:rsid w:val="00D63F1A"/>
    <w:rsid w:val="00D66166"/>
    <w:rsid w:val="00E144A6"/>
    <w:rsid w:val="00E46171"/>
    <w:rsid w:val="00E7087F"/>
    <w:rsid w:val="00FC58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0AD3D0"/>
  <w14:defaultImageDpi w14:val="300"/>
  <w15:docId w15:val="{9638F1A1-0998-4944-91C6-A8B28AA5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Amanda Boyd</cp:lastModifiedBy>
  <cp:revision>2</cp:revision>
  <dcterms:created xsi:type="dcterms:W3CDTF">2026-07-07T13:12:00Z</dcterms:created>
  <dcterms:modified xsi:type="dcterms:W3CDTF">2026-07-07T13:12:00Z</dcterms:modified>
  <cp:category/>
</cp:coreProperties>
</file>