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3444DA" w14:textId="77777777" w:rsidR="00226975" w:rsidRDefault="00197485" w:rsidP="00D86F32">
      <w:pPr>
        <w:jc w:val="center"/>
      </w:pPr>
      <w:r>
        <w:rPr>
          <w:b/>
          <w:sz w:val="32"/>
        </w:rPr>
        <w:t>PIKE ANIMAL WELFARE SHELTER</w:t>
      </w:r>
      <w:r>
        <w:rPr>
          <w:b/>
          <w:sz w:val="32"/>
        </w:rPr>
        <w:br/>
      </w:r>
      <w:r>
        <w:rPr>
          <w:b/>
          <w:sz w:val="24"/>
        </w:rPr>
        <w:t>PAWS-006 ADOPTION APPLICATION</w:t>
      </w:r>
    </w:p>
    <w:p w14:paraId="4E3277CE" w14:textId="6F8A999E" w:rsidR="00EC4DDE" w:rsidRDefault="00197485" w:rsidP="00D86F32">
      <w:pPr>
        <w:jc w:val="center"/>
      </w:pPr>
      <w:r>
        <w:t>Please complete this application in full. Completing an application does not guarantee approval for adoption.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80"/>
        <w:gridCol w:w="2780"/>
        <w:gridCol w:w="2780"/>
        <w:gridCol w:w="2780"/>
      </w:tblGrid>
      <w:tr w:rsidR="00EC4DDE" w14:paraId="2026116D" w14:textId="77777777">
        <w:trPr>
          <w:jc w:val="center"/>
        </w:trPr>
        <w:tc>
          <w:tcPr>
            <w:tcW w:w="2780" w:type="dxa"/>
          </w:tcPr>
          <w:p w14:paraId="012B0A15" w14:textId="77777777" w:rsidR="00EC4DDE" w:rsidRDefault="00197485">
            <w:r>
              <w:t>Application Date</w:t>
            </w:r>
          </w:p>
        </w:tc>
        <w:tc>
          <w:tcPr>
            <w:tcW w:w="2780" w:type="dxa"/>
          </w:tcPr>
          <w:p w14:paraId="6B2E7ED9" w14:textId="77777777" w:rsidR="00EC4DDE" w:rsidRDefault="00197485">
            <w:r>
              <w:t>________________</w:t>
            </w:r>
          </w:p>
        </w:tc>
        <w:tc>
          <w:tcPr>
            <w:tcW w:w="2780" w:type="dxa"/>
          </w:tcPr>
          <w:p w14:paraId="71C54603" w14:textId="77777777" w:rsidR="00EC4DDE" w:rsidRDefault="00197485">
            <w:r>
              <w:t>Animal Applying For</w:t>
            </w:r>
          </w:p>
        </w:tc>
        <w:tc>
          <w:tcPr>
            <w:tcW w:w="2780" w:type="dxa"/>
          </w:tcPr>
          <w:p w14:paraId="381BDE25" w14:textId="77777777" w:rsidR="00EC4DDE" w:rsidRDefault="00197485">
            <w:r>
              <w:t>________________</w:t>
            </w:r>
          </w:p>
        </w:tc>
      </w:tr>
      <w:tr w:rsidR="00EC4DDE" w14:paraId="22D51EE2" w14:textId="77777777">
        <w:trPr>
          <w:jc w:val="center"/>
        </w:trPr>
        <w:tc>
          <w:tcPr>
            <w:tcW w:w="2780" w:type="dxa"/>
          </w:tcPr>
          <w:p w14:paraId="6F775039" w14:textId="77777777" w:rsidR="00EC4DDE" w:rsidRDefault="00197485">
            <w:r>
              <w:t>Staff Initials</w:t>
            </w:r>
          </w:p>
        </w:tc>
        <w:tc>
          <w:tcPr>
            <w:tcW w:w="2780" w:type="dxa"/>
          </w:tcPr>
          <w:p w14:paraId="4F4D7B70" w14:textId="77777777" w:rsidR="00EC4DDE" w:rsidRDefault="00197485">
            <w:r>
              <w:t>________________</w:t>
            </w:r>
          </w:p>
        </w:tc>
        <w:tc>
          <w:tcPr>
            <w:tcW w:w="2780" w:type="dxa"/>
          </w:tcPr>
          <w:p w14:paraId="6A8564B5" w14:textId="77777777" w:rsidR="00EC4DDE" w:rsidRDefault="00197485">
            <w:r>
              <w:t>Application #</w:t>
            </w:r>
          </w:p>
        </w:tc>
        <w:tc>
          <w:tcPr>
            <w:tcW w:w="2780" w:type="dxa"/>
          </w:tcPr>
          <w:p w14:paraId="1A75589C" w14:textId="77777777" w:rsidR="00EC4DDE" w:rsidRDefault="00197485">
            <w:r>
              <w:t>________________</w:t>
            </w:r>
          </w:p>
        </w:tc>
      </w:tr>
      <w:tr w:rsidR="00EC4DDE" w14:paraId="2D3572DF" w14:textId="77777777">
        <w:trPr>
          <w:jc w:val="center"/>
        </w:trPr>
        <w:tc>
          <w:tcPr>
            <w:tcW w:w="2780" w:type="dxa"/>
          </w:tcPr>
          <w:p w14:paraId="650E7F25" w14:textId="77777777" w:rsidR="00EC4DDE" w:rsidRDefault="00197485">
            <w:r>
              <w:t>Applicant Name</w:t>
            </w:r>
          </w:p>
        </w:tc>
        <w:tc>
          <w:tcPr>
            <w:tcW w:w="2780" w:type="dxa"/>
          </w:tcPr>
          <w:p w14:paraId="78308D5F" w14:textId="77777777" w:rsidR="00EC4DDE" w:rsidRDefault="00197485">
            <w:r>
              <w:t>________________</w:t>
            </w:r>
          </w:p>
        </w:tc>
        <w:tc>
          <w:tcPr>
            <w:tcW w:w="2780" w:type="dxa"/>
          </w:tcPr>
          <w:p w14:paraId="79AC7B08" w14:textId="77777777" w:rsidR="00EC4DDE" w:rsidRDefault="00197485">
            <w:r>
              <w:t>Phone</w:t>
            </w:r>
          </w:p>
        </w:tc>
        <w:tc>
          <w:tcPr>
            <w:tcW w:w="2780" w:type="dxa"/>
          </w:tcPr>
          <w:p w14:paraId="68F8D5F8" w14:textId="77777777" w:rsidR="00EC4DDE" w:rsidRDefault="00197485">
            <w:r>
              <w:t>________________</w:t>
            </w:r>
          </w:p>
        </w:tc>
      </w:tr>
      <w:tr w:rsidR="00EC4DDE" w14:paraId="3FEEF0C1" w14:textId="77777777">
        <w:trPr>
          <w:jc w:val="center"/>
        </w:trPr>
        <w:tc>
          <w:tcPr>
            <w:tcW w:w="2780" w:type="dxa"/>
          </w:tcPr>
          <w:p w14:paraId="76849E70" w14:textId="77777777" w:rsidR="00EC4DDE" w:rsidRDefault="00197485">
            <w:r>
              <w:t>Email</w:t>
            </w:r>
          </w:p>
        </w:tc>
        <w:tc>
          <w:tcPr>
            <w:tcW w:w="2780" w:type="dxa"/>
          </w:tcPr>
          <w:p w14:paraId="58BF2F30" w14:textId="77777777" w:rsidR="00EC4DDE" w:rsidRDefault="00197485">
            <w:r>
              <w:t>________________</w:t>
            </w:r>
          </w:p>
        </w:tc>
        <w:tc>
          <w:tcPr>
            <w:tcW w:w="2780" w:type="dxa"/>
          </w:tcPr>
          <w:p w14:paraId="3982320F" w14:textId="77777777" w:rsidR="00EC4DDE" w:rsidRDefault="00197485">
            <w:r>
              <w:t>Date of Birth</w:t>
            </w:r>
          </w:p>
        </w:tc>
        <w:tc>
          <w:tcPr>
            <w:tcW w:w="2780" w:type="dxa"/>
          </w:tcPr>
          <w:p w14:paraId="52C73952" w14:textId="77777777" w:rsidR="00EC4DDE" w:rsidRDefault="00197485">
            <w:r>
              <w:t>________________</w:t>
            </w:r>
          </w:p>
        </w:tc>
      </w:tr>
      <w:tr w:rsidR="00EC4DDE" w14:paraId="239EE602" w14:textId="77777777">
        <w:trPr>
          <w:jc w:val="center"/>
        </w:trPr>
        <w:tc>
          <w:tcPr>
            <w:tcW w:w="2780" w:type="dxa"/>
          </w:tcPr>
          <w:p w14:paraId="4C970084" w14:textId="77777777" w:rsidR="00EC4DDE" w:rsidRDefault="00197485">
            <w:r>
              <w:t>Address</w:t>
            </w:r>
          </w:p>
        </w:tc>
        <w:tc>
          <w:tcPr>
            <w:tcW w:w="2780" w:type="dxa"/>
          </w:tcPr>
          <w:p w14:paraId="57FBB114" w14:textId="77777777" w:rsidR="00EC4DDE" w:rsidRDefault="00197485">
            <w:r>
              <w:t>________________</w:t>
            </w:r>
          </w:p>
        </w:tc>
        <w:tc>
          <w:tcPr>
            <w:tcW w:w="2780" w:type="dxa"/>
          </w:tcPr>
          <w:p w14:paraId="6DC52008" w14:textId="77777777" w:rsidR="00EC4DDE" w:rsidRDefault="00197485">
            <w:r>
              <w:t>City/State/ZIP</w:t>
            </w:r>
          </w:p>
        </w:tc>
        <w:tc>
          <w:tcPr>
            <w:tcW w:w="2780" w:type="dxa"/>
          </w:tcPr>
          <w:p w14:paraId="3E6AD5F5" w14:textId="77777777" w:rsidR="00EC4DDE" w:rsidRDefault="00197485">
            <w:r>
              <w:t>________________</w:t>
            </w:r>
          </w:p>
        </w:tc>
      </w:tr>
      <w:tr w:rsidR="00EC4DDE" w14:paraId="1ACF2EC2" w14:textId="77777777">
        <w:trPr>
          <w:jc w:val="center"/>
        </w:trPr>
        <w:tc>
          <w:tcPr>
            <w:tcW w:w="2780" w:type="dxa"/>
          </w:tcPr>
          <w:p w14:paraId="21EA9194" w14:textId="77777777" w:rsidR="00EC4DDE" w:rsidRDefault="00197485">
            <w:r>
              <w:t>Driver's License #</w:t>
            </w:r>
          </w:p>
        </w:tc>
        <w:tc>
          <w:tcPr>
            <w:tcW w:w="2780" w:type="dxa"/>
          </w:tcPr>
          <w:p w14:paraId="3EDF8CBE" w14:textId="77777777" w:rsidR="00EC4DDE" w:rsidRDefault="00197485">
            <w:r>
              <w:t>________________</w:t>
            </w:r>
          </w:p>
        </w:tc>
        <w:tc>
          <w:tcPr>
            <w:tcW w:w="2780" w:type="dxa"/>
          </w:tcPr>
          <w:p w14:paraId="212734C9" w14:textId="726D4BC3" w:rsidR="00EC4DDE" w:rsidRDefault="00AA2A1C">
            <w:r>
              <w:t>Emergenc</w:t>
            </w:r>
            <w:r w:rsidR="00D76E86">
              <w:t>y. Contact</w:t>
            </w:r>
          </w:p>
        </w:tc>
        <w:tc>
          <w:tcPr>
            <w:tcW w:w="2780" w:type="dxa"/>
          </w:tcPr>
          <w:p w14:paraId="7820BBBD" w14:textId="77777777" w:rsidR="00EC4DDE" w:rsidRDefault="00197485">
            <w:r>
              <w:t>________________</w:t>
            </w:r>
          </w:p>
        </w:tc>
      </w:tr>
    </w:tbl>
    <w:p w14:paraId="400DB5CF" w14:textId="77777777" w:rsidR="00EC4DDE" w:rsidRDefault="00197485">
      <w:pPr>
        <w:pStyle w:val="Heading2"/>
      </w:pPr>
      <w:r>
        <w:t>HOUSEHOLD &amp; PET INFORMATION</w:t>
      </w:r>
    </w:p>
    <w:p w14:paraId="6904AD86" w14:textId="77777777" w:rsidR="00EC4DDE" w:rsidRDefault="00197485" w:rsidP="00D6377B">
      <w:pPr>
        <w:spacing w:line="240" w:lineRule="auto"/>
      </w:pPr>
      <w:r>
        <w:t>Do all members of the household agree to adopt?  ☐ Yes ☐ No</w:t>
      </w:r>
    </w:p>
    <w:p w14:paraId="7381DA06" w14:textId="77777777" w:rsidR="00EC4DDE" w:rsidRDefault="00197485" w:rsidP="00D6377B">
      <w:pPr>
        <w:spacing w:line="240" w:lineRule="auto"/>
      </w:pPr>
      <w:r>
        <w:t>Have you adopted from a shelter before? ☐ Yes ☐ No</w:t>
      </w:r>
    </w:p>
    <w:p w14:paraId="57960B0B" w14:textId="77777777" w:rsidR="00EC4DDE" w:rsidRDefault="00197485" w:rsidP="00D6377B">
      <w:pPr>
        <w:spacing w:line="240" w:lineRule="auto"/>
      </w:pPr>
      <w:r>
        <w:t>Do you currently have any pets in your home? ☐ Yes ☐ No</w:t>
      </w:r>
    </w:p>
    <w:p w14:paraId="3FA892AB" w14:textId="65ECB5AF" w:rsidR="0072567B" w:rsidRDefault="0072567B" w:rsidP="00D6377B">
      <w:pPr>
        <w:spacing w:line="240" w:lineRule="auto"/>
      </w:pPr>
      <w:r>
        <w:t>Current vet used ____________________________________________________________________________________________</w:t>
      </w:r>
    </w:p>
    <w:p w14:paraId="56057DC3" w14:textId="0C499EA3" w:rsidR="00AE08C5" w:rsidRDefault="00AE08C5" w:rsidP="00D6377B">
      <w:pPr>
        <w:spacing w:line="240" w:lineRule="auto"/>
      </w:pPr>
      <w:r>
        <w:t>Re</w:t>
      </w:r>
      <w:r w:rsidR="008B0081">
        <w:t>ference #1</w:t>
      </w:r>
      <w:r w:rsidR="004E0D64">
        <w:t xml:space="preserve"> Name and phone number </w:t>
      </w:r>
      <w:r w:rsidR="00645255">
        <w:t>__________________________</w:t>
      </w:r>
      <w:r w:rsidR="009F71EE">
        <w:t>____________________________________________</w:t>
      </w:r>
      <w:r w:rsidR="0056460F">
        <w:t>____</w:t>
      </w:r>
    </w:p>
    <w:p w14:paraId="5CB17C24" w14:textId="6138F65E" w:rsidR="0056460F" w:rsidRDefault="0056460F" w:rsidP="00D6377B">
      <w:pPr>
        <w:spacing w:line="240" w:lineRule="auto"/>
      </w:pPr>
      <w:r>
        <w:t>Ref</w:t>
      </w:r>
      <w:r w:rsidR="00052A21">
        <w:t xml:space="preserve">erence #2 Name and </w:t>
      </w:r>
      <w:r w:rsidR="00B95589">
        <w:t xml:space="preserve">phone number </w:t>
      </w:r>
      <w:r w:rsidR="00AA1C19">
        <w:t>_________________________________________________________________________</w:t>
      </w:r>
      <w:r w:rsidR="005568A5">
        <w:t>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4"/>
        <w:gridCol w:w="2224"/>
      </w:tblGrid>
      <w:tr w:rsidR="00EC4DDE" w14:paraId="242DB13B" w14:textId="77777777">
        <w:tc>
          <w:tcPr>
            <w:tcW w:w="2224" w:type="dxa"/>
          </w:tcPr>
          <w:p w14:paraId="3232905F" w14:textId="77777777" w:rsidR="00EC4DDE" w:rsidRDefault="00197485" w:rsidP="00D6377B">
            <w:r>
              <w:t>Pet Name</w:t>
            </w:r>
          </w:p>
        </w:tc>
        <w:tc>
          <w:tcPr>
            <w:tcW w:w="2224" w:type="dxa"/>
          </w:tcPr>
          <w:p w14:paraId="58D94B27" w14:textId="77777777" w:rsidR="00EC4DDE" w:rsidRDefault="00197485" w:rsidP="00D6377B">
            <w:r>
              <w:t>Species/Breed</w:t>
            </w:r>
          </w:p>
        </w:tc>
        <w:tc>
          <w:tcPr>
            <w:tcW w:w="2224" w:type="dxa"/>
          </w:tcPr>
          <w:p w14:paraId="2324EB51" w14:textId="77777777" w:rsidR="00EC4DDE" w:rsidRDefault="00197485" w:rsidP="00D6377B">
            <w:r>
              <w:t>Age</w:t>
            </w:r>
          </w:p>
        </w:tc>
        <w:tc>
          <w:tcPr>
            <w:tcW w:w="2224" w:type="dxa"/>
          </w:tcPr>
          <w:p w14:paraId="5A64353A" w14:textId="77777777" w:rsidR="00EC4DDE" w:rsidRDefault="00197485" w:rsidP="00D6377B">
            <w:r>
              <w:t>Spayed/Neutered</w:t>
            </w:r>
          </w:p>
        </w:tc>
        <w:tc>
          <w:tcPr>
            <w:tcW w:w="2224" w:type="dxa"/>
          </w:tcPr>
          <w:p w14:paraId="515AD1C1" w14:textId="77777777" w:rsidR="00EC4DDE" w:rsidRDefault="00197485" w:rsidP="00D6377B">
            <w:r>
              <w:t>Current on Vaccinations</w:t>
            </w:r>
          </w:p>
        </w:tc>
      </w:tr>
      <w:tr w:rsidR="00EC4DDE" w14:paraId="2F967E86" w14:textId="77777777">
        <w:tc>
          <w:tcPr>
            <w:tcW w:w="2224" w:type="dxa"/>
          </w:tcPr>
          <w:p w14:paraId="07F4EF4A" w14:textId="77777777" w:rsidR="00EC4DDE" w:rsidRDefault="00EC4DDE"/>
        </w:tc>
        <w:tc>
          <w:tcPr>
            <w:tcW w:w="2224" w:type="dxa"/>
          </w:tcPr>
          <w:p w14:paraId="5A8CAEF7" w14:textId="77777777" w:rsidR="00EC4DDE" w:rsidRDefault="00EC4DDE"/>
        </w:tc>
        <w:tc>
          <w:tcPr>
            <w:tcW w:w="2224" w:type="dxa"/>
          </w:tcPr>
          <w:p w14:paraId="622125B3" w14:textId="77777777" w:rsidR="00EC4DDE" w:rsidRDefault="00EC4DDE"/>
        </w:tc>
        <w:tc>
          <w:tcPr>
            <w:tcW w:w="2224" w:type="dxa"/>
          </w:tcPr>
          <w:p w14:paraId="2CB03A6A" w14:textId="77777777" w:rsidR="00EC4DDE" w:rsidRDefault="00EC4DDE"/>
        </w:tc>
        <w:tc>
          <w:tcPr>
            <w:tcW w:w="2224" w:type="dxa"/>
          </w:tcPr>
          <w:p w14:paraId="7FBDCE0B" w14:textId="77777777" w:rsidR="00EC4DDE" w:rsidRDefault="00EC4DDE"/>
        </w:tc>
      </w:tr>
      <w:tr w:rsidR="00EC4DDE" w14:paraId="2870DE04" w14:textId="77777777">
        <w:tc>
          <w:tcPr>
            <w:tcW w:w="2224" w:type="dxa"/>
          </w:tcPr>
          <w:p w14:paraId="3B809E31" w14:textId="77777777" w:rsidR="00EC4DDE" w:rsidRDefault="00EC4DDE"/>
        </w:tc>
        <w:tc>
          <w:tcPr>
            <w:tcW w:w="2224" w:type="dxa"/>
          </w:tcPr>
          <w:p w14:paraId="50418A87" w14:textId="77777777" w:rsidR="00EC4DDE" w:rsidRDefault="00EC4DDE"/>
        </w:tc>
        <w:tc>
          <w:tcPr>
            <w:tcW w:w="2224" w:type="dxa"/>
          </w:tcPr>
          <w:p w14:paraId="7D6C36E1" w14:textId="77777777" w:rsidR="00EC4DDE" w:rsidRDefault="00EC4DDE"/>
        </w:tc>
        <w:tc>
          <w:tcPr>
            <w:tcW w:w="2224" w:type="dxa"/>
          </w:tcPr>
          <w:p w14:paraId="3B824DC6" w14:textId="77777777" w:rsidR="00EC4DDE" w:rsidRDefault="00EC4DDE"/>
        </w:tc>
        <w:tc>
          <w:tcPr>
            <w:tcW w:w="2224" w:type="dxa"/>
          </w:tcPr>
          <w:p w14:paraId="10EE7E53" w14:textId="77777777" w:rsidR="00EC4DDE" w:rsidRDefault="00EC4DDE"/>
        </w:tc>
      </w:tr>
      <w:tr w:rsidR="00EC4DDE" w14:paraId="03C15108" w14:textId="77777777">
        <w:tc>
          <w:tcPr>
            <w:tcW w:w="2224" w:type="dxa"/>
          </w:tcPr>
          <w:p w14:paraId="0D020B36" w14:textId="77777777" w:rsidR="00EC4DDE" w:rsidRDefault="00EC4DDE"/>
        </w:tc>
        <w:tc>
          <w:tcPr>
            <w:tcW w:w="2224" w:type="dxa"/>
          </w:tcPr>
          <w:p w14:paraId="2274BC3C" w14:textId="77777777" w:rsidR="00EC4DDE" w:rsidRDefault="00EC4DDE"/>
        </w:tc>
        <w:tc>
          <w:tcPr>
            <w:tcW w:w="2224" w:type="dxa"/>
          </w:tcPr>
          <w:p w14:paraId="73660450" w14:textId="77777777" w:rsidR="00EC4DDE" w:rsidRDefault="00EC4DDE"/>
        </w:tc>
        <w:tc>
          <w:tcPr>
            <w:tcW w:w="2224" w:type="dxa"/>
          </w:tcPr>
          <w:p w14:paraId="2BC06BF2" w14:textId="77777777" w:rsidR="00EC4DDE" w:rsidRDefault="00EC4DDE"/>
        </w:tc>
        <w:tc>
          <w:tcPr>
            <w:tcW w:w="2224" w:type="dxa"/>
          </w:tcPr>
          <w:p w14:paraId="0FF9F88F" w14:textId="77777777" w:rsidR="00EC4DDE" w:rsidRDefault="00EC4DDE"/>
        </w:tc>
      </w:tr>
      <w:tr w:rsidR="00EC4DDE" w14:paraId="2C83A48C" w14:textId="77777777">
        <w:tc>
          <w:tcPr>
            <w:tcW w:w="2224" w:type="dxa"/>
          </w:tcPr>
          <w:p w14:paraId="2A4E5389" w14:textId="77777777" w:rsidR="00EC4DDE" w:rsidRDefault="00EC4DDE"/>
        </w:tc>
        <w:tc>
          <w:tcPr>
            <w:tcW w:w="2224" w:type="dxa"/>
          </w:tcPr>
          <w:p w14:paraId="19E76804" w14:textId="77777777" w:rsidR="00EC4DDE" w:rsidRDefault="00EC4DDE"/>
        </w:tc>
        <w:tc>
          <w:tcPr>
            <w:tcW w:w="2224" w:type="dxa"/>
          </w:tcPr>
          <w:p w14:paraId="5D8E3299" w14:textId="77777777" w:rsidR="00EC4DDE" w:rsidRDefault="00EC4DDE"/>
        </w:tc>
        <w:tc>
          <w:tcPr>
            <w:tcW w:w="2224" w:type="dxa"/>
          </w:tcPr>
          <w:p w14:paraId="33380CEC" w14:textId="77777777" w:rsidR="00EC4DDE" w:rsidRDefault="00EC4DDE"/>
        </w:tc>
        <w:tc>
          <w:tcPr>
            <w:tcW w:w="2224" w:type="dxa"/>
          </w:tcPr>
          <w:p w14:paraId="08547E73" w14:textId="77777777" w:rsidR="00EC4DDE" w:rsidRDefault="00EC4DDE"/>
        </w:tc>
      </w:tr>
      <w:tr w:rsidR="00EC4DDE" w14:paraId="35EC930A" w14:textId="77777777">
        <w:tc>
          <w:tcPr>
            <w:tcW w:w="2224" w:type="dxa"/>
          </w:tcPr>
          <w:p w14:paraId="514C4D20" w14:textId="77777777" w:rsidR="00EC4DDE" w:rsidRDefault="00EC4DDE"/>
        </w:tc>
        <w:tc>
          <w:tcPr>
            <w:tcW w:w="2224" w:type="dxa"/>
          </w:tcPr>
          <w:p w14:paraId="77379C4A" w14:textId="77777777" w:rsidR="00EC4DDE" w:rsidRDefault="00EC4DDE"/>
        </w:tc>
        <w:tc>
          <w:tcPr>
            <w:tcW w:w="2224" w:type="dxa"/>
          </w:tcPr>
          <w:p w14:paraId="2B73B0A8" w14:textId="77777777" w:rsidR="00EC4DDE" w:rsidRDefault="00EC4DDE"/>
        </w:tc>
        <w:tc>
          <w:tcPr>
            <w:tcW w:w="2224" w:type="dxa"/>
          </w:tcPr>
          <w:p w14:paraId="104CD48E" w14:textId="77777777" w:rsidR="00EC4DDE" w:rsidRDefault="00EC4DDE"/>
        </w:tc>
        <w:tc>
          <w:tcPr>
            <w:tcW w:w="2224" w:type="dxa"/>
          </w:tcPr>
          <w:p w14:paraId="6E8315EA" w14:textId="77777777" w:rsidR="00EC4DDE" w:rsidRDefault="00EC4DDE"/>
        </w:tc>
      </w:tr>
    </w:tbl>
    <w:p w14:paraId="4FD1C92A" w14:textId="77777777" w:rsidR="00EC4DDE" w:rsidRDefault="00197485">
      <w:pPr>
        <w:pStyle w:val="Heading2"/>
      </w:pPr>
      <w:r>
        <w:t>ADOPTION QUESTIONS</w:t>
      </w:r>
    </w:p>
    <w:p w14:paraId="3E1F24A1" w14:textId="77777777" w:rsidR="00EC4DDE" w:rsidRDefault="00197485" w:rsidP="00D6377B">
      <w:pPr>
        <w:spacing w:line="240" w:lineRule="auto"/>
      </w:pPr>
      <w:r>
        <w:t>Where will this pet be kept? __________________________________________</w:t>
      </w:r>
    </w:p>
    <w:p w14:paraId="4BCCFC32" w14:textId="77777777" w:rsidR="00EC4DDE" w:rsidRDefault="00197485" w:rsidP="00D6377B">
      <w:pPr>
        <w:spacing w:line="240" w:lineRule="auto"/>
      </w:pPr>
      <w:r>
        <w:t>Approximate hours left alone each day: _________________________________</w:t>
      </w:r>
    </w:p>
    <w:p w14:paraId="11F3DD7D" w14:textId="77777777" w:rsidR="00EC4DDE" w:rsidRDefault="00197485" w:rsidP="00D6377B">
      <w:pPr>
        <w:spacing w:line="240" w:lineRule="auto"/>
      </w:pPr>
      <w:r>
        <w:t>Who will care for the pet if you move or become unable to? __________________</w:t>
      </w:r>
    </w:p>
    <w:p w14:paraId="5384B749" w14:textId="77777777" w:rsidR="00EC4DDE" w:rsidRDefault="00197485" w:rsidP="00D6377B">
      <w:pPr>
        <w:spacing w:line="240" w:lineRule="auto"/>
      </w:pPr>
      <w:r>
        <w:t>Have you ever surrendered a pet to a shelter? ☐ Yes ☐ No  If yes, explain: __________________________</w:t>
      </w:r>
    </w:p>
    <w:p w14:paraId="2578522C" w14:textId="77777777" w:rsidR="00EC4DDE" w:rsidRDefault="00197485" w:rsidP="00D6377B">
      <w:pPr>
        <w:spacing w:line="240" w:lineRule="auto"/>
      </w:pPr>
      <w:r>
        <w:t xml:space="preserve">Have you ever been convicted of animal cruelty or neglect?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</w:p>
    <w:p w14:paraId="13F535FB" w14:textId="77777777" w:rsidR="00EC4DDE" w:rsidRDefault="00197485">
      <w:pPr>
        <w:pStyle w:val="Heading2"/>
      </w:pPr>
      <w:r>
        <w:t>APPLICANT CERTIFICATION</w:t>
      </w:r>
    </w:p>
    <w:p w14:paraId="4124A969" w14:textId="77777777" w:rsidR="00EC4DDE" w:rsidRDefault="00197485">
      <w:r>
        <w:t>I certify that the information provided is true and complete. I authorize Pike Animal Welfare Shelter to contact my veterinarian, landlord (if applicable), and references to verify this information. I understand that submission of this application does not guarantee approval.</w:t>
      </w:r>
    </w:p>
    <w:p w14:paraId="36840912" w14:textId="77777777" w:rsidR="00EC4DDE" w:rsidRDefault="00197485">
      <w:pPr>
        <w:pStyle w:val="Heading2"/>
      </w:pPr>
      <w:r>
        <w:t>FOR SHELTER STAFF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7"/>
        <w:gridCol w:w="3707"/>
        <w:gridCol w:w="3707"/>
      </w:tblGrid>
      <w:tr w:rsidR="00EC4DDE" w14:paraId="17ADDACF" w14:textId="77777777">
        <w:tc>
          <w:tcPr>
            <w:tcW w:w="3707" w:type="dxa"/>
          </w:tcPr>
          <w:p w14:paraId="025CCEE9" w14:textId="77777777" w:rsidR="00EC4DDE" w:rsidRDefault="00197485">
            <w:r>
              <w:t>☐ Reference #1 Verified</w:t>
            </w:r>
          </w:p>
        </w:tc>
        <w:tc>
          <w:tcPr>
            <w:tcW w:w="3707" w:type="dxa"/>
          </w:tcPr>
          <w:p w14:paraId="3D7A6C2E" w14:textId="77777777" w:rsidR="00EC4DDE" w:rsidRDefault="00197485">
            <w:r>
              <w:t>Date: ______</w:t>
            </w:r>
          </w:p>
        </w:tc>
        <w:tc>
          <w:tcPr>
            <w:tcW w:w="3707" w:type="dxa"/>
          </w:tcPr>
          <w:p w14:paraId="1C94E8A6" w14:textId="77777777" w:rsidR="00EC4DDE" w:rsidRDefault="00197485">
            <w:r>
              <w:t>Initials: ____</w:t>
            </w:r>
          </w:p>
        </w:tc>
      </w:tr>
      <w:tr w:rsidR="00EC4DDE" w14:paraId="2F87452F" w14:textId="77777777">
        <w:tc>
          <w:tcPr>
            <w:tcW w:w="3707" w:type="dxa"/>
          </w:tcPr>
          <w:p w14:paraId="03AFFB03" w14:textId="77777777" w:rsidR="00EC4DDE" w:rsidRDefault="00197485">
            <w:r>
              <w:t>☐ Reference #2 Verified</w:t>
            </w:r>
          </w:p>
        </w:tc>
        <w:tc>
          <w:tcPr>
            <w:tcW w:w="3707" w:type="dxa"/>
          </w:tcPr>
          <w:p w14:paraId="113D6454" w14:textId="77777777" w:rsidR="00EC4DDE" w:rsidRDefault="00197485">
            <w:r>
              <w:t>Date: ______</w:t>
            </w:r>
          </w:p>
        </w:tc>
        <w:tc>
          <w:tcPr>
            <w:tcW w:w="3707" w:type="dxa"/>
          </w:tcPr>
          <w:p w14:paraId="7B3EB3DE" w14:textId="77777777" w:rsidR="00EC4DDE" w:rsidRDefault="00197485">
            <w:r>
              <w:t>Initials: ____</w:t>
            </w:r>
          </w:p>
        </w:tc>
      </w:tr>
      <w:tr w:rsidR="00EC4DDE" w14:paraId="67A311D5" w14:textId="77777777">
        <w:tc>
          <w:tcPr>
            <w:tcW w:w="3707" w:type="dxa"/>
          </w:tcPr>
          <w:p w14:paraId="7375E760" w14:textId="77777777" w:rsidR="00EC4DDE" w:rsidRDefault="00197485">
            <w:r>
              <w:t>☐ Veterinarian Contacted</w:t>
            </w:r>
          </w:p>
        </w:tc>
        <w:tc>
          <w:tcPr>
            <w:tcW w:w="3707" w:type="dxa"/>
          </w:tcPr>
          <w:p w14:paraId="0D3A3CC6" w14:textId="77777777" w:rsidR="00EC4DDE" w:rsidRDefault="00197485">
            <w:r>
              <w:t>Date: ______</w:t>
            </w:r>
          </w:p>
        </w:tc>
        <w:tc>
          <w:tcPr>
            <w:tcW w:w="3707" w:type="dxa"/>
          </w:tcPr>
          <w:p w14:paraId="0E3A24D1" w14:textId="77777777" w:rsidR="00EC4DDE" w:rsidRDefault="00197485">
            <w:r>
              <w:t>Initials: ____</w:t>
            </w:r>
          </w:p>
        </w:tc>
      </w:tr>
      <w:tr w:rsidR="00EC4DDE" w14:paraId="469F8485" w14:textId="77777777">
        <w:tc>
          <w:tcPr>
            <w:tcW w:w="3707" w:type="dxa"/>
          </w:tcPr>
          <w:p w14:paraId="75F00326" w14:textId="77777777" w:rsidR="00EC4DDE" w:rsidRDefault="00197485">
            <w:r>
              <w:t>☐ Verified all resident pets are current on vaccinations</w:t>
            </w:r>
          </w:p>
        </w:tc>
        <w:tc>
          <w:tcPr>
            <w:tcW w:w="3707" w:type="dxa"/>
          </w:tcPr>
          <w:p w14:paraId="13B5C2CA" w14:textId="77777777" w:rsidR="00EC4DDE" w:rsidRDefault="00197485">
            <w:r>
              <w:t>Date: ______</w:t>
            </w:r>
          </w:p>
        </w:tc>
        <w:tc>
          <w:tcPr>
            <w:tcW w:w="3707" w:type="dxa"/>
          </w:tcPr>
          <w:p w14:paraId="3EFE8E22" w14:textId="77777777" w:rsidR="00EC4DDE" w:rsidRDefault="00197485">
            <w:r>
              <w:t>Initials: ____</w:t>
            </w:r>
          </w:p>
        </w:tc>
      </w:tr>
      <w:tr w:rsidR="00EC4DDE" w14:paraId="6A34FC9E" w14:textId="77777777">
        <w:tc>
          <w:tcPr>
            <w:tcW w:w="3707" w:type="dxa"/>
          </w:tcPr>
          <w:p w14:paraId="70ABB7CF" w14:textId="77777777" w:rsidR="00EC4DDE" w:rsidRDefault="00197485">
            <w:r>
              <w:t>☐ Verified all resident pets are spayed/neutered</w:t>
            </w:r>
          </w:p>
        </w:tc>
        <w:tc>
          <w:tcPr>
            <w:tcW w:w="3707" w:type="dxa"/>
          </w:tcPr>
          <w:p w14:paraId="06B763B5" w14:textId="77777777" w:rsidR="00EC4DDE" w:rsidRDefault="00197485">
            <w:r>
              <w:t>Date: ______</w:t>
            </w:r>
          </w:p>
        </w:tc>
        <w:tc>
          <w:tcPr>
            <w:tcW w:w="3707" w:type="dxa"/>
          </w:tcPr>
          <w:p w14:paraId="4478D29F" w14:textId="77777777" w:rsidR="00EC4DDE" w:rsidRDefault="00197485">
            <w:r>
              <w:t>Initials: ____</w:t>
            </w:r>
          </w:p>
        </w:tc>
      </w:tr>
      <w:tr w:rsidR="00EC4DDE" w14:paraId="1189C73A" w14:textId="77777777">
        <w:tc>
          <w:tcPr>
            <w:tcW w:w="3707" w:type="dxa"/>
          </w:tcPr>
          <w:p w14:paraId="0DCC37F5" w14:textId="77777777" w:rsidR="00EC4DDE" w:rsidRDefault="00197485">
            <w:r>
              <w:t>☐ Landlord Verified (if applicable)</w:t>
            </w:r>
          </w:p>
        </w:tc>
        <w:tc>
          <w:tcPr>
            <w:tcW w:w="3707" w:type="dxa"/>
          </w:tcPr>
          <w:p w14:paraId="6E8B5D76" w14:textId="77777777" w:rsidR="00EC4DDE" w:rsidRDefault="00197485">
            <w:r>
              <w:t>Date: ______</w:t>
            </w:r>
          </w:p>
        </w:tc>
        <w:tc>
          <w:tcPr>
            <w:tcW w:w="3707" w:type="dxa"/>
          </w:tcPr>
          <w:p w14:paraId="738D5F31" w14:textId="77777777" w:rsidR="00EC4DDE" w:rsidRDefault="00197485">
            <w:r>
              <w:t>Initials: ____</w:t>
            </w:r>
          </w:p>
        </w:tc>
      </w:tr>
      <w:tr w:rsidR="00EC4DDE" w14:paraId="0F0BB84E" w14:textId="77777777">
        <w:tc>
          <w:tcPr>
            <w:tcW w:w="3707" w:type="dxa"/>
          </w:tcPr>
          <w:p w14:paraId="6DACA940" w14:textId="77777777" w:rsidR="00EC4DDE" w:rsidRDefault="00197485">
            <w:r>
              <w:t>☐ Application Approved</w:t>
            </w:r>
          </w:p>
        </w:tc>
        <w:tc>
          <w:tcPr>
            <w:tcW w:w="3707" w:type="dxa"/>
          </w:tcPr>
          <w:p w14:paraId="13E5EA66" w14:textId="77777777" w:rsidR="00EC4DDE" w:rsidRDefault="00197485">
            <w:r>
              <w:t>Date: ______</w:t>
            </w:r>
          </w:p>
        </w:tc>
        <w:tc>
          <w:tcPr>
            <w:tcW w:w="3707" w:type="dxa"/>
          </w:tcPr>
          <w:p w14:paraId="765DFEFA" w14:textId="77777777" w:rsidR="00EC4DDE" w:rsidRDefault="00197485">
            <w:r>
              <w:t>Initials: ____</w:t>
            </w:r>
          </w:p>
        </w:tc>
      </w:tr>
      <w:tr w:rsidR="00EC4DDE" w14:paraId="34220A5A" w14:textId="77777777">
        <w:tc>
          <w:tcPr>
            <w:tcW w:w="3707" w:type="dxa"/>
          </w:tcPr>
          <w:p w14:paraId="4FAA4900" w14:textId="77777777" w:rsidR="00EC4DDE" w:rsidRDefault="00197485">
            <w:r>
              <w:t>☐ Application Denied</w:t>
            </w:r>
          </w:p>
        </w:tc>
        <w:tc>
          <w:tcPr>
            <w:tcW w:w="3707" w:type="dxa"/>
          </w:tcPr>
          <w:p w14:paraId="52BF5579" w14:textId="77777777" w:rsidR="00EC4DDE" w:rsidRDefault="00197485">
            <w:r>
              <w:t>Reason: __________</w:t>
            </w:r>
          </w:p>
        </w:tc>
        <w:tc>
          <w:tcPr>
            <w:tcW w:w="3707" w:type="dxa"/>
          </w:tcPr>
          <w:p w14:paraId="113EDFF2" w14:textId="77777777" w:rsidR="00EC4DDE" w:rsidRDefault="00197485">
            <w:r>
              <w:t>Initials: ____</w:t>
            </w:r>
          </w:p>
        </w:tc>
      </w:tr>
      <w:tr w:rsidR="00EC4DDE" w14:paraId="3E2327EF" w14:textId="77777777">
        <w:tc>
          <w:tcPr>
            <w:tcW w:w="3707" w:type="dxa"/>
          </w:tcPr>
          <w:p w14:paraId="18F3E475" w14:textId="77777777" w:rsidR="00EC4DDE" w:rsidRDefault="00197485">
            <w:r>
              <w:t>Approved By: __________</w:t>
            </w:r>
          </w:p>
        </w:tc>
        <w:tc>
          <w:tcPr>
            <w:tcW w:w="3707" w:type="dxa"/>
          </w:tcPr>
          <w:p w14:paraId="5F901419" w14:textId="77777777" w:rsidR="00EC4DDE" w:rsidRDefault="00197485">
            <w:r>
              <w:t>Decision Date: ______</w:t>
            </w:r>
          </w:p>
        </w:tc>
        <w:tc>
          <w:tcPr>
            <w:tcW w:w="3707" w:type="dxa"/>
          </w:tcPr>
          <w:p w14:paraId="355FFABE" w14:textId="77777777" w:rsidR="00EC4DDE" w:rsidRDefault="00197485">
            <w:r>
              <w:t>Animal ID: ______</w:t>
            </w:r>
          </w:p>
        </w:tc>
      </w:tr>
    </w:tbl>
    <w:p w14:paraId="65BFDEA7" w14:textId="77777777" w:rsidR="00EC4DDE" w:rsidRDefault="00197485">
      <w:r>
        <w:br/>
        <w:t>Applicant Signature: ____________________________   Date: __________</w:t>
      </w:r>
    </w:p>
    <w:p w14:paraId="0CCD9CEA" w14:textId="77777777" w:rsidR="00EC4DDE" w:rsidRDefault="00197485">
      <w:r>
        <w:t>Shelter Representative: _________________________   Date: __________</w:t>
      </w:r>
    </w:p>
    <w:sectPr w:rsidR="00EC4DDE" w:rsidSect="00034616">
      <w:pgSz w:w="12240" w:h="15840"/>
      <w:pgMar w:top="480" w:right="560" w:bottom="480" w:left="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7130621">
    <w:abstractNumId w:val="8"/>
  </w:num>
  <w:num w:numId="2" w16cid:durableId="2145852847">
    <w:abstractNumId w:val="6"/>
  </w:num>
  <w:num w:numId="3" w16cid:durableId="927151897">
    <w:abstractNumId w:val="5"/>
  </w:num>
  <w:num w:numId="4" w16cid:durableId="1137338430">
    <w:abstractNumId w:val="4"/>
  </w:num>
  <w:num w:numId="5" w16cid:durableId="1691836001">
    <w:abstractNumId w:val="7"/>
  </w:num>
  <w:num w:numId="6" w16cid:durableId="1631014768">
    <w:abstractNumId w:val="3"/>
  </w:num>
  <w:num w:numId="7" w16cid:durableId="1797599709">
    <w:abstractNumId w:val="2"/>
  </w:num>
  <w:num w:numId="8" w16cid:durableId="1534731321">
    <w:abstractNumId w:val="1"/>
  </w:num>
  <w:num w:numId="9" w16cid:durableId="10913174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3B73"/>
    <w:rsid w:val="00034616"/>
    <w:rsid w:val="00052A21"/>
    <w:rsid w:val="0006063C"/>
    <w:rsid w:val="0015074B"/>
    <w:rsid w:val="00197485"/>
    <w:rsid w:val="00226975"/>
    <w:rsid w:val="0029639D"/>
    <w:rsid w:val="00326F90"/>
    <w:rsid w:val="00400A65"/>
    <w:rsid w:val="004E0D64"/>
    <w:rsid w:val="005568A5"/>
    <w:rsid w:val="0056460F"/>
    <w:rsid w:val="005B19E9"/>
    <w:rsid w:val="005E325B"/>
    <w:rsid w:val="00645255"/>
    <w:rsid w:val="006A3F2C"/>
    <w:rsid w:val="00714774"/>
    <w:rsid w:val="0072567B"/>
    <w:rsid w:val="008B0081"/>
    <w:rsid w:val="009F71EE"/>
    <w:rsid w:val="00AA1C19"/>
    <w:rsid w:val="00AA1D8D"/>
    <w:rsid w:val="00AA2A1C"/>
    <w:rsid w:val="00AE08C5"/>
    <w:rsid w:val="00B47730"/>
    <w:rsid w:val="00B9342A"/>
    <w:rsid w:val="00B95589"/>
    <w:rsid w:val="00CB0664"/>
    <w:rsid w:val="00D6377B"/>
    <w:rsid w:val="00D76E86"/>
    <w:rsid w:val="00D86F32"/>
    <w:rsid w:val="00EC4DDE"/>
    <w:rsid w:val="00FB60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9D4C15"/>
  <w14:defaultImageDpi w14:val="300"/>
  <w15:docId w15:val="{C1BF890F-79F0-154F-A8EB-AF96E32B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Amanda Boyd</cp:lastModifiedBy>
  <cp:revision>2</cp:revision>
  <dcterms:created xsi:type="dcterms:W3CDTF">2026-07-07T12:48:00Z</dcterms:created>
  <dcterms:modified xsi:type="dcterms:W3CDTF">2026-07-07T12:48:00Z</dcterms:modified>
  <cp:category/>
</cp:coreProperties>
</file>