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jc w:val="center"/>
        <w:tblLook w:val="04A0" w:firstRow="1" w:lastRow="0" w:firstColumn="1" w:lastColumn="0" w:noHBand="0" w:noVBand="1"/>
      </w:tblPr>
      <w:tblGrid>
        <w:gridCol w:w="5512"/>
        <w:gridCol w:w="5510"/>
      </w:tblGrid>
      <w:tr w:rsidR="00BD163D" w14:paraId="76C2BECC" w14:textId="77777777">
        <w:trPr>
          <w:jc w:val="center"/>
        </w:trPr>
        <w:tc>
          <w:tcPr>
            <w:tcW w:w="5515" w:type="dxa"/>
            <w:tcBorders>
              <w:top w:val="single" w:sz="0" w:space="0" w:color="FFFFFF"/>
              <w:left w:val="single" w:sz="0" w:space="0" w:color="FFFFFF"/>
              <w:bottom w:val="single" w:sz="0" w:space="0" w:color="FFFFFF"/>
              <w:right w:val="single" w:sz="0" w:space="0" w:color="FFFFFF"/>
            </w:tcBorders>
            <w:tcMar>
              <w:top w:w="0" w:type="dxa"/>
              <w:left w:w="0" w:type="dxa"/>
              <w:bottom w:w="0" w:type="dxa"/>
              <w:right w:w="0" w:type="dxa"/>
            </w:tcMar>
          </w:tcPr>
          <w:p w14:paraId="5511B02B" w14:textId="77777777" w:rsidR="00BD163D" w:rsidRDefault="00B92CB2">
            <w:r>
              <w:rPr>
                <w:noProof/>
              </w:rPr>
              <w:drawing>
                <wp:inline distT="0" distB="0" distL="0" distR="0" wp14:anchorId="76E8F388" wp14:editId="61D3A0D0">
                  <wp:extent cx="1874519" cy="149725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a92b6a7-20f5-4446-9bc4-8898e8b97a7a.png"/>
                          <pic:cNvPicPr/>
                        </pic:nvPicPr>
                        <pic:blipFill>
                          <a:blip r:embed="rId8"/>
                          <a:stretch>
                            <a:fillRect/>
                          </a:stretch>
                        </pic:blipFill>
                        <pic:spPr>
                          <a:xfrm>
                            <a:off x="0" y="0"/>
                            <a:ext cx="1874519" cy="1497257"/>
                          </a:xfrm>
                          <a:prstGeom prst="rect">
                            <a:avLst/>
                          </a:prstGeom>
                        </pic:spPr>
                      </pic:pic>
                    </a:graphicData>
                  </a:graphic>
                </wp:inline>
              </w:drawing>
            </w:r>
          </w:p>
        </w:tc>
        <w:tc>
          <w:tcPr>
            <w:tcW w:w="5515" w:type="dxa"/>
            <w:tcBorders>
              <w:top w:val="single" w:sz="6" w:space="0" w:color="A6A6A6"/>
              <w:left w:val="single" w:sz="6" w:space="0" w:color="A6A6A6"/>
              <w:bottom w:val="single" w:sz="6" w:space="0" w:color="A6A6A6"/>
              <w:right w:val="single" w:sz="6" w:space="0" w:color="A6A6A6"/>
            </w:tcBorders>
            <w:shd w:val="clear" w:color="auto" w:fill="F2F2F2"/>
            <w:tcMar>
              <w:top w:w="60" w:type="dxa"/>
              <w:left w:w="80" w:type="dxa"/>
              <w:bottom w:w="60" w:type="dxa"/>
              <w:right w:w="80" w:type="dxa"/>
            </w:tcMar>
          </w:tcPr>
          <w:p w14:paraId="22A0329F" w14:textId="77777777" w:rsidR="00BD163D" w:rsidRDefault="00B92CB2">
            <w:r>
              <w:rPr>
                <w:b/>
              </w:rPr>
              <w:t>FOR OFFICE USE</w:t>
            </w:r>
            <w:r>
              <w:rPr>
                <w:b/>
              </w:rPr>
              <w:br/>
            </w:r>
            <w:r>
              <w:rPr>
                <w:sz w:val="16"/>
              </w:rPr>
              <w:t>☐ Date Received: ________</w:t>
            </w:r>
            <w:r>
              <w:rPr>
                <w:sz w:val="16"/>
              </w:rPr>
              <w:br/>
              <w:t>☐ Deposit Paid: ________</w:t>
            </w:r>
            <w:r>
              <w:rPr>
                <w:sz w:val="16"/>
              </w:rPr>
              <w:br/>
              <w:t>☐ Balance Due: ________</w:t>
            </w:r>
            <w:r>
              <w:rPr>
                <w:sz w:val="16"/>
              </w:rPr>
              <w:br/>
              <w:t>☐ DLs Received: ________</w:t>
            </w:r>
            <w:r>
              <w:rPr>
                <w:sz w:val="16"/>
              </w:rPr>
              <w:br/>
              <w:t>☐ Calendar Entry: ________</w:t>
            </w:r>
            <w:r>
              <w:rPr>
                <w:sz w:val="16"/>
              </w:rPr>
              <w:br/>
              <w:t>☐ Initials: ________</w:t>
            </w:r>
            <w:r>
              <w:rPr>
                <w:sz w:val="16"/>
              </w:rPr>
              <w:br/>
            </w:r>
          </w:p>
        </w:tc>
      </w:tr>
    </w:tbl>
    <w:p w14:paraId="281E8B6D" w14:textId="77777777" w:rsidR="00BD163D" w:rsidRDefault="00B92CB2">
      <w:pPr>
        <w:spacing w:after="40"/>
        <w:jc w:val="center"/>
      </w:pPr>
      <w:r>
        <w:rPr>
          <w:b/>
          <w:sz w:val="40"/>
        </w:rPr>
        <w:t>Art Camp Registration</w:t>
      </w:r>
    </w:p>
    <w:p w14:paraId="36D79D0E" w14:textId="77777777" w:rsidR="00BD163D" w:rsidRDefault="00B92CB2">
      <w:pPr>
        <w:pBdr>
          <w:bottom w:val="single" w:sz="6" w:space="2" w:color="BFBFBF"/>
        </w:pBdr>
        <w:spacing w:before="80" w:after="20"/>
      </w:pPr>
      <w:r>
        <w:rPr>
          <w:b/>
          <w:sz w:val="21"/>
        </w:rPr>
        <w:t>Camper Information</w:t>
      </w:r>
    </w:p>
    <w:tbl>
      <w:tblPr>
        <w:tblStyle w:val="TableGrid"/>
        <w:tblW w:w="0" w:type="auto"/>
        <w:jc w:val="center"/>
        <w:tblLook w:val="04A0" w:firstRow="1" w:lastRow="0" w:firstColumn="1" w:lastColumn="0" w:noHBand="0" w:noVBand="1"/>
      </w:tblPr>
      <w:tblGrid>
        <w:gridCol w:w="3671"/>
        <w:gridCol w:w="3672"/>
        <w:gridCol w:w="3671"/>
      </w:tblGrid>
      <w:tr w:rsidR="00BD163D" w14:paraId="31D59A88" w14:textId="77777777">
        <w:trPr>
          <w:jc w:val="center"/>
        </w:trPr>
        <w:tc>
          <w:tcPr>
            <w:tcW w:w="3677"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08B0EE5E" w14:textId="77777777" w:rsidR="00BD163D" w:rsidRDefault="00B92CB2">
            <w:r>
              <w:rPr>
                <w:b/>
                <w:sz w:val="16"/>
              </w:rPr>
              <w:t>Camper Legal Name</w:t>
            </w:r>
            <w:r>
              <w:rPr>
                <w:b/>
                <w:sz w:val="16"/>
              </w:rPr>
              <w:br/>
            </w:r>
            <w:r>
              <w:rPr>
                <w:sz w:val="16"/>
              </w:rPr>
              <w:t>______________________</w:t>
            </w:r>
          </w:p>
        </w:tc>
        <w:tc>
          <w:tcPr>
            <w:tcW w:w="3677"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06B53C2E" w14:textId="77777777" w:rsidR="00BD163D" w:rsidRDefault="00B92CB2">
            <w:r>
              <w:rPr>
                <w:b/>
                <w:sz w:val="16"/>
              </w:rPr>
              <w:t>Preferred Name</w:t>
            </w:r>
            <w:r>
              <w:rPr>
                <w:b/>
                <w:sz w:val="16"/>
              </w:rPr>
              <w:br/>
            </w:r>
            <w:r>
              <w:rPr>
                <w:sz w:val="16"/>
              </w:rPr>
              <w:t>______________________</w:t>
            </w:r>
          </w:p>
        </w:tc>
        <w:tc>
          <w:tcPr>
            <w:tcW w:w="3677"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71D274BE" w14:textId="77777777" w:rsidR="00BD163D" w:rsidRDefault="00B92CB2">
            <w:r>
              <w:rPr>
                <w:b/>
                <w:sz w:val="16"/>
              </w:rPr>
              <w:t>Date of Birth</w:t>
            </w:r>
            <w:r>
              <w:rPr>
                <w:b/>
                <w:sz w:val="16"/>
              </w:rPr>
              <w:br/>
            </w:r>
            <w:r>
              <w:rPr>
                <w:sz w:val="16"/>
              </w:rPr>
              <w:t>______________________</w:t>
            </w:r>
          </w:p>
        </w:tc>
      </w:tr>
      <w:tr w:rsidR="00BD163D" w14:paraId="4F408A70" w14:textId="77777777">
        <w:trPr>
          <w:jc w:val="center"/>
        </w:trPr>
        <w:tc>
          <w:tcPr>
            <w:tcW w:w="3677"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6A961078" w14:textId="77777777" w:rsidR="00BD163D" w:rsidRDefault="00B92CB2">
            <w:r>
              <w:rPr>
                <w:b/>
                <w:sz w:val="16"/>
              </w:rPr>
              <w:t>Age</w:t>
            </w:r>
            <w:r>
              <w:rPr>
                <w:b/>
                <w:sz w:val="16"/>
              </w:rPr>
              <w:br/>
            </w:r>
            <w:r>
              <w:rPr>
                <w:sz w:val="16"/>
              </w:rPr>
              <w:t>______________________</w:t>
            </w:r>
          </w:p>
        </w:tc>
        <w:tc>
          <w:tcPr>
            <w:tcW w:w="3677"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1A02CD39" w14:textId="77777777" w:rsidR="00BD163D" w:rsidRDefault="00B92CB2">
            <w:r>
              <w:rPr>
                <w:b/>
              </w:rPr>
              <w:t>Camp Session(s)</w:t>
            </w:r>
          </w:p>
          <w:p w14:paraId="7887C052" w14:textId="77777777" w:rsidR="00BD163D" w:rsidRDefault="00B92CB2">
            <w:r>
              <w:t>______________________</w:t>
            </w:r>
          </w:p>
        </w:tc>
        <w:tc>
          <w:tcPr>
            <w:tcW w:w="3677"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0AEA07F9" w14:textId="77777777" w:rsidR="00BD163D" w:rsidRDefault="00B92CB2">
            <w:r>
              <w:rPr>
                <w:b/>
                <w:sz w:val="16"/>
              </w:rPr>
              <w:t>T-Shirt Size</w:t>
            </w:r>
            <w:r>
              <w:rPr>
                <w:b/>
                <w:sz w:val="16"/>
              </w:rPr>
              <w:br/>
            </w:r>
            <w:r>
              <w:rPr>
                <w:sz w:val="16"/>
              </w:rPr>
              <w:t>______________________</w:t>
            </w:r>
          </w:p>
        </w:tc>
      </w:tr>
    </w:tbl>
    <w:p w14:paraId="7A0BC041" w14:textId="77777777" w:rsidR="00BD163D" w:rsidRDefault="00B92CB2">
      <w:pPr>
        <w:pBdr>
          <w:bottom w:val="single" w:sz="6" w:space="2" w:color="BFBFBF"/>
        </w:pBdr>
        <w:spacing w:before="80" w:after="20"/>
      </w:pPr>
      <w:r>
        <w:rPr>
          <w:b/>
          <w:sz w:val="21"/>
        </w:rPr>
        <w:t>Parent / Guardian Information</w:t>
      </w:r>
    </w:p>
    <w:tbl>
      <w:tblPr>
        <w:tblStyle w:val="TableGrid"/>
        <w:tblW w:w="0" w:type="auto"/>
        <w:jc w:val="center"/>
        <w:tblLook w:val="04A0" w:firstRow="1" w:lastRow="0" w:firstColumn="1" w:lastColumn="0" w:noHBand="0" w:noVBand="1"/>
      </w:tblPr>
      <w:tblGrid>
        <w:gridCol w:w="5508"/>
        <w:gridCol w:w="5506"/>
      </w:tblGrid>
      <w:tr w:rsidR="00BD163D" w14:paraId="7D3B8E8C" w14:textId="77777777">
        <w:trPr>
          <w:jc w:val="center"/>
        </w:trPr>
        <w:tc>
          <w:tcPr>
            <w:tcW w:w="5515"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2FDB6816" w14:textId="77777777" w:rsidR="00BD163D" w:rsidRDefault="00B92CB2">
            <w:r>
              <w:rPr>
                <w:b/>
                <w:sz w:val="16"/>
              </w:rPr>
              <w:t>Guardian 1</w:t>
            </w:r>
            <w:r>
              <w:rPr>
                <w:b/>
                <w:sz w:val="16"/>
              </w:rPr>
              <w:br/>
            </w:r>
            <w:r>
              <w:rPr>
                <w:sz w:val="16"/>
              </w:rPr>
              <w:t>______________________</w:t>
            </w:r>
          </w:p>
        </w:tc>
        <w:tc>
          <w:tcPr>
            <w:tcW w:w="5515"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0F34F22E" w14:textId="77777777" w:rsidR="00BD163D" w:rsidRDefault="00B92CB2">
            <w:r>
              <w:rPr>
                <w:b/>
                <w:sz w:val="16"/>
              </w:rPr>
              <w:t>Guardian 2</w:t>
            </w:r>
            <w:r>
              <w:rPr>
                <w:b/>
                <w:sz w:val="16"/>
              </w:rPr>
              <w:br/>
            </w:r>
            <w:r>
              <w:rPr>
                <w:sz w:val="16"/>
              </w:rPr>
              <w:t>______________________</w:t>
            </w:r>
          </w:p>
        </w:tc>
      </w:tr>
      <w:tr w:rsidR="00BD163D" w14:paraId="73CED7F0" w14:textId="77777777">
        <w:trPr>
          <w:jc w:val="center"/>
        </w:trPr>
        <w:tc>
          <w:tcPr>
            <w:tcW w:w="5515"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70D887C5" w14:textId="77777777" w:rsidR="00BD163D" w:rsidRDefault="00B92CB2">
            <w:r>
              <w:rPr>
                <w:b/>
                <w:sz w:val="16"/>
              </w:rPr>
              <w:t>Primary Phone</w:t>
            </w:r>
            <w:r>
              <w:rPr>
                <w:b/>
                <w:sz w:val="16"/>
              </w:rPr>
              <w:br/>
            </w:r>
            <w:r>
              <w:rPr>
                <w:sz w:val="16"/>
              </w:rPr>
              <w:t>______________________</w:t>
            </w:r>
          </w:p>
        </w:tc>
        <w:tc>
          <w:tcPr>
            <w:tcW w:w="5515"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3DDD7499" w14:textId="77777777" w:rsidR="00BD163D" w:rsidRDefault="00B92CB2">
            <w:r>
              <w:rPr>
                <w:b/>
                <w:sz w:val="16"/>
              </w:rPr>
              <w:t>Secondary Phone</w:t>
            </w:r>
            <w:r>
              <w:rPr>
                <w:b/>
                <w:sz w:val="16"/>
              </w:rPr>
              <w:br/>
            </w:r>
            <w:r>
              <w:rPr>
                <w:sz w:val="16"/>
              </w:rPr>
              <w:t>______________________</w:t>
            </w:r>
          </w:p>
        </w:tc>
      </w:tr>
      <w:tr w:rsidR="00BD163D" w14:paraId="01A6BFFF" w14:textId="77777777">
        <w:trPr>
          <w:jc w:val="center"/>
        </w:trPr>
        <w:tc>
          <w:tcPr>
            <w:tcW w:w="11030" w:type="dxa"/>
            <w:gridSpan w:val="2"/>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613F0187" w14:textId="77777777" w:rsidR="00BD163D" w:rsidRDefault="00B92CB2">
            <w:r>
              <w:rPr>
                <w:b/>
              </w:rPr>
              <w:t>Email</w:t>
            </w:r>
          </w:p>
          <w:p w14:paraId="492A9519" w14:textId="77777777" w:rsidR="00BD163D" w:rsidRDefault="00B92CB2">
            <w:r>
              <w:t>____________________________________________________________</w:t>
            </w:r>
          </w:p>
        </w:tc>
      </w:tr>
      <w:tr w:rsidR="00BD163D" w14:paraId="7858A92B" w14:textId="77777777">
        <w:trPr>
          <w:jc w:val="center"/>
        </w:trPr>
        <w:tc>
          <w:tcPr>
            <w:tcW w:w="11030" w:type="dxa"/>
            <w:gridSpan w:val="2"/>
          </w:tcPr>
          <w:p w14:paraId="752039EE" w14:textId="77777777" w:rsidR="00BD163D" w:rsidRDefault="00B92CB2">
            <w:r>
              <w:rPr>
                <w:b/>
              </w:rPr>
              <w:t>Address</w:t>
            </w:r>
          </w:p>
          <w:p w14:paraId="705B4450" w14:textId="77777777" w:rsidR="00BD163D" w:rsidRDefault="00B92CB2">
            <w:r>
              <w:t>____________________________________________________________</w:t>
            </w:r>
          </w:p>
        </w:tc>
      </w:tr>
    </w:tbl>
    <w:p w14:paraId="7C5EDD6A" w14:textId="77777777" w:rsidR="00BD163D" w:rsidRDefault="00B92CB2">
      <w:pPr>
        <w:pBdr>
          <w:bottom w:val="single" w:sz="6" w:space="2" w:color="BFBFBF"/>
        </w:pBdr>
        <w:spacing w:before="80" w:after="20"/>
      </w:pPr>
      <w:r>
        <w:rPr>
          <w:b/>
        </w:rPr>
        <w:t>Emergency Contact (Other Than Parent/Guardian)</w:t>
      </w:r>
    </w:p>
    <w:tbl>
      <w:tblPr>
        <w:tblStyle w:val="TableGrid"/>
        <w:tblW w:w="0" w:type="auto"/>
        <w:jc w:val="center"/>
        <w:tblLook w:val="04A0" w:firstRow="1" w:lastRow="0" w:firstColumn="1" w:lastColumn="0" w:noHBand="0" w:noVBand="1"/>
      </w:tblPr>
      <w:tblGrid>
        <w:gridCol w:w="3672"/>
        <w:gridCol w:w="3671"/>
        <w:gridCol w:w="3671"/>
      </w:tblGrid>
      <w:tr w:rsidR="00BD163D" w14:paraId="16ED5887" w14:textId="77777777">
        <w:trPr>
          <w:jc w:val="center"/>
        </w:trPr>
        <w:tc>
          <w:tcPr>
            <w:tcW w:w="3677"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5E612304" w14:textId="77777777" w:rsidR="00BD163D" w:rsidRDefault="00B92CB2">
            <w:r>
              <w:rPr>
                <w:b/>
                <w:sz w:val="16"/>
              </w:rPr>
              <w:t>Name</w:t>
            </w:r>
            <w:r>
              <w:rPr>
                <w:b/>
                <w:sz w:val="16"/>
              </w:rPr>
              <w:br/>
            </w:r>
            <w:r>
              <w:rPr>
                <w:sz w:val="16"/>
              </w:rPr>
              <w:t>______________________</w:t>
            </w:r>
          </w:p>
        </w:tc>
        <w:tc>
          <w:tcPr>
            <w:tcW w:w="3677"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4F8945DD" w14:textId="77777777" w:rsidR="00BD163D" w:rsidRDefault="00B92CB2">
            <w:r>
              <w:rPr>
                <w:b/>
                <w:sz w:val="16"/>
              </w:rPr>
              <w:t>Phone</w:t>
            </w:r>
            <w:r>
              <w:rPr>
                <w:b/>
                <w:sz w:val="16"/>
              </w:rPr>
              <w:br/>
            </w:r>
            <w:r>
              <w:rPr>
                <w:sz w:val="16"/>
              </w:rPr>
              <w:t>______________________</w:t>
            </w:r>
          </w:p>
        </w:tc>
        <w:tc>
          <w:tcPr>
            <w:tcW w:w="3677"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604A2153" w14:textId="77777777" w:rsidR="00BD163D" w:rsidRDefault="00B92CB2">
            <w:r>
              <w:rPr>
                <w:b/>
                <w:sz w:val="16"/>
              </w:rPr>
              <w:t>Relationship</w:t>
            </w:r>
            <w:r>
              <w:rPr>
                <w:b/>
                <w:sz w:val="16"/>
              </w:rPr>
              <w:br/>
            </w:r>
            <w:r>
              <w:rPr>
                <w:sz w:val="16"/>
              </w:rPr>
              <w:t>______________________</w:t>
            </w:r>
          </w:p>
        </w:tc>
      </w:tr>
    </w:tbl>
    <w:p w14:paraId="2A69F1AF" w14:textId="77777777" w:rsidR="00BD163D" w:rsidRDefault="00B92CB2">
      <w:pPr>
        <w:pBdr>
          <w:bottom w:val="single" w:sz="6" w:space="2" w:color="BFBFBF"/>
        </w:pBdr>
        <w:spacing w:before="80" w:after="20"/>
      </w:pPr>
      <w:r>
        <w:rPr>
          <w:b/>
        </w:rPr>
        <w:t>Adults Authorized to Pick Up Your Child</w:t>
      </w:r>
    </w:p>
    <w:p w14:paraId="3D699AB8" w14:textId="77777777" w:rsidR="00BD163D" w:rsidRDefault="00B92CB2">
      <w:pPr>
        <w:spacing w:after="20"/>
      </w:pPr>
      <w:r>
        <w:t>Children will only be released to approved adults listed below. Copies of each authorized adult's driver's license must accompany this registration form.</w:t>
      </w:r>
    </w:p>
    <w:tbl>
      <w:tblPr>
        <w:tblStyle w:val="TableGrid"/>
        <w:tblW w:w="0" w:type="auto"/>
        <w:tblLook w:val="04A0" w:firstRow="1" w:lastRow="0" w:firstColumn="1" w:lastColumn="0" w:noHBand="0" w:noVBand="1"/>
      </w:tblPr>
      <w:tblGrid>
        <w:gridCol w:w="2754"/>
        <w:gridCol w:w="2753"/>
        <w:gridCol w:w="2753"/>
        <w:gridCol w:w="2754"/>
      </w:tblGrid>
      <w:tr w:rsidR="00BD163D" w14:paraId="3DA37240" w14:textId="77777777">
        <w:tc>
          <w:tcPr>
            <w:tcW w:w="2757" w:type="dxa"/>
            <w:tcBorders>
              <w:top w:val="single" w:sz="6" w:space="0" w:color="BFBFBF"/>
              <w:left w:val="single" w:sz="6" w:space="0" w:color="BFBFBF"/>
              <w:bottom w:val="single" w:sz="6" w:space="0" w:color="BFBFBF"/>
              <w:right w:val="single" w:sz="6" w:space="0" w:color="BFBFBF"/>
            </w:tcBorders>
            <w:shd w:val="clear" w:color="auto" w:fill="F2F2F2"/>
            <w:tcMar>
              <w:top w:w="45" w:type="dxa"/>
              <w:left w:w="65" w:type="dxa"/>
              <w:bottom w:w="45" w:type="dxa"/>
              <w:right w:w="65" w:type="dxa"/>
            </w:tcMar>
            <w:vAlign w:val="center"/>
          </w:tcPr>
          <w:p w14:paraId="17615E03" w14:textId="77777777" w:rsidR="00BD163D" w:rsidRDefault="00B92CB2">
            <w:r>
              <w:rPr>
                <w:b/>
                <w:sz w:val="16"/>
              </w:rPr>
              <w:t>Name</w:t>
            </w:r>
          </w:p>
        </w:tc>
        <w:tc>
          <w:tcPr>
            <w:tcW w:w="2757" w:type="dxa"/>
            <w:tcBorders>
              <w:top w:val="single" w:sz="6" w:space="0" w:color="BFBFBF"/>
              <w:left w:val="single" w:sz="6" w:space="0" w:color="BFBFBF"/>
              <w:bottom w:val="single" w:sz="6" w:space="0" w:color="BFBFBF"/>
              <w:right w:val="single" w:sz="6" w:space="0" w:color="BFBFBF"/>
            </w:tcBorders>
            <w:shd w:val="clear" w:color="auto" w:fill="F2F2F2"/>
            <w:tcMar>
              <w:top w:w="45" w:type="dxa"/>
              <w:left w:w="65" w:type="dxa"/>
              <w:bottom w:w="45" w:type="dxa"/>
              <w:right w:w="65" w:type="dxa"/>
            </w:tcMar>
            <w:vAlign w:val="center"/>
          </w:tcPr>
          <w:p w14:paraId="0D60526A" w14:textId="77777777" w:rsidR="00BD163D" w:rsidRDefault="00B92CB2">
            <w:r>
              <w:rPr>
                <w:b/>
                <w:sz w:val="16"/>
              </w:rPr>
              <w:t>Phone</w:t>
            </w:r>
          </w:p>
        </w:tc>
        <w:tc>
          <w:tcPr>
            <w:tcW w:w="2757" w:type="dxa"/>
            <w:tcBorders>
              <w:top w:val="single" w:sz="6" w:space="0" w:color="BFBFBF"/>
              <w:left w:val="single" w:sz="6" w:space="0" w:color="BFBFBF"/>
              <w:bottom w:val="single" w:sz="6" w:space="0" w:color="BFBFBF"/>
              <w:right w:val="single" w:sz="6" w:space="0" w:color="BFBFBF"/>
            </w:tcBorders>
            <w:shd w:val="clear" w:color="auto" w:fill="F2F2F2"/>
            <w:tcMar>
              <w:top w:w="45" w:type="dxa"/>
              <w:left w:w="65" w:type="dxa"/>
              <w:bottom w:w="45" w:type="dxa"/>
              <w:right w:w="65" w:type="dxa"/>
            </w:tcMar>
            <w:vAlign w:val="center"/>
          </w:tcPr>
          <w:p w14:paraId="43465E43" w14:textId="77777777" w:rsidR="00BD163D" w:rsidRDefault="00B92CB2">
            <w:r>
              <w:rPr>
                <w:b/>
                <w:sz w:val="16"/>
              </w:rPr>
              <w:t>Driver's License #</w:t>
            </w:r>
          </w:p>
        </w:tc>
        <w:tc>
          <w:tcPr>
            <w:tcW w:w="2757" w:type="dxa"/>
            <w:tcBorders>
              <w:top w:val="single" w:sz="6" w:space="0" w:color="BFBFBF"/>
              <w:left w:val="single" w:sz="6" w:space="0" w:color="BFBFBF"/>
              <w:bottom w:val="single" w:sz="6" w:space="0" w:color="BFBFBF"/>
              <w:right w:val="single" w:sz="6" w:space="0" w:color="BFBFBF"/>
            </w:tcBorders>
            <w:shd w:val="clear" w:color="auto" w:fill="F2F2F2"/>
            <w:tcMar>
              <w:top w:w="45" w:type="dxa"/>
              <w:left w:w="65" w:type="dxa"/>
              <w:bottom w:w="45" w:type="dxa"/>
              <w:right w:w="65" w:type="dxa"/>
            </w:tcMar>
            <w:vAlign w:val="center"/>
          </w:tcPr>
          <w:p w14:paraId="7D9AFB31" w14:textId="77777777" w:rsidR="00BD163D" w:rsidRDefault="00B92CB2">
            <w:r>
              <w:rPr>
                <w:b/>
                <w:sz w:val="16"/>
              </w:rPr>
              <w:t>Relationship</w:t>
            </w:r>
          </w:p>
        </w:tc>
      </w:tr>
      <w:tr w:rsidR="00BD163D" w14:paraId="31EC47D9" w14:textId="77777777">
        <w:tc>
          <w:tcPr>
            <w:tcW w:w="2757"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4262C6DC" w14:textId="77777777" w:rsidR="00BD163D" w:rsidRDefault="00B92CB2">
            <w:r>
              <w:br/>
            </w:r>
          </w:p>
        </w:tc>
        <w:tc>
          <w:tcPr>
            <w:tcW w:w="2757"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6273B5F2" w14:textId="77777777" w:rsidR="00BD163D" w:rsidRDefault="00B92CB2">
            <w:r>
              <w:br/>
            </w:r>
          </w:p>
        </w:tc>
        <w:tc>
          <w:tcPr>
            <w:tcW w:w="2757"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0C17DE75" w14:textId="77777777" w:rsidR="00BD163D" w:rsidRDefault="00B92CB2">
            <w:r>
              <w:br/>
            </w:r>
          </w:p>
        </w:tc>
        <w:tc>
          <w:tcPr>
            <w:tcW w:w="2757"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0ABDE44E" w14:textId="77777777" w:rsidR="00BD163D" w:rsidRDefault="00B92CB2">
            <w:r>
              <w:br/>
            </w:r>
          </w:p>
        </w:tc>
      </w:tr>
      <w:tr w:rsidR="00BD163D" w14:paraId="52E44E8B" w14:textId="77777777">
        <w:tc>
          <w:tcPr>
            <w:tcW w:w="2757"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508D1C8F" w14:textId="77777777" w:rsidR="00BD163D" w:rsidRDefault="00B92CB2">
            <w:r>
              <w:br/>
            </w:r>
          </w:p>
        </w:tc>
        <w:tc>
          <w:tcPr>
            <w:tcW w:w="2757"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508D73CA" w14:textId="77777777" w:rsidR="00BD163D" w:rsidRDefault="00B92CB2">
            <w:r>
              <w:br/>
            </w:r>
          </w:p>
        </w:tc>
        <w:tc>
          <w:tcPr>
            <w:tcW w:w="2757"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5D9FDE0E" w14:textId="77777777" w:rsidR="00BD163D" w:rsidRDefault="00B92CB2">
            <w:r>
              <w:br/>
            </w:r>
          </w:p>
        </w:tc>
        <w:tc>
          <w:tcPr>
            <w:tcW w:w="2757"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59169879" w14:textId="77777777" w:rsidR="00BD163D" w:rsidRDefault="00B92CB2">
            <w:r>
              <w:br/>
            </w:r>
          </w:p>
        </w:tc>
      </w:tr>
      <w:tr w:rsidR="00BD163D" w14:paraId="27ED0677" w14:textId="77777777">
        <w:tc>
          <w:tcPr>
            <w:tcW w:w="2757"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1BA61C9D" w14:textId="77777777" w:rsidR="00BD163D" w:rsidRDefault="00B92CB2">
            <w:r>
              <w:br/>
            </w:r>
          </w:p>
        </w:tc>
        <w:tc>
          <w:tcPr>
            <w:tcW w:w="2757"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4EA47F03" w14:textId="77777777" w:rsidR="00BD163D" w:rsidRDefault="00B92CB2">
            <w:r>
              <w:br/>
            </w:r>
          </w:p>
        </w:tc>
        <w:tc>
          <w:tcPr>
            <w:tcW w:w="2757"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17A976FA" w14:textId="77777777" w:rsidR="00BD163D" w:rsidRDefault="00B92CB2">
            <w:r>
              <w:br/>
            </w:r>
          </w:p>
        </w:tc>
        <w:tc>
          <w:tcPr>
            <w:tcW w:w="2757"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5B4602FA" w14:textId="77777777" w:rsidR="00BD163D" w:rsidRDefault="00B92CB2">
            <w:r>
              <w:br/>
            </w:r>
          </w:p>
        </w:tc>
      </w:tr>
      <w:tr w:rsidR="00BD163D" w14:paraId="39224CB4" w14:textId="77777777">
        <w:tc>
          <w:tcPr>
            <w:tcW w:w="2757"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4B1DCE4F" w14:textId="77777777" w:rsidR="00BD163D" w:rsidRDefault="00B92CB2">
            <w:r>
              <w:br/>
            </w:r>
          </w:p>
        </w:tc>
        <w:tc>
          <w:tcPr>
            <w:tcW w:w="2757"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518086B0" w14:textId="77777777" w:rsidR="00BD163D" w:rsidRDefault="00B92CB2">
            <w:r>
              <w:br/>
            </w:r>
          </w:p>
        </w:tc>
        <w:tc>
          <w:tcPr>
            <w:tcW w:w="2757"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4ABBED8C" w14:textId="77777777" w:rsidR="00BD163D" w:rsidRDefault="00B92CB2">
            <w:r>
              <w:br/>
            </w:r>
          </w:p>
        </w:tc>
        <w:tc>
          <w:tcPr>
            <w:tcW w:w="2757"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2694E502" w14:textId="77777777" w:rsidR="00BD163D" w:rsidRDefault="00B92CB2">
            <w:r>
              <w:br/>
            </w:r>
          </w:p>
        </w:tc>
      </w:tr>
    </w:tbl>
    <w:p w14:paraId="73E55A19" w14:textId="77777777" w:rsidR="00BD163D" w:rsidRDefault="00B92CB2">
      <w:pPr>
        <w:pBdr>
          <w:bottom w:val="single" w:sz="6" w:space="2" w:color="BFBFBF"/>
        </w:pBdr>
        <w:spacing w:before="80" w:after="20"/>
      </w:pPr>
      <w:r>
        <w:rPr>
          <w:b/>
          <w:sz w:val="21"/>
        </w:rPr>
        <w:t>Medical Information</w:t>
      </w:r>
    </w:p>
    <w:tbl>
      <w:tblPr>
        <w:tblStyle w:val="TableGrid"/>
        <w:tblW w:w="0" w:type="auto"/>
        <w:jc w:val="center"/>
        <w:tblLook w:val="04A0" w:firstRow="1" w:lastRow="0" w:firstColumn="1" w:lastColumn="0" w:noHBand="0" w:noVBand="1"/>
      </w:tblPr>
      <w:tblGrid>
        <w:gridCol w:w="5507"/>
        <w:gridCol w:w="5507"/>
      </w:tblGrid>
      <w:tr w:rsidR="00BD163D" w14:paraId="281F2693" w14:textId="77777777">
        <w:trPr>
          <w:jc w:val="center"/>
        </w:trPr>
        <w:tc>
          <w:tcPr>
            <w:tcW w:w="5515"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40BE6093" w14:textId="77777777" w:rsidR="00BD163D" w:rsidRDefault="00B92CB2">
            <w:r>
              <w:rPr>
                <w:b/>
                <w:sz w:val="16"/>
              </w:rPr>
              <w:t>Food Allergies</w:t>
            </w:r>
            <w:r>
              <w:rPr>
                <w:b/>
                <w:sz w:val="16"/>
              </w:rPr>
              <w:br/>
            </w:r>
            <w:r>
              <w:rPr>
                <w:sz w:val="16"/>
              </w:rPr>
              <w:t>______________________</w:t>
            </w:r>
          </w:p>
        </w:tc>
        <w:tc>
          <w:tcPr>
            <w:tcW w:w="5515"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628BCC07" w14:textId="77777777" w:rsidR="00BD163D" w:rsidRDefault="00B92CB2">
            <w:r>
              <w:rPr>
                <w:b/>
                <w:sz w:val="16"/>
              </w:rPr>
              <w:t>Medication Allergies</w:t>
            </w:r>
            <w:r>
              <w:rPr>
                <w:b/>
                <w:sz w:val="16"/>
              </w:rPr>
              <w:br/>
            </w:r>
            <w:r>
              <w:rPr>
                <w:sz w:val="16"/>
              </w:rPr>
              <w:t>______________________</w:t>
            </w:r>
          </w:p>
        </w:tc>
      </w:tr>
      <w:tr w:rsidR="00BD163D" w14:paraId="20662974" w14:textId="77777777">
        <w:trPr>
          <w:jc w:val="center"/>
        </w:trPr>
        <w:tc>
          <w:tcPr>
            <w:tcW w:w="5515"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4E179CCF" w14:textId="77777777" w:rsidR="00BD163D" w:rsidRDefault="00B92CB2">
            <w:r>
              <w:rPr>
                <w:b/>
                <w:sz w:val="16"/>
              </w:rPr>
              <w:t>Medical Conditions</w:t>
            </w:r>
            <w:r>
              <w:rPr>
                <w:b/>
                <w:sz w:val="16"/>
              </w:rPr>
              <w:br/>
            </w:r>
            <w:r>
              <w:rPr>
                <w:sz w:val="16"/>
              </w:rPr>
              <w:t>______________________</w:t>
            </w:r>
          </w:p>
        </w:tc>
        <w:tc>
          <w:tcPr>
            <w:tcW w:w="5515"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7AE78F02" w14:textId="77777777" w:rsidR="00BD163D" w:rsidRDefault="00B92CB2">
            <w:r>
              <w:rPr>
                <w:b/>
                <w:sz w:val="16"/>
              </w:rPr>
              <w:t>Learning / Sensory / Behavioral Information</w:t>
            </w:r>
            <w:r>
              <w:rPr>
                <w:b/>
                <w:sz w:val="16"/>
              </w:rPr>
              <w:br/>
            </w:r>
            <w:r>
              <w:rPr>
                <w:sz w:val="16"/>
              </w:rPr>
              <w:t>______________________</w:t>
            </w:r>
          </w:p>
        </w:tc>
      </w:tr>
      <w:tr w:rsidR="00BD163D" w14:paraId="03865BC8" w14:textId="77777777">
        <w:trPr>
          <w:jc w:val="center"/>
        </w:trPr>
        <w:tc>
          <w:tcPr>
            <w:tcW w:w="5515"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0A510602" w14:textId="77777777" w:rsidR="00BD163D" w:rsidRDefault="00B92CB2">
            <w:r>
              <w:rPr>
                <w:b/>
              </w:rPr>
              <w:t>Pet Allergies / Animal Fears</w:t>
            </w:r>
          </w:p>
          <w:p w14:paraId="61603D69" w14:textId="77777777" w:rsidR="00BD163D" w:rsidRDefault="00B92CB2">
            <w:r>
              <w:t>______________________</w:t>
            </w:r>
          </w:p>
        </w:tc>
        <w:tc>
          <w:tcPr>
            <w:tcW w:w="5515"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4420D84F" w14:textId="77777777" w:rsidR="00BD163D" w:rsidRDefault="00B92CB2">
            <w:r>
              <w:rPr>
                <w:b/>
              </w:rPr>
              <w:t>Anything Else We Should Know?</w:t>
            </w:r>
          </w:p>
          <w:p w14:paraId="3B172F82" w14:textId="77777777" w:rsidR="00BD163D" w:rsidRDefault="00B92CB2">
            <w:r>
              <w:t>______________________</w:t>
            </w:r>
          </w:p>
        </w:tc>
      </w:tr>
    </w:tbl>
    <w:p w14:paraId="547BBB0E" w14:textId="77777777" w:rsidR="00BD163D" w:rsidRDefault="00B92CB2">
      <w:pPr>
        <w:pBdr>
          <w:bottom w:val="single" w:sz="6" w:space="2" w:color="BFBFBF"/>
        </w:pBdr>
        <w:spacing w:before="80" w:after="20"/>
      </w:pPr>
      <w:r>
        <w:rPr>
          <w:b/>
          <w:sz w:val="21"/>
        </w:rPr>
        <w:t>How Did You Hear About Mimi's Crafts?</w:t>
      </w:r>
    </w:p>
    <w:p w14:paraId="29C3F928" w14:textId="77777777" w:rsidR="00BD163D" w:rsidRDefault="00B92CB2">
      <w:r>
        <w:t>☐ Facebook   ☐ Google   ☐ Friend   ☐ Returning Camper   ☐ Walk-In   ☐ Other: __________________</w:t>
      </w:r>
    </w:p>
    <w:p w14:paraId="5E3A2AAD" w14:textId="77777777" w:rsidR="00BD163D" w:rsidRDefault="00BD163D">
      <w:pPr>
        <w:pageBreakBefore/>
      </w:pPr>
    </w:p>
    <w:tbl>
      <w:tblPr>
        <w:tblW w:w="0" w:type="auto"/>
        <w:jc w:val="center"/>
        <w:tblLook w:val="04A0" w:firstRow="1" w:lastRow="0" w:firstColumn="1" w:lastColumn="0" w:noHBand="0" w:noVBand="1"/>
      </w:tblPr>
      <w:tblGrid>
        <w:gridCol w:w="5515"/>
        <w:gridCol w:w="5515"/>
      </w:tblGrid>
      <w:tr w:rsidR="00BD163D" w14:paraId="7C0AE892" w14:textId="77777777">
        <w:trPr>
          <w:jc w:val="center"/>
        </w:trPr>
        <w:tc>
          <w:tcPr>
            <w:tcW w:w="5515" w:type="dxa"/>
            <w:tcBorders>
              <w:top w:val="single" w:sz="0" w:space="0" w:color="FFFFFF"/>
              <w:left w:val="single" w:sz="0" w:space="0" w:color="FFFFFF"/>
              <w:bottom w:val="single" w:sz="0" w:space="0" w:color="FFFFFF"/>
              <w:right w:val="single" w:sz="0" w:space="0" w:color="FFFFFF"/>
            </w:tcBorders>
            <w:tcMar>
              <w:top w:w="0" w:type="dxa"/>
              <w:left w:w="0" w:type="dxa"/>
              <w:bottom w:w="0" w:type="dxa"/>
              <w:right w:w="0" w:type="dxa"/>
            </w:tcMar>
          </w:tcPr>
          <w:p w14:paraId="7884230F" w14:textId="77777777" w:rsidR="00BD163D" w:rsidRDefault="00B92CB2">
            <w:r>
              <w:rPr>
                <w:noProof/>
              </w:rPr>
              <w:drawing>
                <wp:inline distT="0" distB="0" distL="0" distR="0" wp14:anchorId="0ECD47DF" wp14:editId="744AF699">
                  <wp:extent cx="1417320" cy="113207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a92b6a7-20f5-4446-9bc4-8898e8b97a7a.png"/>
                          <pic:cNvPicPr/>
                        </pic:nvPicPr>
                        <pic:blipFill>
                          <a:blip r:embed="rId8"/>
                          <a:stretch>
                            <a:fillRect/>
                          </a:stretch>
                        </pic:blipFill>
                        <pic:spPr>
                          <a:xfrm>
                            <a:off x="0" y="0"/>
                            <a:ext cx="1417320" cy="1132073"/>
                          </a:xfrm>
                          <a:prstGeom prst="rect">
                            <a:avLst/>
                          </a:prstGeom>
                        </pic:spPr>
                      </pic:pic>
                    </a:graphicData>
                  </a:graphic>
                </wp:inline>
              </w:drawing>
            </w:r>
          </w:p>
        </w:tc>
        <w:tc>
          <w:tcPr>
            <w:tcW w:w="5515" w:type="dxa"/>
            <w:tcBorders>
              <w:top w:val="single" w:sz="0" w:space="0" w:color="FFFFFF"/>
              <w:left w:val="single" w:sz="0" w:space="0" w:color="FFFFFF"/>
              <w:bottom w:val="single" w:sz="0" w:space="0" w:color="FFFFFF"/>
              <w:right w:val="single" w:sz="0" w:space="0" w:color="FFFFFF"/>
            </w:tcBorders>
            <w:tcMar>
              <w:top w:w="0" w:type="dxa"/>
              <w:left w:w="0" w:type="dxa"/>
              <w:bottom w:w="0" w:type="dxa"/>
              <w:right w:w="0" w:type="dxa"/>
            </w:tcMar>
          </w:tcPr>
          <w:p w14:paraId="0041EC17" w14:textId="77777777" w:rsidR="00BD163D" w:rsidRDefault="00B92CB2">
            <w:pPr>
              <w:jc w:val="right"/>
            </w:pPr>
            <w:r>
              <w:rPr>
                <w:b/>
                <w:sz w:val="36"/>
              </w:rPr>
              <w:t>Parent Agreement</w:t>
            </w:r>
          </w:p>
        </w:tc>
      </w:tr>
    </w:tbl>
    <w:p w14:paraId="49892E6A" w14:textId="77777777" w:rsidR="00BD163D" w:rsidRDefault="00B92CB2">
      <w:pPr>
        <w:spacing w:after="20"/>
        <w:jc w:val="center"/>
      </w:pPr>
      <w:r>
        <w:rPr>
          <w:b/>
          <w:sz w:val="28"/>
        </w:rPr>
        <w:t>Before We Begin</w:t>
      </w:r>
      <w:r>
        <w:br/>
        <w:t>Please review and initial each policy so we can provide a safe, creative, and organized camp experience for every artist.</w:t>
      </w:r>
    </w:p>
    <w:p w14:paraId="2EC666A9" w14:textId="77777777" w:rsidR="00BD163D" w:rsidRDefault="00B92CB2">
      <w:pPr>
        <w:jc w:val="right"/>
      </w:pPr>
      <w:r>
        <w:rPr>
          <w:sz w:val="16"/>
        </w:rPr>
        <w:t>Camper Name: __________________________________</w:t>
      </w:r>
    </w:p>
    <w:p w14:paraId="0C5D262F" w14:textId="77777777" w:rsidR="00BD163D" w:rsidRDefault="00B92CB2">
      <w:pPr>
        <w:pBdr>
          <w:bottom w:val="single" w:sz="6" w:space="2" w:color="BFBFBF"/>
        </w:pBdr>
        <w:spacing w:before="80" w:after="20"/>
      </w:pPr>
      <w:r>
        <w:rPr>
          <w:b/>
          <w:sz w:val="21"/>
        </w:rPr>
        <w:t>Required Parent Initials</w:t>
      </w:r>
    </w:p>
    <w:tbl>
      <w:tblPr>
        <w:tblStyle w:val="TableGrid"/>
        <w:tblW w:w="0" w:type="auto"/>
        <w:tblLook w:val="04A0" w:firstRow="1" w:lastRow="0" w:firstColumn="1" w:lastColumn="0" w:noHBand="0" w:noVBand="1"/>
      </w:tblPr>
      <w:tblGrid>
        <w:gridCol w:w="5507"/>
        <w:gridCol w:w="5507"/>
      </w:tblGrid>
      <w:tr w:rsidR="00BD163D" w14:paraId="6DF63ACB" w14:textId="77777777">
        <w:tc>
          <w:tcPr>
            <w:tcW w:w="5515" w:type="dxa"/>
            <w:tcBorders>
              <w:top w:val="single" w:sz="6" w:space="0" w:color="BFBFBF"/>
              <w:left w:val="single" w:sz="6" w:space="0" w:color="BFBFBF"/>
              <w:bottom w:val="single" w:sz="6" w:space="0" w:color="BFBFBF"/>
              <w:right w:val="single" w:sz="6" w:space="0" w:color="BFBFBF"/>
            </w:tcBorders>
            <w:shd w:val="clear" w:color="auto" w:fill="F2F2F2"/>
            <w:tcMar>
              <w:top w:w="45" w:type="dxa"/>
              <w:left w:w="65" w:type="dxa"/>
              <w:bottom w:w="45" w:type="dxa"/>
              <w:right w:w="65" w:type="dxa"/>
            </w:tcMar>
            <w:vAlign w:val="center"/>
          </w:tcPr>
          <w:p w14:paraId="6C8E82CF" w14:textId="77777777" w:rsidR="00BD163D" w:rsidRDefault="00B92CB2">
            <w:r>
              <w:rPr>
                <w:b/>
                <w:sz w:val="16"/>
              </w:rPr>
              <w:t>Initials</w:t>
            </w:r>
            <w:r>
              <w:rPr>
                <w:b/>
                <w:sz w:val="16"/>
              </w:rPr>
              <w:br/>
            </w:r>
            <w:r>
              <w:rPr>
                <w:sz w:val="16"/>
              </w:rPr>
              <w:t>________</w:t>
            </w:r>
          </w:p>
        </w:tc>
        <w:tc>
          <w:tcPr>
            <w:tcW w:w="5515"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323D1FB5" w14:textId="77777777" w:rsidR="00BD163D" w:rsidRDefault="00B92CB2">
            <w:r>
              <w:rPr>
                <w:b/>
              </w:rPr>
              <w:t>Session Enrollment:</w:t>
            </w:r>
            <w:r>
              <w:t xml:space="preserve"> Camp enrollment is by the session only. No partial sessions, prorated tuition, or make-up days.</w:t>
            </w:r>
          </w:p>
        </w:tc>
      </w:tr>
      <w:tr w:rsidR="00BD163D" w14:paraId="1D73A5B4" w14:textId="77777777">
        <w:tc>
          <w:tcPr>
            <w:tcW w:w="5515" w:type="dxa"/>
            <w:tcBorders>
              <w:top w:val="single" w:sz="6" w:space="0" w:color="BFBFBF"/>
              <w:left w:val="single" w:sz="6" w:space="0" w:color="BFBFBF"/>
              <w:bottom w:val="single" w:sz="6" w:space="0" w:color="BFBFBF"/>
              <w:right w:val="single" w:sz="6" w:space="0" w:color="BFBFBF"/>
            </w:tcBorders>
            <w:shd w:val="clear" w:color="auto" w:fill="F2F2F2"/>
            <w:tcMar>
              <w:top w:w="45" w:type="dxa"/>
              <w:left w:w="65" w:type="dxa"/>
              <w:bottom w:w="45" w:type="dxa"/>
              <w:right w:w="65" w:type="dxa"/>
            </w:tcMar>
            <w:vAlign w:val="center"/>
          </w:tcPr>
          <w:p w14:paraId="1A3A67FF" w14:textId="77777777" w:rsidR="00BD163D" w:rsidRDefault="00B92CB2">
            <w:r>
              <w:rPr>
                <w:b/>
                <w:sz w:val="16"/>
              </w:rPr>
              <w:t>Initials</w:t>
            </w:r>
            <w:r>
              <w:rPr>
                <w:b/>
                <w:sz w:val="16"/>
              </w:rPr>
              <w:br/>
            </w:r>
            <w:r>
              <w:rPr>
                <w:sz w:val="16"/>
              </w:rPr>
              <w:t>________</w:t>
            </w:r>
          </w:p>
        </w:tc>
        <w:tc>
          <w:tcPr>
            <w:tcW w:w="5515"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4DB46AD7" w14:textId="77777777" w:rsidR="00BD163D" w:rsidRDefault="00B92CB2">
            <w:r>
              <w:rPr>
                <w:b/>
              </w:rPr>
              <w:t xml:space="preserve">Late Pick-Up: </w:t>
            </w:r>
            <w:r>
              <w:t>Camp ends at 12:00 PM. Campers must be picked up no later than 12:10 PM. A late pickup fee of $1 per minute begins at 12:11 PM.</w:t>
            </w:r>
          </w:p>
        </w:tc>
      </w:tr>
      <w:tr w:rsidR="00BD163D" w14:paraId="0B206F63" w14:textId="77777777">
        <w:tc>
          <w:tcPr>
            <w:tcW w:w="5515" w:type="dxa"/>
            <w:tcBorders>
              <w:top w:val="single" w:sz="6" w:space="0" w:color="BFBFBF"/>
              <w:left w:val="single" w:sz="6" w:space="0" w:color="BFBFBF"/>
              <w:bottom w:val="single" w:sz="6" w:space="0" w:color="BFBFBF"/>
              <w:right w:val="single" w:sz="6" w:space="0" w:color="BFBFBF"/>
            </w:tcBorders>
            <w:shd w:val="clear" w:color="auto" w:fill="F2F2F2"/>
            <w:tcMar>
              <w:top w:w="45" w:type="dxa"/>
              <w:left w:w="65" w:type="dxa"/>
              <w:bottom w:w="45" w:type="dxa"/>
              <w:right w:w="65" w:type="dxa"/>
            </w:tcMar>
            <w:vAlign w:val="center"/>
          </w:tcPr>
          <w:p w14:paraId="78A8BDEF" w14:textId="77777777" w:rsidR="00BD163D" w:rsidRDefault="00B92CB2">
            <w:r>
              <w:rPr>
                <w:b/>
                <w:sz w:val="16"/>
              </w:rPr>
              <w:t>Initials</w:t>
            </w:r>
            <w:r>
              <w:rPr>
                <w:b/>
                <w:sz w:val="16"/>
              </w:rPr>
              <w:br/>
            </w:r>
            <w:r>
              <w:rPr>
                <w:sz w:val="16"/>
              </w:rPr>
              <w:t>________</w:t>
            </w:r>
          </w:p>
        </w:tc>
        <w:tc>
          <w:tcPr>
            <w:tcW w:w="5515"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7C8B67F7" w14:textId="77777777" w:rsidR="00BD163D" w:rsidRDefault="00B92CB2">
            <w:r>
              <w:rPr>
                <w:b/>
              </w:rPr>
              <w:t>Peanut-Free Camp:</w:t>
            </w:r>
            <w:r>
              <w:t xml:space="preserve"> Mimi's Crafts Art Camp is PEANUT-FREE, TREE NUT-FREE, and NUT BUTTER-FREE. Please do not send foods containing peanuts, tree nuts, or nut butters. Prohibited items will remain unopened and be sent home. Children with severe food allergies may attend camp. Thank you for helping us keep every camper safe.</w:t>
            </w:r>
          </w:p>
        </w:tc>
      </w:tr>
      <w:tr w:rsidR="00BD163D" w14:paraId="09876961" w14:textId="77777777">
        <w:tc>
          <w:tcPr>
            <w:tcW w:w="5515" w:type="dxa"/>
            <w:tcBorders>
              <w:top w:val="single" w:sz="6" w:space="0" w:color="BFBFBF"/>
              <w:left w:val="single" w:sz="6" w:space="0" w:color="BFBFBF"/>
              <w:bottom w:val="single" w:sz="6" w:space="0" w:color="BFBFBF"/>
              <w:right w:val="single" w:sz="6" w:space="0" w:color="BFBFBF"/>
            </w:tcBorders>
            <w:shd w:val="clear" w:color="auto" w:fill="F2F2F2"/>
            <w:tcMar>
              <w:top w:w="45" w:type="dxa"/>
              <w:left w:w="65" w:type="dxa"/>
              <w:bottom w:w="45" w:type="dxa"/>
              <w:right w:w="65" w:type="dxa"/>
            </w:tcMar>
            <w:vAlign w:val="center"/>
          </w:tcPr>
          <w:p w14:paraId="765DD7CB" w14:textId="77777777" w:rsidR="00BD163D" w:rsidRDefault="00B92CB2">
            <w:r>
              <w:rPr>
                <w:b/>
                <w:sz w:val="16"/>
              </w:rPr>
              <w:t>Initials</w:t>
            </w:r>
            <w:r>
              <w:rPr>
                <w:b/>
                <w:sz w:val="16"/>
              </w:rPr>
              <w:br/>
            </w:r>
            <w:r>
              <w:rPr>
                <w:sz w:val="16"/>
              </w:rPr>
              <w:t>________</w:t>
            </w:r>
          </w:p>
        </w:tc>
        <w:tc>
          <w:tcPr>
            <w:tcW w:w="5515" w:type="dxa"/>
            <w:tcBorders>
              <w:top w:val="single" w:sz="6" w:space="0" w:color="BFBFBF"/>
              <w:left w:val="single" w:sz="6" w:space="0" w:color="BFBFBF"/>
              <w:bottom w:val="single" w:sz="6" w:space="0" w:color="BFBFBF"/>
              <w:right w:val="single" w:sz="6" w:space="0" w:color="BFBFBF"/>
            </w:tcBorders>
            <w:tcMar>
              <w:top w:w="45" w:type="dxa"/>
              <w:left w:w="65" w:type="dxa"/>
              <w:bottom w:w="45" w:type="dxa"/>
              <w:right w:w="65" w:type="dxa"/>
            </w:tcMar>
            <w:vAlign w:val="center"/>
          </w:tcPr>
          <w:p w14:paraId="092C74BF" w14:textId="77777777" w:rsidR="00BD163D" w:rsidRDefault="00B92CB2">
            <w:r>
              <w:rPr>
                <w:b/>
              </w:rPr>
              <w:t xml:space="preserve">Photography &amp; Video: </w:t>
            </w:r>
            <w:r>
              <w:t>Photographs and videos may be taken during camp for use on Mimi's Crafts' website, social media, advertising, and printed materials. To opt out, notify Mimi's Crafts in writing before the first day of camp.</w:t>
            </w:r>
          </w:p>
        </w:tc>
      </w:tr>
    </w:tbl>
    <w:p w14:paraId="2AE2653D" w14:textId="77777777" w:rsidR="00BD163D" w:rsidRDefault="00B92CB2">
      <w:pPr>
        <w:pBdr>
          <w:bottom w:val="single" w:sz="6" w:space="2" w:color="BFBFBF"/>
        </w:pBdr>
        <w:spacing w:before="80" w:after="20"/>
      </w:pPr>
      <w:r>
        <w:rPr>
          <w:b/>
          <w:sz w:val="21"/>
        </w:rPr>
        <w:t>Agreements &amp; Permissions</w:t>
      </w:r>
    </w:p>
    <w:p w14:paraId="4A529513" w14:textId="77777777" w:rsidR="00BD163D" w:rsidRDefault="00B92CB2">
      <w:pPr>
        <w:spacing w:after="0"/>
      </w:pPr>
      <w:r>
        <w:rPr>
          <w:sz w:val="16"/>
        </w:rPr>
        <w:t>☐ Campers must wear closed-toe shoes and clothing that can get messy.</w:t>
      </w:r>
    </w:p>
    <w:p w14:paraId="5D2DD16B" w14:textId="77777777" w:rsidR="00BD163D" w:rsidRDefault="00B92CB2">
      <w:pPr>
        <w:spacing w:after="0"/>
      </w:pPr>
      <w:r>
        <w:t>☐ Most projects are ready for pickup on the last day of camp. If a project requires additional kiln time, we will let you know when it is ready.</w:t>
      </w:r>
    </w:p>
    <w:p w14:paraId="41C7D5B4" w14:textId="77777777" w:rsidR="00BD163D" w:rsidRDefault="00B92CB2">
      <w:pPr>
        <w:spacing w:after="0"/>
      </w:pPr>
      <w:r>
        <w:rPr>
          <w:sz w:val="16"/>
        </w:rPr>
        <w:t>☐ In a medical emergency and a parent/guardian cannot be reached, I authorize Mimi's Crafts staff to obtain appropriate medical care.</w:t>
      </w:r>
    </w:p>
    <w:p w14:paraId="2A5E4072" w14:textId="77777777" w:rsidR="00BD163D" w:rsidRDefault="00B92CB2">
      <w:pPr>
        <w:spacing w:after="0"/>
      </w:pPr>
      <w:r>
        <w:rPr>
          <w:sz w:val="16"/>
        </w:rPr>
        <w:t>☐ I understand participation in camp activities involves inherent risks including slips, falls, cuts, burns, allergic reactions, and other minor injuries. I voluntarily assume these risks.</w:t>
      </w:r>
    </w:p>
    <w:p w14:paraId="7CDB1806" w14:textId="77777777" w:rsidR="00BD163D" w:rsidRDefault="00B92CB2">
      <w:pPr>
        <w:spacing w:after="0"/>
      </w:pPr>
      <w:r>
        <w:rPr>
          <w:sz w:val="16"/>
        </w:rPr>
        <w:t>☐ I certify that all allergies, medications, medical conditions, and special needs have been disclosed.</w:t>
      </w:r>
    </w:p>
    <w:p w14:paraId="7C358A5F" w14:textId="77777777" w:rsidR="00BD163D" w:rsidRDefault="00B92CB2">
      <w:pPr>
        <w:spacing w:after="0"/>
      </w:pPr>
      <w:r>
        <w:rPr>
          <w:sz w:val="16"/>
        </w:rPr>
        <w:t>☐ Staff cannot store or administer prescription or over-the-counter medication. Parents/guardians must come to the studio if medication is required during camp hours.</w:t>
      </w:r>
    </w:p>
    <w:p w14:paraId="2D0A69CE" w14:textId="77777777" w:rsidR="00BD163D" w:rsidRDefault="00B92CB2">
      <w:pPr>
        <w:spacing w:after="0"/>
      </w:pPr>
      <w:r>
        <w:rPr>
          <w:sz w:val="16"/>
        </w:rPr>
        <w:t>☐ Mimi's Crafts reserves the right to remove a camper, without refund, due to unsafe, disruptive, abusive, or inappropriate behavior by the camper, a parent, guardian, or authorized pickup person if that behavior interferes with the safety, well-being, or enjoyment of campers, staff, or other families.</w:t>
      </w:r>
    </w:p>
    <w:p w14:paraId="0389D117" w14:textId="77777777" w:rsidR="00BD163D" w:rsidRDefault="00B92CB2">
      <w:pPr>
        <w:spacing w:after="0"/>
      </w:pPr>
      <w:r>
        <w:rPr>
          <w:sz w:val="16"/>
        </w:rPr>
        <w:t>☐ Mimi's Crafts reserves the right to refuse future camp registrations from families who repeatedly violate camp policies or whose conduct is disruptive to staff or other campers.</w:t>
      </w:r>
    </w:p>
    <w:p w14:paraId="59271D3F" w14:textId="77777777" w:rsidR="00BD163D" w:rsidRDefault="00B92CB2">
      <w:pPr>
        <w:spacing w:before="80"/>
      </w:pPr>
      <w:r>
        <w:rPr>
          <w:i/>
        </w:rPr>
        <w:t>Thank you for trusting Mimi's Crafts with your child. We look forward to creating memories together this week.</w:t>
      </w:r>
    </w:p>
    <w:tbl>
      <w:tblPr>
        <w:tblW w:w="0" w:type="auto"/>
        <w:tblLook w:val="04A0" w:firstRow="1" w:lastRow="0" w:firstColumn="1" w:lastColumn="0" w:noHBand="0" w:noVBand="1"/>
      </w:tblPr>
      <w:tblGrid>
        <w:gridCol w:w="5515"/>
        <w:gridCol w:w="5515"/>
      </w:tblGrid>
      <w:tr w:rsidR="00BD163D" w14:paraId="66A58DF1" w14:textId="77777777">
        <w:tc>
          <w:tcPr>
            <w:tcW w:w="5515" w:type="dxa"/>
            <w:tcBorders>
              <w:top w:val="single" w:sz="0" w:space="0" w:color="FFFFFF"/>
              <w:left w:val="single" w:sz="0" w:space="0" w:color="FFFFFF"/>
              <w:bottom w:val="single" w:sz="0" w:space="0" w:color="FFFFFF"/>
              <w:right w:val="single" w:sz="0" w:space="0" w:color="FFFFFF"/>
            </w:tcBorders>
            <w:tcMar>
              <w:top w:w="45" w:type="dxa"/>
              <w:left w:w="65" w:type="dxa"/>
              <w:bottom w:w="45" w:type="dxa"/>
              <w:right w:w="65" w:type="dxa"/>
            </w:tcMar>
            <w:vAlign w:val="center"/>
          </w:tcPr>
          <w:p w14:paraId="4C99D513" w14:textId="77777777" w:rsidR="00BD163D" w:rsidRDefault="00B92CB2">
            <w:r>
              <w:rPr>
                <w:sz w:val="18"/>
              </w:rPr>
              <w:t>Parent/Guardian Signature: ______________________________</w:t>
            </w:r>
          </w:p>
        </w:tc>
        <w:tc>
          <w:tcPr>
            <w:tcW w:w="5515" w:type="dxa"/>
            <w:tcBorders>
              <w:top w:val="single" w:sz="0" w:space="0" w:color="FFFFFF"/>
              <w:left w:val="single" w:sz="0" w:space="0" w:color="FFFFFF"/>
              <w:bottom w:val="single" w:sz="0" w:space="0" w:color="FFFFFF"/>
              <w:right w:val="single" w:sz="0" w:space="0" w:color="FFFFFF"/>
            </w:tcBorders>
            <w:tcMar>
              <w:top w:w="45" w:type="dxa"/>
              <w:left w:w="65" w:type="dxa"/>
              <w:bottom w:w="45" w:type="dxa"/>
              <w:right w:w="65" w:type="dxa"/>
            </w:tcMar>
            <w:vAlign w:val="center"/>
          </w:tcPr>
          <w:p w14:paraId="449015EA" w14:textId="77777777" w:rsidR="00BD163D" w:rsidRDefault="00B92CB2">
            <w:r>
              <w:rPr>
                <w:sz w:val="18"/>
              </w:rPr>
              <w:t>Date: ________________</w:t>
            </w:r>
          </w:p>
        </w:tc>
      </w:tr>
    </w:tbl>
    <w:p w14:paraId="784351E1" w14:textId="77777777" w:rsidR="00BD163D" w:rsidRDefault="00BD163D">
      <w:pPr>
        <w:pageBreakBefore/>
      </w:pPr>
    </w:p>
    <w:tbl>
      <w:tblPr>
        <w:tblW w:w="0" w:type="auto"/>
        <w:jc w:val="center"/>
        <w:tblLook w:val="04A0" w:firstRow="1" w:lastRow="0" w:firstColumn="1" w:lastColumn="0" w:noHBand="0" w:noVBand="1"/>
      </w:tblPr>
      <w:tblGrid>
        <w:gridCol w:w="5515"/>
        <w:gridCol w:w="5515"/>
      </w:tblGrid>
      <w:tr w:rsidR="00BD163D" w14:paraId="01FA3811" w14:textId="77777777">
        <w:trPr>
          <w:jc w:val="center"/>
        </w:trPr>
        <w:tc>
          <w:tcPr>
            <w:tcW w:w="5515" w:type="dxa"/>
            <w:tcBorders>
              <w:top w:val="single" w:sz="0" w:space="0" w:color="FFFFFF"/>
              <w:left w:val="single" w:sz="0" w:space="0" w:color="FFFFFF"/>
              <w:bottom w:val="single" w:sz="0" w:space="0" w:color="FFFFFF"/>
              <w:right w:val="single" w:sz="0" w:space="0" w:color="FFFFFF"/>
            </w:tcBorders>
            <w:tcMar>
              <w:top w:w="0" w:type="dxa"/>
              <w:left w:w="0" w:type="dxa"/>
              <w:bottom w:w="0" w:type="dxa"/>
              <w:right w:w="0" w:type="dxa"/>
            </w:tcMar>
          </w:tcPr>
          <w:p w14:paraId="49A92431" w14:textId="77777777" w:rsidR="00BD163D" w:rsidRDefault="00B92CB2">
            <w:r>
              <w:rPr>
                <w:noProof/>
              </w:rPr>
              <w:drawing>
                <wp:inline distT="0" distB="0" distL="0" distR="0" wp14:anchorId="7AE33B72" wp14:editId="7A6C8BF5">
                  <wp:extent cx="1417320" cy="113207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a92b6a7-20f5-4446-9bc4-8898e8b97a7a.png"/>
                          <pic:cNvPicPr/>
                        </pic:nvPicPr>
                        <pic:blipFill>
                          <a:blip r:embed="rId8"/>
                          <a:stretch>
                            <a:fillRect/>
                          </a:stretch>
                        </pic:blipFill>
                        <pic:spPr>
                          <a:xfrm>
                            <a:off x="0" y="0"/>
                            <a:ext cx="1417320" cy="1132073"/>
                          </a:xfrm>
                          <a:prstGeom prst="rect">
                            <a:avLst/>
                          </a:prstGeom>
                        </pic:spPr>
                      </pic:pic>
                    </a:graphicData>
                  </a:graphic>
                </wp:inline>
              </w:drawing>
            </w:r>
          </w:p>
        </w:tc>
        <w:tc>
          <w:tcPr>
            <w:tcW w:w="5515" w:type="dxa"/>
            <w:tcBorders>
              <w:top w:val="single" w:sz="0" w:space="0" w:color="FFFFFF"/>
              <w:left w:val="single" w:sz="0" w:space="0" w:color="FFFFFF"/>
              <w:bottom w:val="single" w:sz="0" w:space="0" w:color="FFFFFF"/>
              <w:right w:val="single" w:sz="0" w:space="0" w:color="FFFFFF"/>
            </w:tcBorders>
            <w:tcMar>
              <w:top w:w="0" w:type="dxa"/>
              <w:left w:w="0" w:type="dxa"/>
              <w:bottom w:w="0" w:type="dxa"/>
              <w:right w:w="0" w:type="dxa"/>
            </w:tcMar>
          </w:tcPr>
          <w:p w14:paraId="78DE4496" w14:textId="77777777" w:rsidR="00BD163D" w:rsidRDefault="00B92CB2">
            <w:pPr>
              <w:jc w:val="right"/>
            </w:pPr>
            <w:r>
              <w:rPr>
                <w:b/>
                <w:sz w:val="36"/>
              </w:rPr>
              <w:t>Welcome to Camp!</w:t>
            </w:r>
          </w:p>
        </w:tc>
      </w:tr>
    </w:tbl>
    <w:p w14:paraId="7745842B" w14:textId="77777777" w:rsidR="00BD163D" w:rsidRDefault="00B92CB2">
      <w:pPr>
        <w:spacing w:after="100"/>
        <w:jc w:val="center"/>
      </w:pPr>
      <w:r>
        <w:rPr>
          <w:b/>
          <w:sz w:val="24"/>
        </w:rPr>
        <w:t>Keep this page for your refrigerator.</w:t>
      </w:r>
    </w:p>
    <w:tbl>
      <w:tblPr>
        <w:tblW w:w="0" w:type="auto"/>
        <w:jc w:val="center"/>
        <w:tblLook w:val="04A0" w:firstRow="1" w:lastRow="0" w:firstColumn="1" w:lastColumn="0" w:noHBand="0" w:noVBand="1"/>
      </w:tblPr>
      <w:tblGrid>
        <w:gridCol w:w="5506"/>
        <w:gridCol w:w="5508"/>
      </w:tblGrid>
      <w:tr w:rsidR="00BD163D" w14:paraId="0596CD93" w14:textId="77777777">
        <w:trPr>
          <w:jc w:val="center"/>
        </w:trPr>
        <w:tc>
          <w:tcPr>
            <w:tcW w:w="5515" w:type="dxa"/>
            <w:tcBorders>
              <w:top w:val="single" w:sz="6" w:space="0" w:color="BFBFBF"/>
              <w:left w:val="single" w:sz="6" w:space="0" w:color="BFBFBF"/>
              <w:bottom w:val="single" w:sz="6" w:space="0" w:color="BFBFBF"/>
              <w:right w:val="single" w:sz="6" w:space="0" w:color="BFBFBF"/>
            </w:tcBorders>
            <w:shd w:val="clear" w:color="auto" w:fill="F7F7F7"/>
            <w:tcMar>
              <w:top w:w="90" w:type="dxa"/>
              <w:left w:w="100" w:type="dxa"/>
              <w:bottom w:w="90" w:type="dxa"/>
              <w:right w:w="100" w:type="dxa"/>
            </w:tcMar>
          </w:tcPr>
          <w:p w14:paraId="40EC54F8" w14:textId="77777777" w:rsidR="00BD163D" w:rsidRDefault="00B92CB2">
            <w:r>
              <w:rPr>
                <w:b/>
                <w:sz w:val="22"/>
              </w:rPr>
              <w:t>Drop Off</w:t>
            </w:r>
            <w:r>
              <w:rPr>
                <w:b/>
                <w:sz w:val="22"/>
              </w:rPr>
              <w:br/>
            </w:r>
            <w:r>
              <w:rPr>
                <w:sz w:val="18"/>
              </w:rPr>
              <w:t>• 8:45-9:00 AM</w:t>
            </w:r>
            <w:r>
              <w:rPr>
                <w:sz w:val="18"/>
              </w:rPr>
              <w:br/>
              <w:t>• Walk your camper inside and check in.</w:t>
            </w:r>
            <w:r>
              <w:rPr>
                <w:sz w:val="18"/>
              </w:rPr>
              <w:br/>
            </w:r>
          </w:p>
        </w:tc>
        <w:tc>
          <w:tcPr>
            <w:tcW w:w="5515" w:type="dxa"/>
            <w:tcBorders>
              <w:top w:val="single" w:sz="6" w:space="0" w:color="BFBFBF"/>
              <w:left w:val="single" w:sz="6" w:space="0" w:color="BFBFBF"/>
              <w:bottom w:val="single" w:sz="6" w:space="0" w:color="BFBFBF"/>
              <w:right w:val="single" w:sz="6" w:space="0" w:color="BFBFBF"/>
            </w:tcBorders>
            <w:shd w:val="clear" w:color="auto" w:fill="F7F7F7"/>
            <w:tcMar>
              <w:top w:w="90" w:type="dxa"/>
              <w:left w:w="100" w:type="dxa"/>
              <w:bottom w:w="90" w:type="dxa"/>
              <w:right w:w="100" w:type="dxa"/>
            </w:tcMar>
          </w:tcPr>
          <w:p w14:paraId="4584755A" w14:textId="77777777" w:rsidR="00BD163D" w:rsidRDefault="00B92CB2">
            <w:r>
              <w:rPr>
                <w:b/>
                <w:sz w:val="22"/>
              </w:rPr>
              <w:t>Pick Up</w:t>
            </w:r>
            <w:r>
              <w:rPr>
                <w:b/>
                <w:sz w:val="22"/>
              </w:rPr>
              <w:br/>
            </w:r>
            <w:r>
              <w:rPr>
                <w:sz w:val="18"/>
              </w:rPr>
              <w:t>• 12:00-12:10 PM</w:t>
            </w:r>
            <w:r>
              <w:rPr>
                <w:sz w:val="18"/>
              </w:rPr>
              <w:br/>
              <w:t>• Late fee begins at 12:11 PM ($1/minute).</w:t>
            </w:r>
            <w:r>
              <w:rPr>
                <w:sz w:val="18"/>
              </w:rPr>
              <w:br/>
            </w:r>
          </w:p>
        </w:tc>
      </w:tr>
      <w:tr w:rsidR="00BD163D" w14:paraId="25C7CE4F" w14:textId="77777777">
        <w:trPr>
          <w:jc w:val="center"/>
        </w:trPr>
        <w:tc>
          <w:tcPr>
            <w:tcW w:w="5515" w:type="dxa"/>
            <w:tcBorders>
              <w:top w:val="single" w:sz="6" w:space="0" w:color="BFBFBF"/>
              <w:left w:val="single" w:sz="6" w:space="0" w:color="BFBFBF"/>
              <w:bottom w:val="single" w:sz="6" w:space="0" w:color="BFBFBF"/>
              <w:right w:val="single" w:sz="6" w:space="0" w:color="BFBFBF"/>
            </w:tcBorders>
            <w:shd w:val="clear" w:color="auto" w:fill="F7F7F7"/>
            <w:tcMar>
              <w:top w:w="90" w:type="dxa"/>
              <w:left w:w="100" w:type="dxa"/>
              <w:bottom w:w="90" w:type="dxa"/>
              <w:right w:w="100" w:type="dxa"/>
            </w:tcMar>
          </w:tcPr>
          <w:p w14:paraId="055925A5" w14:textId="77777777" w:rsidR="00BD163D" w:rsidRDefault="00B92CB2">
            <w:r>
              <w:rPr>
                <w:b/>
                <w:sz w:val="22"/>
              </w:rPr>
              <w:t>What to Bring</w:t>
            </w:r>
            <w:r>
              <w:rPr>
                <w:b/>
                <w:sz w:val="22"/>
              </w:rPr>
              <w:br/>
            </w:r>
            <w:r>
              <w:rPr>
                <w:sz w:val="18"/>
              </w:rPr>
              <w:t>• Refillable water bottle</w:t>
            </w:r>
            <w:r>
              <w:rPr>
                <w:sz w:val="18"/>
              </w:rPr>
              <w:br/>
              <w:t>• Nut-free snack</w:t>
            </w:r>
            <w:r>
              <w:rPr>
                <w:sz w:val="18"/>
              </w:rPr>
              <w:br/>
              <w:t>• Big creative energy.</w:t>
            </w:r>
            <w:r>
              <w:rPr>
                <w:sz w:val="18"/>
              </w:rPr>
              <w:br/>
            </w:r>
          </w:p>
        </w:tc>
        <w:tc>
          <w:tcPr>
            <w:tcW w:w="5515" w:type="dxa"/>
            <w:tcBorders>
              <w:top w:val="single" w:sz="6" w:space="0" w:color="BFBFBF"/>
              <w:left w:val="single" w:sz="6" w:space="0" w:color="BFBFBF"/>
              <w:bottom w:val="single" w:sz="6" w:space="0" w:color="BFBFBF"/>
              <w:right w:val="single" w:sz="6" w:space="0" w:color="BFBFBF"/>
            </w:tcBorders>
            <w:shd w:val="clear" w:color="auto" w:fill="F7F7F7"/>
            <w:tcMar>
              <w:top w:w="90" w:type="dxa"/>
              <w:left w:w="100" w:type="dxa"/>
              <w:bottom w:w="90" w:type="dxa"/>
              <w:right w:w="100" w:type="dxa"/>
            </w:tcMar>
          </w:tcPr>
          <w:p w14:paraId="4805E8FB" w14:textId="77777777" w:rsidR="00BD163D" w:rsidRDefault="00B92CB2">
            <w:r>
              <w:rPr>
                <w:b/>
                <w:sz w:val="22"/>
              </w:rPr>
              <w:t>What to Wear</w:t>
            </w:r>
            <w:r>
              <w:rPr>
                <w:b/>
                <w:sz w:val="22"/>
              </w:rPr>
              <w:br/>
            </w:r>
            <w:r>
              <w:rPr>
                <w:sz w:val="18"/>
              </w:rPr>
              <w:t>• Closed-toe shoes required</w:t>
            </w:r>
            <w:r>
              <w:rPr>
                <w:sz w:val="18"/>
              </w:rPr>
              <w:br/>
              <w:t>• Clothes that can get messy.</w:t>
            </w:r>
            <w:r>
              <w:rPr>
                <w:sz w:val="18"/>
              </w:rPr>
              <w:br/>
            </w:r>
          </w:p>
        </w:tc>
      </w:tr>
      <w:tr w:rsidR="00BD163D" w14:paraId="7B129027" w14:textId="77777777">
        <w:trPr>
          <w:jc w:val="center"/>
        </w:trPr>
        <w:tc>
          <w:tcPr>
            <w:tcW w:w="5515" w:type="dxa"/>
            <w:tcBorders>
              <w:top w:val="single" w:sz="6" w:space="0" w:color="BFBFBF"/>
              <w:left w:val="single" w:sz="6" w:space="0" w:color="BFBFBF"/>
              <w:bottom w:val="single" w:sz="6" w:space="0" w:color="BFBFBF"/>
              <w:right w:val="single" w:sz="6" w:space="0" w:color="BFBFBF"/>
            </w:tcBorders>
            <w:shd w:val="clear" w:color="auto" w:fill="F7F7F7"/>
            <w:tcMar>
              <w:top w:w="90" w:type="dxa"/>
              <w:left w:w="100" w:type="dxa"/>
              <w:bottom w:w="90" w:type="dxa"/>
              <w:right w:w="100" w:type="dxa"/>
            </w:tcMar>
          </w:tcPr>
          <w:p w14:paraId="7D428077" w14:textId="77777777" w:rsidR="00BD163D" w:rsidRDefault="00B92CB2">
            <w:r>
              <w:rPr>
                <w:b/>
                <w:sz w:val="22"/>
              </w:rPr>
              <w:t>Please Do Not Bring</w:t>
            </w:r>
            <w:r>
              <w:rPr>
                <w:b/>
                <w:sz w:val="22"/>
              </w:rPr>
              <w:br/>
            </w:r>
            <w:r>
              <w:rPr>
                <w:sz w:val="18"/>
              </w:rPr>
              <w:t>• Peanuts, tree nuts, or nut butters</w:t>
            </w:r>
            <w:r>
              <w:rPr>
                <w:sz w:val="18"/>
              </w:rPr>
              <w:br/>
              <w:t>• Toys, electronics, or valuables.</w:t>
            </w:r>
            <w:r>
              <w:rPr>
                <w:sz w:val="18"/>
              </w:rPr>
              <w:br/>
            </w:r>
          </w:p>
        </w:tc>
        <w:tc>
          <w:tcPr>
            <w:tcW w:w="5515" w:type="dxa"/>
            <w:tcBorders>
              <w:top w:val="single" w:sz="6" w:space="0" w:color="BFBFBF"/>
              <w:left w:val="single" w:sz="6" w:space="0" w:color="BFBFBF"/>
              <w:bottom w:val="single" w:sz="6" w:space="0" w:color="BFBFBF"/>
              <w:right w:val="single" w:sz="6" w:space="0" w:color="BFBFBF"/>
            </w:tcBorders>
            <w:shd w:val="clear" w:color="auto" w:fill="F7F7F7"/>
            <w:tcMar>
              <w:top w:w="90" w:type="dxa"/>
              <w:left w:w="100" w:type="dxa"/>
              <w:bottom w:w="90" w:type="dxa"/>
              <w:right w:w="100" w:type="dxa"/>
            </w:tcMar>
          </w:tcPr>
          <w:p w14:paraId="7B475847" w14:textId="77777777" w:rsidR="00BD163D" w:rsidRDefault="00B92CB2">
            <w:r>
              <w:rPr>
                <w:b/>
                <w:sz w:val="22"/>
              </w:rPr>
              <w:t>If Your Child Is Sick</w:t>
            </w:r>
            <w:r>
              <w:rPr>
                <w:b/>
                <w:sz w:val="22"/>
              </w:rPr>
              <w:br/>
            </w:r>
            <w:r>
              <w:rPr>
                <w:sz w:val="18"/>
              </w:rPr>
              <w:t>• Keep home for fever, vomiting, diarrhea, or contagious illness.</w:t>
            </w:r>
            <w:r>
              <w:rPr>
                <w:sz w:val="18"/>
              </w:rPr>
              <w:br/>
              <w:t>• If a camper becomes sick, pickup is required within 20 minutes.</w:t>
            </w:r>
            <w:r>
              <w:rPr>
                <w:sz w:val="18"/>
              </w:rPr>
              <w:br/>
            </w:r>
          </w:p>
        </w:tc>
      </w:tr>
      <w:tr w:rsidR="00BD163D" w14:paraId="19478070" w14:textId="77777777">
        <w:trPr>
          <w:jc w:val="center"/>
        </w:trPr>
        <w:tc>
          <w:tcPr>
            <w:tcW w:w="5515" w:type="dxa"/>
            <w:tcBorders>
              <w:top w:val="single" w:sz="6" w:space="0" w:color="BFBFBF"/>
              <w:left w:val="single" w:sz="6" w:space="0" w:color="BFBFBF"/>
              <w:bottom w:val="single" w:sz="6" w:space="0" w:color="BFBFBF"/>
              <w:right w:val="single" w:sz="6" w:space="0" w:color="BFBFBF"/>
            </w:tcBorders>
            <w:shd w:val="clear" w:color="auto" w:fill="F7F7F7"/>
            <w:tcMar>
              <w:top w:w="90" w:type="dxa"/>
              <w:left w:w="100" w:type="dxa"/>
              <w:bottom w:w="90" w:type="dxa"/>
              <w:right w:w="100" w:type="dxa"/>
            </w:tcMar>
          </w:tcPr>
          <w:p w14:paraId="12312BD2" w14:textId="77777777" w:rsidR="00BD163D" w:rsidRDefault="00B92CB2">
            <w:r>
              <w:rPr>
                <w:b/>
                <w:sz w:val="28"/>
              </w:rPr>
              <w:t>Project Pick-Up</w:t>
            </w:r>
          </w:p>
          <w:p w14:paraId="036AD050" w14:textId="77777777" w:rsidR="00BD163D" w:rsidRDefault="00B92CB2">
            <w:pPr>
              <w:spacing w:after="0"/>
            </w:pPr>
            <w:r>
              <w:t>• Most projects are ready for pickup on the last day of camp.</w:t>
            </w:r>
          </w:p>
          <w:p w14:paraId="33C6494E" w14:textId="77777777" w:rsidR="00BD163D" w:rsidRDefault="00B92CB2">
            <w:pPr>
              <w:spacing w:after="0"/>
            </w:pPr>
            <w:r>
              <w:t>• If a project requires additional kiln time, we will let you know when it is ready.</w:t>
            </w:r>
          </w:p>
        </w:tc>
        <w:tc>
          <w:tcPr>
            <w:tcW w:w="5515" w:type="dxa"/>
            <w:tcBorders>
              <w:top w:val="single" w:sz="6" w:space="0" w:color="BFBFBF"/>
              <w:left w:val="single" w:sz="6" w:space="0" w:color="BFBFBF"/>
              <w:bottom w:val="single" w:sz="6" w:space="0" w:color="BFBFBF"/>
              <w:right w:val="single" w:sz="6" w:space="0" w:color="BFBFBF"/>
            </w:tcBorders>
            <w:shd w:val="clear" w:color="auto" w:fill="F7F7F7"/>
            <w:tcMar>
              <w:top w:w="90" w:type="dxa"/>
              <w:left w:w="100" w:type="dxa"/>
              <w:bottom w:w="90" w:type="dxa"/>
              <w:right w:w="100" w:type="dxa"/>
            </w:tcMar>
          </w:tcPr>
          <w:p w14:paraId="58F710AC" w14:textId="77777777" w:rsidR="00BD163D" w:rsidRDefault="00B92CB2">
            <w:r>
              <w:rPr>
                <w:b/>
                <w:sz w:val="22"/>
              </w:rPr>
              <w:t>Questions?</w:t>
            </w:r>
            <w:r>
              <w:rPr>
                <w:b/>
                <w:sz w:val="22"/>
              </w:rPr>
              <w:br/>
            </w:r>
            <w:r>
              <w:rPr>
                <w:sz w:val="18"/>
              </w:rPr>
              <w:t>• Call Mimi's Crafts: 321-779-3266</w:t>
            </w:r>
            <w:r>
              <w:rPr>
                <w:sz w:val="18"/>
              </w:rPr>
              <w:br/>
              <w:t>• Visit: www.mimiscrafts.com</w:t>
            </w:r>
            <w:r>
              <w:rPr>
                <w:sz w:val="18"/>
              </w:rPr>
              <w:br/>
              <w:t>• 214 Highway A1A, Satellite Beach, FL</w:t>
            </w:r>
            <w:r>
              <w:rPr>
                <w:sz w:val="18"/>
              </w:rPr>
              <w:br/>
            </w:r>
          </w:p>
        </w:tc>
      </w:tr>
    </w:tbl>
    <w:p w14:paraId="6716F604" w14:textId="77777777" w:rsidR="00BD163D" w:rsidRDefault="00B92CB2">
      <w:pPr>
        <w:spacing w:before="160"/>
        <w:jc w:val="center"/>
      </w:pPr>
      <w:r>
        <w:rPr>
          <w:b/>
          <w:sz w:val="28"/>
        </w:rPr>
        <w:t>We can't wait to create with your artist!</w:t>
      </w:r>
    </w:p>
    <w:sectPr w:rsidR="00BD163D" w:rsidSect="00034616">
      <w:footerReference w:type="default" r:id="rId9"/>
      <w:pgSz w:w="12240" w:h="15840"/>
      <w:pgMar w:top="504" w:right="605" w:bottom="504" w:left="60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DF0C892" w14:textId="77777777" w:rsidR="00CA60CF" w:rsidRDefault="00CA60CF">
      <w:pPr>
        <w:spacing w:after="0" w:line="240" w:lineRule="auto"/>
      </w:pPr>
      <w:r>
        <w:separator/>
      </w:r>
    </w:p>
  </w:endnote>
  <w:endnote w:type="continuationSeparator" w:id="0">
    <w:p w14:paraId="4D3116FF" w14:textId="77777777" w:rsidR="00CA60CF" w:rsidRDefault="00CA6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BB4E64" w14:textId="77777777" w:rsidR="00BD163D" w:rsidRDefault="00B92CB2">
    <w:pPr>
      <w:pStyle w:val="Footer"/>
      <w:jc w:val="center"/>
    </w:pPr>
    <w:r>
      <w:rPr>
        <w:sz w:val="15"/>
      </w:rPr>
      <w:t>Mimi's Crafts Arts &amp; Crafts, LLC | 214 Highway A1A | Satellite Beach, FL | 321-779-3266 | www.mimiscrafts.com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6ADB316" w14:textId="77777777" w:rsidR="00CA60CF" w:rsidRDefault="00CA60CF">
      <w:pPr>
        <w:spacing w:after="0" w:line="240" w:lineRule="auto"/>
      </w:pPr>
      <w:r>
        <w:separator/>
      </w:r>
    </w:p>
  </w:footnote>
  <w:footnote w:type="continuationSeparator" w:id="0">
    <w:p w14:paraId="0BAC749A" w14:textId="77777777" w:rsidR="00CA60CF" w:rsidRDefault="00CA60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99858711">
    <w:abstractNumId w:val="8"/>
  </w:num>
  <w:num w:numId="2" w16cid:durableId="1328091412">
    <w:abstractNumId w:val="6"/>
  </w:num>
  <w:num w:numId="3" w16cid:durableId="585069209">
    <w:abstractNumId w:val="5"/>
  </w:num>
  <w:num w:numId="4" w16cid:durableId="1256093141">
    <w:abstractNumId w:val="4"/>
  </w:num>
  <w:num w:numId="5" w16cid:durableId="396972763">
    <w:abstractNumId w:val="7"/>
  </w:num>
  <w:num w:numId="6" w16cid:durableId="362442660">
    <w:abstractNumId w:val="3"/>
  </w:num>
  <w:num w:numId="7" w16cid:durableId="2008945951">
    <w:abstractNumId w:val="2"/>
  </w:num>
  <w:num w:numId="8" w16cid:durableId="1043215854">
    <w:abstractNumId w:val="1"/>
  </w:num>
  <w:num w:numId="9" w16cid:durableId="92923679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5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A548E"/>
    <w:rsid w:val="003C636A"/>
    <w:rsid w:val="0040788C"/>
    <w:rsid w:val="00463A09"/>
    <w:rsid w:val="007F7F6F"/>
    <w:rsid w:val="00AA1D8D"/>
    <w:rsid w:val="00B44073"/>
    <w:rsid w:val="00B47730"/>
    <w:rsid w:val="00B92CB2"/>
    <w:rsid w:val="00BD163D"/>
    <w:rsid w:val="00CA60C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EDA8A0"/>
  <w14:defaultImageDpi w14:val="300"/>
  <w15:docId w15:val="{6A3CCAD2-16E6-DC41-814D-3CE1DAF32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sz w:val="17"/>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769</Words>
  <Characters>4387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gomimiscrafts@gmail.com</cp:lastModifiedBy>
  <cp:revision>2</cp:revision>
  <cp:lastPrinted>2026-07-24T19:22:00Z</cp:lastPrinted>
  <dcterms:created xsi:type="dcterms:W3CDTF">2026-07-30T15:06:00Z</dcterms:created>
  <dcterms:modified xsi:type="dcterms:W3CDTF">2026-07-30T15:06:00Z</dcterms:modified>
  <cp:category/>
</cp:coreProperties>
</file>