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825920" w14:paraId="63BB3F08" w14:textId="77777777">
        <w:trPr>
          <w:jc w:val="center"/>
        </w:trPr>
        <w:tc>
          <w:tcPr>
            <w:tcW w:w="10368" w:type="dxa"/>
            <w:shd w:val="clear" w:color="auto" w:fill="F7F2E7"/>
            <w:tcMar>
              <w:top w:w="220" w:type="dxa"/>
              <w:left w:w="220" w:type="dxa"/>
              <w:bottom w:w="200" w:type="dxa"/>
              <w:right w:w="220" w:type="dxa"/>
            </w:tcMar>
          </w:tcPr>
          <w:p w14:paraId="7FEAA8AD" w14:textId="77777777" w:rsidR="00825920" w:rsidRDefault="00761C8B">
            <w:pPr>
              <w:jc w:val="center"/>
            </w:pPr>
            <w:r>
              <w:rPr>
                <w:rFonts w:ascii="Aptos Display" w:hAnsi="Aptos Display"/>
                <w:b/>
                <w:color w:val="394132"/>
                <w:sz w:val="58"/>
              </w:rPr>
              <w:t>RESET</w:t>
            </w:r>
          </w:p>
          <w:p w14:paraId="6855FA5E" w14:textId="77777777" w:rsidR="00825920" w:rsidRDefault="00761C8B">
            <w:pPr>
              <w:jc w:val="center"/>
            </w:pPr>
            <w:r>
              <w:rPr>
                <w:b/>
                <w:color w:val="667052"/>
                <w:sz w:val="24"/>
              </w:rPr>
              <w:t>BALI 2027</w:t>
            </w:r>
          </w:p>
          <w:p w14:paraId="4572DC5D" w14:textId="77777777" w:rsidR="00825920" w:rsidRDefault="00761C8B">
            <w:pPr>
              <w:jc w:val="center"/>
            </w:pPr>
            <w:r>
              <w:rPr>
                <w:b/>
                <w:color w:val="9C927F"/>
              </w:rPr>
              <w:t>EXPRESSION OF INTEREST</w:t>
            </w:r>
          </w:p>
          <w:p w14:paraId="627CAB0F" w14:textId="77777777" w:rsidR="00825920" w:rsidRDefault="00761C8B">
            <w:pPr>
              <w:jc w:val="center"/>
            </w:pPr>
            <w:r>
              <w:rPr>
                <w:i/>
                <w:color w:val="667052"/>
              </w:rPr>
              <w:t>Three days to step away. Reconnect. Reflect. RESET.</w:t>
            </w:r>
          </w:p>
        </w:tc>
      </w:tr>
    </w:tbl>
    <w:p w14:paraId="216DF4EB" w14:textId="6B70BAF1" w:rsidR="00825920" w:rsidRPr="000C0119" w:rsidRDefault="00761C8B">
      <w:pPr>
        <w:rPr>
          <w:sz w:val="22"/>
        </w:rPr>
      </w:pPr>
      <w:r w:rsidRPr="000C0119">
        <w:rPr>
          <w:b/>
          <w:sz w:val="22"/>
        </w:rPr>
        <w:t>RESET Bali 2027</w:t>
      </w:r>
      <w:r w:rsidRPr="000C0119">
        <w:rPr>
          <w:sz w:val="22"/>
        </w:rPr>
        <w:t xml:space="preserve"> is a proposed three-day immersive professional retreat for people whose work involves conflict, leadership, relationships and change.</w:t>
      </w:r>
    </w:p>
    <w:p w14:paraId="12599B23" w14:textId="77777777" w:rsidR="00825920" w:rsidRPr="000C0119" w:rsidRDefault="00761C8B">
      <w:pPr>
        <w:rPr>
          <w:sz w:val="22"/>
        </w:rPr>
      </w:pPr>
      <w:r w:rsidRPr="000C0119">
        <w:rPr>
          <w:sz w:val="22"/>
        </w:rPr>
        <w:t>Bringing together an intimate group of approximately 40–50 professionals, RESET will combine thought-provoking professional conversations with connection, reflection, wellbeing and a carefully curated Bali experience.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825920" w:rsidRPr="000C0119" w14:paraId="529EC052" w14:textId="77777777">
        <w:tc>
          <w:tcPr>
            <w:tcW w:w="10368" w:type="dxa"/>
            <w:shd w:val="clear" w:color="auto" w:fill="DDE2D2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2A1574C" w14:textId="77777777" w:rsidR="00825920" w:rsidRPr="000C0119" w:rsidRDefault="00761C8B">
            <w:pPr>
              <w:rPr>
                <w:sz w:val="22"/>
              </w:rPr>
            </w:pPr>
            <w:r w:rsidRPr="000C0119">
              <w:rPr>
                <w:b/>
                <w:sz w:val="22"/>
              </w:rPr>
              <w:t xml:space="preserve">Submitting this Expression of Interest does not commit you to attending or making any payment. </w:t>
            </w:r>
            <w:r w:rsidRPr="000C0119">
              <w:rPr>
                <w:sz w:val="22"/>
              </w:rPr>
              <w:t>It simply means you would like to receive further information and priority notification when RESET Bali 2027 bookings open.</w:t>
            </w:r>
          </w:p>
        </w:tc>
      </w:tr>
    </w:tbl>
    <w:p w14:paraId="2F44EF18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1. Your name</w:t>
      </w:r>
    </w:p>
    <w:p w14:paraId="02953561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312D6C8F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2. Email address</w:t>
      </w:r>
    </w:p>
    <w:p w14:paraId="36AA64C5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41E8BA99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3. What best describes your professional area?</w:t>
      </w:r>
    </w:p>
    <w:p w14:paraId="184B620A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>Select all that apply.</w:t>
      </w:r>
    </w:p>
    <w:p w14:paraId="1EFCE709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Mediator</w:t>
      </w:r>
      <w:proofErr w:type="gramEnd"/>
      <w:r w:rsidRPr="000C0119">
        <w:rPr>
          <w:sz w:val="22"/>
        </w:rPr>
        <w:t xml:space="preserve"> / Family Dispute Resolution Practitioner</w:t>
      </w:r>
    </w:p>
    <w:p w14:paraId="67381018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Lawyer</w:t>
      </w:r>
      <w:proofErr w:type="gramEnd"/>
    </w:p>
    <w:p w14:paraId="6CCE6206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Dispute</w:t>
      </w:r>
      <w:proofErr w:type="gramEnd"/>
      <w:r w:rsidRPr="000C0119">
        <w:rPr>
          <w:sz w:val="22"/>
        </w:rPr>
        <w:t xml:space="preserve"> resolution professional</w:t>
      </w:r>
    </w:p>
    <w:p w14:paraId="4493834E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Leader</w:t>
      </w:r>
      <w:proofErr w:type="gramEnd"/>
      <w:r w:rsidRPr="000C0119">
        <w:rPr>
          <w:sz w:val="22"/>
        </w:rPr>
        <w:t xml:space="preserve"> / Executive</w:t>
      </w:r>
    </w:p>
    <w:p w14:paraId="6A211C61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Coach</w:t>
      </w:r>
      <w:proofErr w:type="gramEnd"/>
      <w:r w:rsidRPr="000C0119">
        <w:rPr>
          <w:sz w:val="22"/>
        </w:rPr>
        <w:t xml:space="preserve"> / Facilitator</w:t>
      </w:r>
    </w:p>
    <w:p w14:paraId="134A954D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Academic</w:t>
      </w:r>
      <w:proofErr w:type="gramEnd"/>
      <w:r w:rsidRPr="000C0119">
        <w:rPr>
          <w:sz w:val="22"/>
        </w:rPr>
        <w:t xml:space="preserve"> / Educator</w:t>
      </w:r>
    </w:p>
    <w:p w14:paraId="2F4E5934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Mental</w:t>
      </w:r>
      <w:proofErr w:type="gramEnd"/>
      <w:r w:rsidRPr="000C0119">
        <w:rPr>
          <w:sz w:val="22"/>
        </w:rPr>
        <w:t xml:space="preserve"> health / wellbeing professional</w:t>
      </w:r>
    </w:p>
    <w:p w14:paraId="6BC0FC80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Other</w:t>
      </w:r>
      <w:proofErr w:type="gramEnd"/>
      <w:r w:rsidRPr="000C0119">
        <w:rPr>
          <w:sz w:val="22"/>
        </w:rPr>
        <w:t>: ______________________________</w:t>
      </w:r>
    </w:p>
    <w:p w14:paraId="65A3A7D2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4. How interested would you be in attending RESET Bali 2027?</w:t>
      </w:r>
    </w:p>
    <w:p w14:paraId="5269FDBA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Definitely</w:t>
      </w:r>
      <w:proofErr w:type="gramEnd"/>
      <w:r w:rsidRPr="000C0119">
        <w:rPr>
          <w:sz w:val="22"/>
        </w:rPr>
        <w:t xml:space="preserve"> interested</w:t>
      </w:r>
    </w:p>
    <w:p w14:paraId="4737ABA0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Very</w:t>
      </w:r>
      <w:proofErr w:type="gramEnd"/>
      <w:r w:rsidRPr="000C0119">
        <w:rPr>
          <w:sz w:val="22"/>
        </w:rPr>
        <w:t xml:space="preserve"> interested</w:t>
      </w:r>
    </w:p>
    <w:p w14:paraId="3DBFF7E9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Possibly</w:t>
      </w:r>
      <w:proofErr w:type="gramEnd"/>
      <w:r w:rsidRPr="000C0119">
        <w:rPr>
          <w:sz w:val="22"/>
        </w:rPr>
        <w:t xml:space="preserve"> interested</w:t>
      </w:r>
    </w:p>
    <w:p w14:paraId="089676DF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Interested</w:t>
      </w:r>
      <w:proofErr w:type="gramEnd"/>
      <w:r w:rsidRPr="000C0119">
        <w:rPr>
          <w:sz w:val="22"/>
        </w:rPr>
        <w:t>, but I need more information</w:t>
      </w:r>
    </w:p>
    <w:p w14:paraId="0F5AF898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5. Which time of year would suit you best?</w:t>
      </w:r>
    </w:p>
    <w:p w14:paraId="2FFF9FCF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>Select any periods that could work for you.</w:t>
      </w:r>
    </w:p>
    <w:p w14:paraId="7CA291B3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February</w:t>
      </w:r>
      <w:proofErr w:type="gramEnd"/>
      <w:r w:rsidRPr="000C0119">
        <w:rPr>
          <w:sz w:val="22"/>
        </w:rPr>
        <w:t>–April 2027</w:t>
      </w:r>
    </w:p>
    <w:p w14:paraId="03BC8780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May</w:t>
      </w:r>
      <w:proofErr w:type="gramEnd"/>
      <w:r w:rsidRPr="000C0119">
        <w:rPr>
          <w:sz w:val="22"/>
        </w:rPr>
        <w:t>–July 2027</w:t>
      </w:r>
    </w:p>
    <w:p w14:paraId="72A6FC8F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lastRenderedPageBreak/>
        <w:t>☐</w:t>
      </w:r>
      <w:r w:rsidRPr="000C0119">
        <w:rPr>
          <w:sz w:val="22"/>
        </w:rPr>
        <w:t xml:space="preserve">  August</w:t>
      </w:r>
      <w:proofErr w:type="gramEnd"/>
      <w:r w:rsidRPr="000C0119">
        <w:rPr>
          <w:sz w:val="22"/>
        </w:rPr>
        <w:t>–October 2027</w:t>
      </w:r>
    </w:p>
    <w:p w14:paraId="0B33E999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Flexible</w:t>
      </w:r>
      <w:proofErr w:type="gramEnd"/>
    </w:p>
    <w:p w14:paraId="059F5074" w14:textId="77777777" w:rsidR="000C0119" w:rsidRDefault="00761C8B" w:rsidP="000C0119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Other</w:t>
      </w:r>
      <w:proofErr w:type="gramEnd"/>
      <w:r w:rsidRPr="000C0119">
        <w:rPr>
          <w:sz w:val="22"/>
        </w:rPr>
        <w:t>: ______________________________</w:t>
      </w:r>
    </w:p>
    <w:p w14:paraId="34A81667" w14:textId="0ACD6B70" w:rsidR="00825920" w:rsidRPr="000C0119" w:rsidRDefault="000C0119" w:rsidP="000C0119">
      <w:pPr>
        <w:spacing w:after="40"/>
        <w:ind w:left="216"/>
        <w:rPr>
          <w:sz w:val="22"/>
        </w:rPr>
      </w:pPr>
      <w:r w:rsidRPr="000C0119">
        <w:rPr>
          <w:b/>
          <w:color w:val="394132"/>
          <w:sz w:val="22"/>
        </w:rPr>
        <w:br/>
      </w:r>
      <w:r w:rsidR="00761C8B" w:rsidRPr="000C0119">
        <w:rPr>
          <w:b/>
          <w:color w:val="394132"/>
          <w:sz w:val="22"/>
        </w:rPr>
        <w:t>6. What price range would you realistically consider?</w:t>
      </w:r>
    </w:p>
    <w:p w14:paraId="2F702D55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>For a premium three-day / two-night Bali retreat including accommodation, meals, professional program, selected wellbeing activities and a signature Bali experience.</w:t>
      </w:r>
    </w:p>
    <w:p w14:paraId="7D87ED64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A</w:t>
      </w:r>
      <w:proofErr w:type="gramEnd"/>
      <w:r w:rsidRPr="000C0119">
        <w:rPr>
          <w:sz w:val="22"/>
        </w:rPr>
        <w:t>$3,500–A$3,999</w:t>
      </w:r>
    </w:p>
    <w:p w14:paraId="62AB1B86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A</w:t>
      </w:r>
      <w:proofErr w:type="gramEnd"/>
      <w:r w:rsidRPr="000C0119">
        <w:rPr>
          <w:sz w:val="22"/>
        </w:rPr>
        <w:t>$4,000–A$4,499</w:t>
      </w:r>
    </w:p>
    <w:p w14:paraId="594BC9CE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A</w:t>
      </w:r>
      <w:proofErr w:type="gramEnd"/>
      <w:r w:rsidRPr="000C0119">
        <w:rPr>
          <w:sz w:val="22"/>
        </w:rPr>
        <w:t>$4,500–A$4,999</w:t>
      </w:r>
    </w:p>
    <w:p w14:paraId="4B89D3C7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A</w:t>
      </w:r>
      <w:proofErr w:type="gramEnd"/>
      <w:r w:rsidRPr="000C0119">
        <w:rPr>
          <w:sz w:val="22"/>
        </w:rPr>
        <w:t>$5,000+</w:t>
      </w:r>
    </w:p>
    <w:p w14:paraId="018E615F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Unsure</w:t>
      </w:r>
      <w:proofErr w:type="gramEnd"/>
      <w:r w:rsidRPr="000C0119">
        <w:rPr>
          <w:sz w:val="22"/>
        </w:rPr>
        <w:t xml:space="preserve"> until I see the final venue and program</w:t>
      </w:r>
    </w:p>
    <w:p w14:paraId="4E3A3873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7. What accommodation would you prefer?</w:t>
      </w:r>
    </w:p>
    <w:p w14:paraId="2A9483CC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Private</w:t>
      </w:r>
      <w:proofErr w:type="gramEnd"/>
      <w:r w:rsidRPr="000C0119">
        <w:rPr>
          <w:sz w:val="22"/>
        </w:rPr>
        <w:t xml:space="preserve"> room</w:t>
      </w:r>
    </w:p>
    <w:p w14:paraId="1E90FD42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Happy</w:t>
      </w:r>
      <w:proofErr w:type="gramEnd"/>
      <w:r w:rsidRPr="000C0119">
        <w:rPr>
          <w:sz w:val="22"/>
        </w:rPr>
        <w:t xml:space="preserve"> to share a twin room for a lower price</w:t>
      </w:r>
    </w:p>
    <w:p w14:paraId="3B507FC7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Either</w:t>
      </w:r>
      <w:proofErr w:type="gramEnd"/>
      <w:r w:rsidRPr="000C0119">
        <w:rPr>
          <w:sz w:val="22"/>
        </w:rPr>
        <w:t xml:space="preserve"> private or shared accommodation</w:t>
      </w:r>
    </w:p>
    <w:p w14:paraId="1A42D4FB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I</w:t>
      </w:r>
      <w:proofErr w:type="gramEnd"/>
      <w:r w:rsidRPr="000C0119">
        <w:rPr>
          <w:sz w:val="22"/>
        </w:rPr>
        <w:t xml:space="preserve"> may prefer to arrange my own accommodation</w:t>
      </w:r>
    </w:p>
    <w:p w14:paraId="10F152F0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8. What would make RESET genuinely valuable to you?</w:t>
      </w:r>
    </w:p>
    <w:p w14:paraId="15078C0B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 xml:space="preserve">For example: topics, speakers, professional challenges, connections, experiences, or something you would </w:t>
      </w:r>
      <w:proofErr w:type="gramStart"/>
      <w:r w:rsidRPr="000C0119">
        <w:rPr>
          <w:i/>
          <w:color w:val="9C927F"/>
          <w:sz w:val="22"/>
        </w:rPr>
        <w:t>like</w:t>
      </w:r>
      <w:proofErr w:type="gramEnd"/>
      <w:r w:rsidRPr="000C0119">
        <w:rPr>
          <w:i/>
          <w:color w:val="9C927F"/>
          <w:sz w:val="22"/>
        </w:rPr>
        <w:t xml:space="preserve"> space to step away from and explore.</w:t>
      </w:r>
    </w:p>
    <w:p w14:paraId="5D944714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1C77B63D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3797122F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39A16E9D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011D5933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9. Is there anything else you would like us to consider?</w:t>
      </w:r>
    </w:p>
    <w:p w14:paraId="5DF3BD09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>Optional.</w:t>
      </w:r>
    </w:p>
    <w:p w14:paraId="6AA7F55C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487CAFBA" w14:textId="77777777" w:rsidR="00825920" w:rsidRPr="000C0119" w:rsidRDefault="00761C8B">
      <w:pPr>
        <w:spacing w:after="60"/>
        <w:rPr>
          <w:sz w:val="22"/>
        </w:rPr>
      </w:pPr>
      <w:r w:rsidRPr="000C0119">
        <w:rPr>
          <w:color w:val="9C927F"/>
          <w:sz w:val="22"/>
        </w:rPr>
        <w:t>________________________________________________________________________________</w:t>
      </w:r>
    </w:p>
    <w:p w14:paraId="726E3C39" w14:textId="77777777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t>10. Would you be interested in hearing about partnership opportunities for RESET Bali 2027?</w:t>
      </w:r>
    </w:p>
    <w:p w14:paraId="0A0945C1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Yes</w:t>
      </w:r>
      <w:proofErr w:type="gramEnd"/>
      <w:r w:rsidRPr="000C0119">
        <w:rPr>
          <w:sz w:val="22"/>
        </w:rPr>
        <w:t xml:space="preserve"> — please send me partnership information</w:t>
      </w:r>
    </w:p>
    <w:p w14:paraId="20C5B816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Possibly</w:t>
      </w:r>
      <w:proofErr w:type="gramEnd"/>
      <w:r w:rsidRPr="000C0119">
        <w:rPr>
          <w:sz w:val="22"/>
        </w:rPr>
        <w:t xml:space="preserve"> — I’d be interested in learning more</w:t>
      </w:r>
    </w:p>
    <w:p w14:paraId="5C33D598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No</w:t>
      </w:r>
      <w:proofErr w:type="gramEnd"/>
      <w:r w:rsidRPr="000C0119">
        <w:rPr>
          <w:sz w:val="22"/>
        </w:rPr>
        <w:t>, thank you</w:t>
      </w:r>
    </w:p>
    <w:p w14:paraId="5EFDA721" w14:textId="77777777" w:rsidR="000C0119" w:rsidRDefault="000C0119">
      <w:pPr>
        <w:spacing w:after="200"/>
        <w:rPr>
          <w:b/>
          <w:color w:val="394132"/>
          <w:sz w:val="22"/>
        </w:rPr>
      </w:pPr>
      <w:r>
        <w:rPr>
          <w:b/>
          <w:color w:val="394132"/>
          <w:sz w:val="22"/>
        </w:rPr>
        <w:br w:type="page"/>
      </w:r>
    </w:p>
    <w:p w14:paraId="4B960B80" w14:textId="1CD6295D" w:rsidR="00825920" w:rsidRPr="000C0119" w:rsidRDefault="00761C8B">
      <w:pPr>
        <w:spacing w:before="140" w:after="40"/>
        <w:rPr>
          <w:sz w:val="22"/>
        </w:rPr>
      </w:pPr>
      <w:r w:rsidRPr="000C0119">
        <w:rPr>
          <w:b/>
          <w:color w:val="394132"/>
          <w:sz w:val="22"/>
        </w:rPr>
        <w:lastRenderedPageBreak/>
        <w:t>11. Would you be interested in contributing to the RESET program?</w:t>
      </w:r>
    </w:p>
    <w:p w14:paraId="5643FAD3" w14:textId="77777777" w:rsidR="00825920" w:rsidRPr="000C0119" w:rsidRDefault="00761C8B">
      <w:pPr>
        <w:spacing w:after="40"/>
        <w:rPr>
          <w:sz w:val="22"/>
        </w:rPr>
      </w:pPr>
      <w:r w:rsidRPr="000C0119">
        <w:rPr>
          <w:i/>
          <w:color w:val="9C927F"/>
          <w:sz w:val="22"/>
        </w:rPr>
        <w:t>This may include presenting, facilitating a small-group RESET Lab, joining a panel/conversation, or contributing your professional expertise in another way.</w:t>
      </w:r>
    </w:p>
    <w:p w14:paraId="08FA5BE1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Yes</w:t>
      </w:r>
      <w:proofErr w:type="gramEnd"/>
      <w:r w:rsidRPr="000C0119">
        <w:rPr>
          <w:sz w:val="22"/>
        </w:rPr>
        <w:t xml:space="preserve"> — I’d be interested in presenting</w:t>
      </w:r>
    </w:p>
    <w:p w14:paraId="07A37772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Yes</w:t>
      </w:r>
      <w:proofErr w:type="gramEnd"/>
      <w:r w:rsidRPr="000C0119">
        <w:rPr>
          <w:sz w:val="22"/>
        </w:rPr>
        <w:t xml:space="preserve"> — I’d be interested in facilitating a discussion / RESET Lab</w:t>
      </w:r>
    </w:p>
    <w:p w14:paraId="252A0670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Yes</w:t>
      </w:r>
      <w:proofErr w:type="gramEnd"/>
      <w:r w:rsidRPr="000C0119">
        <w:rPr>
          <w:sz w:val="22"/>
        </w:rPr>
        <w:t xml:space="preserve"> — I’d be interested in joining a panel or facilitated conversation</w:t>
      </w:r>
    </w:p>
    <w:p w14:paraId="5845CF1A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Possibly</w:t>
      </w:r>
      <w:proofErr w:type="gramEnd"/>
      <w:r w:rsidRPr="000C0119">
        <w:rPr>
          <w:sz w:val="22"/>
        </w:rPr>
        <w:t xml:space="preserve"> — please contact me to discuss</w:t>
      </w:r>
    </w:p>
    <w:p w14:paraId="0926FF2D" w14:textId="77777777" w:rsidR="00825920" w:rsidRPr="000C0119" w:rsidRDefault="00761C8B">
      <w:pPr>
        <w:spacing w:after="40"/>
        <w:ind w:left="216"/>
        <w:rPr>
          <w:sz w:val="22"/>
        </w:rPr>
      </w:pPr>
      <w:proofErr w:type="gramStart"/>
      <w:r w:rsidRPr="000C0119">
        <w:rPr>
          <w:sz w:val="22"/>
        </w:rPr>
        <w:t>☐</w:t>
      </w:r>
      <w:r w:rsidRPr="000C0119">
        <w:rPr>
          <w:sz w:val="22"/>
        </w:rPr>
        <w:t xml:space="preserve">  No</w:t>
      </w:r>
      <w:proofErr w:type="gramEnd"/>
      <w:r w:rsidRPr="000C0119">
        <w:rPr>
          <w:sz w:val="22"/>
        </w:rPr>
        <w:t>, thank you</w:t>
      </w:r>
    </w:p>
    <w:p w14:paraId="381815F3" w14:textId="77777777" w:rsidR="00825920" w:rsidRPr="000C0119" w:rsidRDefault="00761C8B">
      <w:pPr>
        <w:spacing w:before="80" w:after="40"/>
        <w:rPr>
          <w:sz w:val="22"/>
        </w:rPr>
      </w:pPr>
      <w:r w:rsidRPr="000C0119">
        <w:rPr>
          <w:b/>
          <w:color w:val="394132"/>
          <w:sz w:val="22"/>
        </w:rPr>
        <w:t>If yes, what topic, experience or area of expertise would you be interested in contributing?</w:t>
      </w:r>
    </w:p>
    <w:p w14:paraId="0F0ED263" w14:textId="77777777" w:rsidR="00825920" w:rsidRDefault="00761C8B">
      <w:pPr>
        <w:spacing w:after="60"/>
      </w:pPr>
      <w:r>
        <w:rPr>
          <w:color w:val="9C927F"/>
          <w:sz w:val="16"/>
        </w:rPr>
        <w:t>________________________________________________________________________________</w:t>
      </w:r>
    </w:p>
    <w:p w14:paraId="46A9E1E7" w14:textId="77777777" w:rsidR="00825920" w:rsidRDefault="00761C8B">
      <w:pPr>
        <w:spacing w:after="60"/>
      </w:pPr>
      <w:r>
        <w:rPr>
          <w:color w:val="9C927F"/>
          <w:sz w:val="16"/>
        </w:rPr>
        <w:t>________________________________________________________________________________</w:t>
      </w:r>
    </w:p>
    <w:p w14:paraId="7E4C2EC2" w14:textId="77777777" w:rsidR="00825920" w:rsidRDefault="00761C8B">
      <w:pPr>
        <w:spacing w:after="60"/>
      </w:pPr>
      <w:r>
        <w:rPr>
          <w:color w:val="9C927F"/>
          <w:sz w:val="16"/>
        </w:rPr>
        <w:t>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825920" w14:paraId="594EF57E" w14:textId="77777777">
        <w:trPr>
          <w:jc w:val="center"/>
        </w:trPr>
        <w:tc>
          <w:tcPr>
            <w:tcW w:w="10368" w:type="dxa"/>
            <w:shd w:val="clear" w:color="auto" w:fill="66705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BAAD27E" w14:textId="77777777" w:rsidR="00825920" w:rsidRDefault="00761C8B">
            <w:pPr>
              <w:jc w:val="center"/>
            </w:pPr>
            <w:r>
              <w:rPr>
                <w:b/>
                <w:color w:val="FFFFFF"/>
                <w:sz w:val="24"/>
              </w:rPr>
              <w:t>THANK YOU</w:t>
            </w:r>
          </w:p>
          <w:p w14:paraId="735A1C17" w14:textId="77777777" w:rsidR="00825920" w:rsidRDefault="00761C8B">
            <w:pPr>
              <w:jc w:val="center"/>
            </w:pPr>
            <w:r>
              <w:rPr>
                <w:color w:val="FFFFFF"/>
                <w:sz w:val="18"/>
              </w:rPr>
              <w:t>Your feedback will help shape the inaugural RESET — including the venue, dates, program and participant experience.</w:t>
            </w:r>
          </w:p>
          <w:p w14:paraId="62F482E8" w14:textId="77777777" w:rsidR="00825920" w:rsidRDefault="00761C8B">
            <w:pPr>
              <w:jc w:val="center"/>
            </w:pPr>
            <w:r>
              <w:rPr>
                <w:b/>
                <w:color w:val="F7F2E7"/>
                <w:sz w:val="17"/>
              </w:rPr>
              <w:t>tara@resetconflict.com  •  www.resetconflict.com</w:t>
            </w:r>
          </w:p>
        </w:tc>
      </w:tr>
    </w:tbl>
    <w:p w14:paraId="452CBC3D" w14:textId="77777777" w:rsidR="00761C8B" w:rsidRDefault="00761C8B"/>
    <w:sectPr w:rsidR="00761C8B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C81D" w14:textId="77777777" w:rsidR="00761C8B" w:rsidRDefault="00761C8B">
      <w:pPr>
        <w:spacing w:after="0" w:line="240" w:lineRule="auto"/>
      </w:pPr>
      <w:r>
        <w:separator/>
      </w:r>
    </w:p>
  </w:endnote>
  <w:endnote w:type="continuationSeparator" w:id="0">
    <w:p w14:paraId="0541647B" w14:textId="77777777" w:rsidR="00761C8B" w:rsidRDefault="0076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2B0D" w14:textId="77777777" w:rsidR="00825920" w:rsidRDefault="00761C8B">
    <w:pPr>
      <w:pStyle w:val="Footer"/>
      <w:jc w:val="center"/>
    </w:pPr>
    <w:r>
      <w:rPr>
        <w:color w:val="9C927F"/>
        <w:sz w:val="14"/>
      </w:rPr>
      <w:t xml:space="preserve">RESET Bali </w:t>
    </w:r>
    <w:proofErr w:type="gramStart"/>
    <w:r>
      <w:rPr>
        <w:color w:val="9C927F"/>
        <w:sz w:val="14"/>
      </w:rPr>
      <w:t>2027  •</w:t>
    </w:r>
    <w:proofErr w:type="gramEnd"/>
    <w:r>
      <w:rPr>
        <w:color w:val="9C927F"/>
        <w:sz w:val="14"/>
      </w:rPr>
      <w:t xml:space="preserve">  Expression of </w:t>
    </w:r>
    <w:proofErr w:type="gramStart"/>
    <w:r>
      <w:rPr>
        <w:color w:val="9C927F"/>
        <w:sz w:val="14"/>
      </w:rPr>
      <w:t>Interest  •</w:t>
    </w:r>
    <w:proofErr w:type="gramEnd"/>
    <w:r>
      <w:rPr>
        <w:color w:val="9C927F"/>
        <w:sz w:val="14"/>
      </w:rPr>
      <w:t xml:space="preserve">  Editable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94AA" w14:textId="77777777" w:rsidR="00761C8B" w:rsidRDefault="00761C8B">
      <w:pPr>
        <w:spacing w:after="0" w:line="240" w:lineRule="auto"/>
      </w:pPr>
      <w:r>
        <w:separator/>
      </w:r>
    </w:p>
  </w:footnote>
  <w:footnote w:type="continuationSeparator" w:id="0">
    <w:p w14:paraId="43BDB9CF" w14:textId="77777777" w:rsidR="00761C8B" w:rsidRDefault="00761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5B18" w14:textId="77777777" w:rsidR="00825920" w:rsidRDefault="00761C8B">
    <w:pPr>
      <w:pStyle w:val="Header"/>
      <w:jc w:val="right"/>
    </w:pPr>
    <w:proofErr w:type="gramStart"/>
    <w:r>
      <w:rPr>
        <w:b/>
        <w:color w:val="667052"/>
        <w:sz w:val="16"/>
      </w:rPr>
      <w:t>RESET  •</w:t>
    </w:r>
    <w:proofErr w:type="gramEnd"/>
    <w:r>
      <w:rPr>
        <w:b/>
        <w:color w:val="667052"/>
        <w:sz w:val="16"/>
      </w:rPr>
      <w:t xml:space="preserve">  BALI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007842">
    <w:abstractNumId w:val="8"/>
  </w:num>
  <w:num w:numId="2" w16cid:durableId="1008217245">
    <w:abstractNumId w:val="6"/>
  </w:num>
  <w:num w:numId="3" w16cid:durableId="1574467027">
    <w:abstractNumId w:val="5"/>
  </w:num>
  <w:num w:numId="4" w16cid:durableId="1871988730">
    <w:abstractNumId w:val="4"/>
  </w:num>
  <w:num w:numId="5" w16cid:durableId="184053952">
    <w:abstractNumId w:val="7"/>
  </w:num>
  <w:num w:numId="6" w16cid:durableId="745538908">
    <w:abstractNumId w:val="3"/>
  </w:num>
  <w:num w:numId="7" w16cid:durableId="513885821">
    <w:abstractNumId w:val="2"/>
  </w:num>
  <w:num w:numId="8" w16cid:durableId="1962111495">
    <w:abstractNumId w:val="1"/>
  </w:num>
  <w:num w:numId="9" w16cid:durableId="130570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0119"/>
    <w:rsid w:val="0015074B"/>
    <w:rsid w:val="0029639D"/>
    <w:rsid w:val="00326F90"/>
    <w:rsid w:val="00761C8B"/>
    <w:rsid w:val="00825920"/>
    <w:rsid w:val="00AA1D8D"/>
    <w:rsid w:val="00B47730"/>
    <w:rsid w:val="00CB0664"/>
    <w:rsid w:val="00E435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91672F"/>
  <w14:defaultImageDpi w14:val="300"/>
  <w15:docId w15:val="{6EC33E46-1C3A-4D25-9AA2-04B58ADE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33362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 Weir</cp:lastModifiedBy>
  <cp:revision>2</cp:revision>
  <dcterms:created xsi:type="dcterms:W3CDTF">2026-08-11T06:42:00Z</dcterms:created>
  <dcterms:modified xsi:type="dcterms:W3CDTF">2026-08-11T06:42:00Z</dcterms:modified>
  <cp:category/>
</cp:coreProperties>
</file>