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03E18" w14:textId="30AB8DEF" w:rsidR="00261B67" w:rsidRPr="00D443DB" w:rsidRDefault="007201CC">
      <w:pPr>
        <w:jc w:val="center"/>
        <w:rPr>
          <w:sz w:val="24"/>
          <w:szCs w:val="24"/>
        </w:rPr>
      </w:pPr>
      <w:r w:rsidRPr="00D443DB">
        <w:rPr>
          <w:b/>
          <w:color w:val="AD2530"/>
          <w:sz w:val="24"/>
          <w:szCs w:val="24"/>
        </w:rPr>
        <w:t>★   ★   ★   UNITED IN HONOR   ★   ★   ★</w:t>
      </w:r>
    </w:p>
    <w:p w14:paraId="7AFAC1B5" w14:textId="260CA37B" w:rsidR="00261B67" w:rsidRPr="00D443DB" w:rsidRDefault="007201CC">
      <w:pPr>
        <w:jc w:val="center"/>
        <w:rPr>
          <w:sz w:val="24"/>
          <w:szCs w:val="24"/>
        </w:rPr>
      </w:pPr>
      <w:r w:rsidRPr="00D443DB">
        <w:rPr>
          <w:b/>
          <w:color w:val="143058"/>
          <w:sz w:val="24"/>
          <w:szCs w:val="24"/>
        </w:rPr>
        <w:t>WILBRAHAM HOMETOWN HEROES</w:t>
      </w:r>
    </w:p>
    <w:p w14:paraId="00E6364B" w14:textId="75884E9C" w:rsidR="00261B67" w:rsidRPr="00D443DB" w:rsidRDefault="007201CC">
      <w:pPr>
        <w:jc w:val="center"/>
        <w:rPr>
          <w:sz w:val="24"/>
          <w:szCs w:val="24"/>
        </w:rPr>
      </w:pPr>
      <w:r w:rsidRPr="00D443DB">
        <w:rPr>
          <w:b/>
          <w:color w:val="AD2530"/>
          <w:sz w:val="24"/>
          <w:szCs w:val="24"/>
        </w:rPr>
        <w:t>BANNER PROGRAM • APPLICATION &amp; ORDER FORM</w:t>
      </w:r>
    </w:p>
    <w:p w14:paraId="1ABD8057" w14:textId="4E085111" w:rsidR="00261B67" w:rsidRPr="00D443DB" w:rsidRDefault="003B2687">
      <w:pPr>
        <w:spacing w:before="40" w:after="60"/>
        <w:jc w:val="center"/>
        <w:rPr>
          <w:sz w:val="24"/>
          <w:szCs w:val="24"/>
        </w:rPr>
      </w:pPr>
      <w:r>
        <w:rPr>
          <w:noProof/>
        </w:rPr>
        <w:drawing>
          <wp:inline distT="0" distB="0" distL="0" distR="0" wp14:anchorId="301ADF14" wp14:editId="11ECDD4E">
            <wp:extent cx="6400800" cy="1137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town_heroes_six_uploaded_emblems.png"/>
                    <pic:cNvPicPr/>
                  </pic:nvPicPr>
                  <pic:blipFill>
                    <a:blip r:embed="rId8"/>
                    <a:stretch>
                      <a:fillRect/>
                    </a:stretch>
                  </pic:blipFill>
                  <pic:spPr>
                    <a:xfrm>
                      <a:off x="0" y="0"/>
                      <a:ext cx="6400800" cy="1137920"/>
                    </a:xfrm>
                    <a:prstGeom prst="rect">
                      <a:avLst/>
                    </a:prstGeom>
                  </pic:spPr>
                </pic:pic>
              </a:graphicData>
            </a:graphic>
          </wp:inline>
        </w:drawing>
      </w:r>
    </w:p>
    <w:p w14:paraId="2B3FD1A0" w14:textId="5C367548" w:rsidR="00261B67" w:rsidRPr="00D443DB" w:rsidRDefault="007201CC">
      <w:pPr>
        <w:spacing w:after="80"/>
        <w:rPr>
          <w:sz w:val="24"/>
          <w:szCs w:val="24"/>
        </w:rPr>
      </w:pPr>
      <w:r w:rsidRPr="00D443DB">
        <w:rPr>
          <w:sz w:val="24"/>
          <w:szCs w:val="24"/>
        </w:rPr>
        <w:t xml:space="preserve">Honor </w:t>
      </w:r>
      <w:proofErr w:type="gramStart"/>
      <w:r w:rsidRPr="00D443DB">
        <w:rPr>
          <w:sz w:val="24"/>
          <w:szCs w:val="24"/>
        </w:rPr>
        <w:t>a Wilbraham</w:t>
      </w:r>
      <w:proofErr w:type="gramEnd"/>
      <w:r w:rsidRPr="00D443DB">
        <w:rPr>
          <w:sz w:val="24"/>
          <w:szCs w:val="24"/>
        </w:rPr>
        <w:t xml:space="preserve"> veteran with a commemorative banner displayed at Post Office Park in Wilbraham, Massachusetts. Banners are expected to be installed </w:t>
      </w:r>
      <w:r w:rsidR="00412B77" w:rsidRPr="00D443DB">
        <w:rPr>
          <w:sz w:val="24"/>
          <w:szCs w:val="24"/>
        </w:rPr>
        <w:t>by</w:t>
      </w:r>
      <w:r w:rsidRPr="00D443DB">
        <w:rPr>
          <w:sz w:val="24"/>
          <w:szCs w:val="24"/>
        </w:rPr>
        <w:t xml:space="preserve"> Memorial Day and removed </w:t>
      </w:r>
      <w:r w:rsidR="00412B77" w:rsidRPr="00D443DB">
        <w:rPr>
          <w:sz w:val="24"/>
          <w:szCs w:val="24"/>
        </w:rPr>
        <w:t>just after</w:t>
      </w:r>
      <w:r w:rsidRPr="00D443DB">
        <w:rPr>
          <w:sz w:val="24"/>
          <w:szCs w:val="24"/>
        </w:rPr>
        <w:t xml:space="preserve"> Veterans Day, subject to available space and scheduling. After removal, banners will be returned to the purchaser.</w:t>
      </w:r>
    </w:p>
    <w:p w14:paraId="4A59A28B" w14:textId="0322BE2A" w:rsidR="00261B67" w:rsidRPr="003B2687" w:rsidRDefault="00412B77">
      <w:pPr>
        <w:rPr>
          <w:color w:val="000000" w:themeColor="text1"/>
          <w:sz w:val="24"/>
          <w:szCs w:val="24"/>
        </w:rPr>
      </w:pPr>
      <w:r w:rsidRPr="003B2687">
        <w:rPr>
          <w:b/>
          <w:color w:val="000000" w:themeColor="text1"/>
          <w:sz w:val="24"/>
          <w:szCs w:val="24"/>
        </w:rPr>
        <w:t>The Wilbraham Hometown Heros Banner program</w:t>
      </w:r>
      <w:r w:rsidR="00D443DB" w:rsidRPr="003B2687">
        <w:rPr>
          <w:b/>
          <w:color w:val="000000" w:themeColor="text1"/>
          <w:sz w:val="24"/>
          <w:szCs w:val="24"/>
        </w:rPr>
        <w:t xml:space="preserve"> </w:t>
      </w:r>
      <w:r w:rsidR="003647B7" w:rsidRPr="003B2687">
        <w:rPr>
          <w:b/>
          <w:color w:val="000000" w:themeColor="text1"/>
          <w:sz w:val="24"/>
          <w:szCs w:val="24"/>
        </w:rPr>
        <w:t xml:space="preserve">is </w:t>
      </w:r>
      <w:r w:rsidR="00D443DB" w:rsidRPr="003B2687">
        <w:rPr>
          <w:b/>
          <w:color w:val="000000" w:themeColor="text1"/>
          <w:sz w:val="24"/>
          <w:szCs w:val="24"/>
        </w:rPr>
        <w:t>c</w:t>
      </w:r>
      <w:r w:rsidRPr="003B2687">
        <w:rPr>
          <w:b/>
          <w:color w:val="000000" w:themeColor="text1"/>
          <w:sz w:val="24"/>
          <w:szCs w:val="24"/>
        </w:rPr>
        <w:t xml:space="preserve">oordinated by the GFWC Wilbraham Junior Women’s Club in partnership with </w:t>
      </w:r>
      <w:r w:rsidR="002D378C" w:rsidRPr="003B2687">
        <w:rPr>
          <w:b/>
          <w:color w:val="000000" w:themeColor="text1"/>
          <w:sz w:val="24"/>
          <w:szCs w:val="24"/>
        </w:rPr>
        <w:t>P</w:t>
      </w:r>
      <w:r w:rsidR="00E42347" w:rsidRPr="003B2687">
        <w:rPr>
          <w:b/>
          <w:color w:val="000000" w:themeColor="text1"/>
          <w:sz w:val="24"/>
          <w:szCs w:val="24"/>
        </w:rPr>
        <w:t>atrick Renna</w:t>
      </w:r>
      <w:r w:rsidR="003647B7" w:rsidRPr="003B2687">
        <w:rPr>
          <w:b/>
          <w:color w:val="000000" w:themeColor="text1"/>
          <w:sz w:val="24"/>
          <w:szCs w:val="24"/>
        </w:rPr>
        <w:t xml:space="preserve"> (Director of veterans Services for the Town of Wilbraham), </w:t>
      </w:r>
      <w:r w:rsidR="0070596A" w:rsidRPr="003B2687">
        <w:rPr>
          <w:b/>
          <w:color w:val="000000" w:themeColor="text1"/>
          <w:sz w:val="24"/>
          <w:szCs w:val="24"/>
        </w:rPr>
        <w:t>Jered Sasen</w:t>
      </w:r>
      <w:r w:rsidR="003647B7" w:rsidRPr="003B2687">
        <w:rPr>
          <w:b/>
          <w:color w:val="000000" w:themeColor="text1"/>
          <w:sz w:val="24"/>
          <w:szCs w:val="24"/>
        </w:rPr>
        <w:t xml:space="preserve"> (National Service Officer – Massachusetts Executive Office of Veterans Services)</w:t>
      </w:r>
      <w:r w:rsidR="008311E5" w:rsidRPr="003B2687">
        <w:rPr>
          <w:b/>
          <w:color w:val="000000" w:themeColor="text1"/>
          <w:sz w:val="24"/>
          <w:szCs w:val="24"/>
        </w:rPr>
        <w:t>,</w:t>
      </w:r>
      <w:r w:rsidRPr="003B2687">
        <w:rPr>
          <w:b/>
          <w:color w:val="000000" w:themeColor="text1"/>
          <w:sz w:val="24"/>
          <w:szCs w:val="24"/>
        </w:rPr>
        <w:t xml:space="preserve"> </w:t>
      </w:r>
      <w:r w:rsidR="00D84641" w:rsidRPr="003B2687">
        <w:rPr>
          <w:b/>
          <w:color w:val="000000" w:themeColor="text1"/>
          <w:sz w:val="24"/>
          <w:szCs w:val="24"/>
        </w:rPr>
        <w:t>New England Promotional Marketing</w:t>
      </w:r>
      <w:r w:rsidR="00E42347" w:rsidRPr="003B2687">
        <w:rPr>
          <w:b/>
          <w:color w:val="000000" w:themeColor="text1"/>
          <w:sz w:val="24"/>
          <w:szCs w:val="24"/>
        </w:rPr>
        <w:t xml:space="preserve"> (</w:t>
      </w:r>
      <w:r w:rsidRPr="003B2687">
        <w:rPr>
          <w:b/>
          <w:color w:val="000000" w:themeColor="text1"/>
          <w:sz w:val="24"/>
          <w:szCs w:val="24"/>
        </w:rPr>
        <w:t>NEPM</w:t>
      </w:r>
      <w:r w:rsidR="00E42347" w:rsidRPr="003B2687">
        <w:rPr>
          <w:b/>
          <w:color w:val="000000" w:themeColor="text1"/>
          <w:sz w:val="24"/>
          <w:szCs w:val="24"/>
        </w:rPr>
        <w:t>)</w:t>
      </w:r>
      <w:r w:rsidR="00404C31">
        <w:rPr>
          <w:b/>
          <w:color w:val="000000" w:themeColor="text1"/>
          <w:sz w:val="24"/>
          <w:szCs w:val="24"/>
        </w:rPr>
        <w:t>, and the Garvey Group, Inc</w:t>
      </w:r>
      <w:r w:rsidRPr="003B2687">
        <w:rPr>
          <w:b/>
          <w:color w:val="000000" w:themeColor="text1"/>
          <w:sz w:val="24"/>
          <w:szCs w:val="24"/>
        </w:rPr>
        <w:t>.</w:t>
      </w:r>
    </w:p>
    <w:p w14:paraId="6BBD89E8" w14:textId="77777777" w:rsidR="00261B67" w:rsidRPr="00D443DB" w:rsidRDefault="007201CC">
      <w:pPr>
        <w:pBdr>
          <w:bottom w:val="single" w:sz="14" w:space="4" w:color="B52530"/>
        </w:pBdr>
        <w:spacing w:before="180" w:after="80"/>
        <w:rPr>
          <w:sz w:val="24"/>
          <w:szCs w:val="24"/>
        </w:rPr>
      </w:pPr>
      <w:proofErr w:type="gramStart"/>
      <w:r w:rsidRPr="00D443DB">
        <w:rPr>
          <w:b/>
          <w:color w:val="143058"/>
          <w:sz w:val="24"/>
          <w:szCs w:val="24"/>
        </w:rPr>
        <w:t>1  VETERAN</w:t>
      </w:r>
      <w:proofErr w:type="gramEnd"/>
      <w:r w:rsidRPr="00D443DB">
        <w:rPr>
          <w:b/>
          <w:color w:val="143058"/>
          <w:sz w:val="24"/>
          <w:szCs w:val="24"/>
        </w:rPr>
        <w:t xml:space="preserve"> BEING HONORED</w:t>
      </w:r>
    </w:p>
    <w:p w14:paraId="3B696113" w14:textId="603FEC64" w:rsidR="00FB5F07" w:rsidRPr="00D443DB" w:rsidRDefault="007201CC">
      <w:pPr>
        <w:spacing w:after="80"/>
        <w:rPr>
          <w:sz w:val="24"/>
          <w:szCs w:val="24"/>
        </w:rPr>
      </w:pPr>
      <w:r w:rsidRPr="00D443DB">
        <w:rPr>
          <w:sz w:val="24"/>
          <w:szCs w:val="24"/>
        </w:rPr>
        <w:t xml:space="preserve">Full name (exactly as it should appear on banner):  </w:t>
      </w:r>
      <w:r w:rsidR="00341E25">
        <w:rPr>
          <w:sz w:val="24"/>
          <w:szCs w:val="24"/>
        </w:rPr>
        <w:t>__________________</w:t>
      </w:r>
      <w:r w:rsidRPr="00D443DB">
        <w:rPr>
          <w:sz w:val="24"/>
          <w:szCs w:val="24"/>
        </w:rPr>
        <w:t>_________________</w:t>
      </w:r>
      <w:r w:rsidR="00FB5F07">
        <w:rPr>
          <w:sz w:val="24"/>
          <w:szCs w:val="24"/>
        </w:rPr>
        <w:t>_</w:t>
      </w:r>
      <w:r w:rsidRPr="00D443DB">
        <w:rPr>
          <w:sz w:val="24"/>
          <w:szCs w:val="24"/>
        </w:rPr>
        <w:t>__</w:t>
      </w:r>
      <w:r w:rsidR="00FB5F07">
        <w:rPr>
          <w:sz w:val="24"/>
          <w:szCs w:val="24"/>
        </w:rPr>
        <w:t>____________</w:t>
      </w:r>
    </w:p>
    <w:p w14:paraId="4D3CC62D" w14:textId="76EB23A5" w:rsidR="00261B67" w:rsidRPr="00D443DB" w:rsidRDefault="007201CC">
      <w:pPr>
        <w:spacing w:after="80"/>
        <w:rPr>
          <w:sz w:val="24"/>
          <w:szCs w:val="24"/>
        </w:rPr>
      </w:pPr>
      <w:r w:rsidRPr="00D443DB">
        <w:rPr>
          <w:sz w:val="24"/>
          <w:szCs w:val="24"/>
        </w:rPr>
        <w:t xml:space="preserve">Rank / title (if desired):  </w:t>
      </w:r>
      <w:r w:rsidR="00FB5F07">
        <w:rPr>
          <w:sz w:val="24"/>
          <w:szCs w:val="24"/>
        </w:rPr>
        <w:t>______________</w:t>
      </w:r>
      <w:r w:rsidRPr="00D443DB">
        <w:rPr>
          <w:sz w:val="24"/>
          <w:szCs w:val="24"/>
        </w:rPr>
        <w:t>_________________________________________________</w:t>
      </w:r>
    </w:p>
    <w:p w14:paraId="2F8B8969" w14:textId="75EAD3F4" w:rsidR="00261B67" w:rsidRPr="00D443DB" w:rsidRDefault="007201CC">
      <w:pPr>
        <w:spacing w:after="80"/>
        <w:rPr>
          <w:sz w:val="24"/>
          <w:szCs w:val="24"/>
        </w:rPr>
      </w:pPr>
      <w:r w:rsidRPr="00D443DB">
        <w:rPr>
          <w:sz w:val="24"/>
          <w:szCs w:val="24"/>
        </w:rPr>
        <w:t xml:space="preserve">Branch of service:  </w:t>
      </w:r>
      <w:r w:rsidR="00FB5F07">
        <w:rPr>
          <w:sz w:val="24"/>
          <w:szCs w:val="24"/>
        </w:rPr>
        <w:t>__________</w:t>
      </w:r>
      <w:r w:rsidRPr="00D443DB">
        <w:rPr>
          <w:sz w:val="24"/>
          <w:szCs w:val="24"/>
        </w:rPr>
        <w:t>_________________________________________________________</w:t>
      </w:r>
    </w:p>
    <w:p w14:paraId="17234B8D" w14:textId="602BF0C3" w:rsidR="00261B67" w:rsidRPr="00D443DB" w:rsidRDefault="007201CC">
      <w:pPr>
        <w:spacing w:after="80"/>
        <w:rPr>
          <w:sz w:val="24"/>
          <w:szCs w:val="24"/>
        </w:rPr>
      </w:pPr>
      <w:r w:rsidRPr="00D443DB">
        <w:rPr>
          <w:sz w:val="24"/>
          <w:szCs w:val="24"/>
        </w:rPr>
        <w:t xml:space="preserve">Dates of service </w:t>
      </w:r>
      <w:r w:rsidR="00C57D72">
        <w:rPr>
          <w:sz w:val="24"/>
          <w:szCs w:val="24"/>
        </w:rPr>
        <w:t>(</w:t>
      </w:r>
      <w:r w:rsidRPr="00D443DB">
        <w:rPr>
          <w:sz w:val="24"/>
          <w:szCs w:val="24"/>
        </w:rPr>
        <w:t>year</w:t>
      </w:r>
      <w:r w:rsidR="00C57D72">
        <w:rPr>
          <w:sz w:val="24"/>
          <w:szCs w:val="24"/>
        </w:rPr>
        <w:t>/year</w:t>
      </w:r>
      <w:r w:rsidRPr="00D443DB">
        <w:rPr>
          <w:sz w:val="24"/>
          <w:szCs w:val="24"/>
        </w:rPr>
        <w:t>)</w:t>
      </w:r>
      <w:proofErr w:type="gramStart"/>
      <w:r w:rsidRPr="00D443DB">
        <w:rPr>
          <w:sz w:val="24"/>
          <w:szCs w:val="24"/>
        </w:rPr>
        <w:t>:  _</w:t>
      </w:r>
      <w:proofErr w:type="gramEnd"/>
      <w:r w:rsidRPr="00D443DB">
        <w:rPr>
          <w:sz w:val="24"/>
          <w:szCs w:val="24"/>
        </w:rPr>
        <w:t>_____</w:t>
      </w:r>
      <w:r w:rsidR="00C57D72">
        <w:rPr>
          <w:sz w:val="24"/>
          <w:szCs w:val="24"/>
        </w:rPr>
        <w:t>_____</w:t>
      </w:r>
      <w:r w:rsidRPr="00D443DB">
        <w:rPr>
          <w:sz w:val="24"/>
          <w:szCs w:val="24"/>
        </w:rPr>
        <w:t>_____</w:t>
      </w:r>
      <w:r w:rsidR="00C57D72">
        <w:rPr>
          <w:sz w:val="24"/>
          <w:szCs w:val="24"/>
        </w:rPr>
        <w:t>___</w:t>
      </w:r>
      <w:proofErr w:type="gramStart"/>
      <w:r w:rsidRPr="00D443DB">
        <w:rPr>
          <w:sz w:val="24"/>
          <w:szCs w:val="24"/>
        </w:rPr>
        <w:t>_  to</w:t>
      </w:r>
      <w:proofErr w:type="gramEnd"/>
      <w:r w:rsidRPr="00D443DB">
        <w:rPr>
          <w:sz w:val="24"/>
          <w:szCs w:val="24"/>
        </w:rPr>
        <w:t xml:space="preserve">  ______</w:t>
      </w:r>
      <w:r w:rsidR="00C57D72">
        <w:rPr>
          <w:sz w:val="24"/>
          <w:szCs w:val="24"/>
        </w:rPr>
        <w:t>_____</w:t>
      </w:r>
      <w:r w:rsidRPr="00D443DB">
        <w:rPr>
          <w:sz w:val="24"/>
          <w:szCs w:val="24"/>
        </w:rPr>
        <w:t>__</w:t>
      </w:r>
      <w:r w:rsidR="00C57D72">
        <w:rPr>
          <w:sz w:val="24"/>
          <w:szCs w:val="24"/>
        </w:rPr>
        <w:t>___</w:t>
      </w:r>
      <w:r w:rsidRPr="00D443DB">
        <w:rPr>
          <w:sz w:val="24"/>
          <w:szCs w:val="24"/>
        </w:rPr>
        <w:t>____</w:t>
      </w:r>
    </w:p>
    <w:p w14:paraId="401621DC" w14:textId="54559149" w:rsidR="00261B67" w:rsidRPr="00D443DB" w:rsidRDefault="007201CC">
      <w:pPr>
        <w:rPr>
          <w:sz w:val="24"/>
          <w:szCs w:val="24"/>
        </w:rPr>
      </w:pPr>
      <w:r w:rsidRPr="00D443DB">
        <w:rPr>
          <w:sz w:val="24"/>
          <w:szCs w:val="24"/>
        </w:rPr>
        <w:t xml:space="preserve">Campaign (select ONE for banner): ☐ </w:t>
      </w:r>
      <w:proofErr w:type="gramStart"/>
      <w:r w:rsidRPr="00D443DB">
        <w:rPr>
          <w:sz w:val="24"/>
          <w:szCs w:val="24"/>
        </w:rPr>
        <w:t>WWII  ☐</w:t>
      </w:r>
      <w:proofErr w:type="gramEnd"/>
      <w:r w:rsidRPr="00D443DB">
        <w:rPr>
          <w:sz w:val="24"/>
          <w:szCs w:val="24"/>
        </w:rPr>
        <w:t xml:space="preserve"> </w:t>
      </w:r>
      <w:proofErr w:type="gramStart"/>
      <w:r w:rsidRPr="00D443DB">
        <w:rPr>
          <w:sz w:val="24"/>
          <w:szCs w:val="24"/>
        </w:rPr>
        <w:t>Korea  ☐</w:t>
      </w:r>
      <w:proofErr w:type="gramEnd"/>
      <w:r w:rsidRPr="00D443DB">
        <w:rPr>
          <w:sz w:val="24"/>
          <w:szCs w:val="24"/>
        </w:rPr>
        <w:t xml:space="preserve"> Korean </w:t>
      </w:r>
      <w:proofErr w:type="gramStart"/>
      <w:r w:rsidRPr="00D443DB">
        <w:rPr>
          <w:sz w:val="24"/>
          <w:szCs w:val="24"/>
        </w:rPr>
        <w:t>Era  ☐</w:t>
      </w:r>
      <w:proofErr w:type="gramEnd"/>
      <w:r w:rsidRPr="00D443DB">
        <w:rPr>
          <w:sz w:val="24"/>
          <w:szCs w:val="24"/>
        </w:rPr>
        <w:t xml:space="preserve"> </w:t>
      </w:r>
      <w:proofErr w:type="gramStart"/>
      <w:r w:rsidRPr="00D443DB">
        <w:rPr>
          <w:sz w:val="24"/>
          <w:szCs w:val="24"/>
        </w:rPr>
        <w:t>Vietnam  ☐</w:t>
      </w:r>
      <w:proofErr w:type="gramEnd"/>
      <w:r w:rsidRPr="00D443DB">
        <w:rPr>
          <w:sz w:val="24"/>
          <w:szCs w:val="24"/>
        </w:rPr>
        <w:t xml:space="preserve"> Vietnam </w:t>
      </w:r>
      <w:proofErr w:type="gramStart"/>
      <w:r w:rsidRPr="00D443DB">
        <w:rPr>
          <w:sz w:val="24"/>
          <w:szCs w:val="24"/>
        </w:rPr>
        <w:t>Era  ☐</w:t>
      </w:r>
      <w:proofErr w:type="gramEnd"/>
      <w:r w:rsidR="0073692D">
        <w:rPr>
          <w:sz w:val="24"/>
          <w:szCs w:val="24"/>
        </w:rPr>
        <w:t xml:space="preserve"> Gulf War </w:t>
      </w:r>
      <w:proofErr w:type="gramStart"/>
      <w:r w:rsidR="0073692D">
        <w:rPr>
          <w:sz w:val="24"/>
          <w:szCs w:val="24"/>
        </w:rPr>
        <w:t>Era</w:t>
      </w:r>
      <w:r w:rsidRPr="00D443DB">
        <w:rPr>
          <w:sz w:val="24"/>
          <w:szCs w:val="24"/>
        </w:rPr>
        <w:t xml:space="preserve">  ☐</w:t>
      </w:r>
      <w:proofErr w:type="gramEnd"/>
      <w:r w:rsidRPr="00D443DB">
        <w:rPr>
          <w:sz w:val="24"/>
          <w:szCs w:val="24"/>
        </w:rPr>
        <w:t xml:space="preserve"> Other: </w:t>
      </w:r>
      <w:r w:rsidR="0064138B">
        <w:rPr>
          <w:sz w:val="24"/>
          <w:szCs w:val="24"/>
        </w:rPr>
        <w:t>_____________</w:t>
      </w:r>
    </w:p>
    <w:p w14:paraId="2C1DD342" w14:textId="77777777" w:rsidR="00261B67" w:rsidRPr="00D443DB" w:rsidRDefault="007201CC">
      <w:pPr>
        <w:spacing w:after="80"/>
        <w:rPr>
          <w:sz w:val="24"/>
          <w:szCs w:val="24"/>
        </w:rPr>
      </w:pPr>
      <w:r w:rsidRPr="00D443DB">
        <w:rPr>
          <w:sz w:val="24"/>
          <w:szCs w:val="24"/>
        </w:rPr>
        <w:t>Awards (check all that apply):  ☐ Silver Star   ☐ Legion of Merit   ☐ Bronze Star   ☐ Purple Heart</w:t>
      </w:r>
    </w:p>
    <w:p w14:paraId="0F3E58C1" w14:textId="120D1407" w:rsidR="00261B67" w:rsidRPr="00D443DB" w:rsidRDefault="007201CC">
      <w:pPr>
        <w:spacing w:after="80"/>
        <w:rPr>
          <w:sz w:val="24"/>
          <w:szCs w:val="24"/>
        </w:rPr>
      </w:pPr>
      <w:r w:rsidRPr="00D443DB">
        <w:rPr>
          <w:sz w:val="24"/>
          <w:szCs w:val="24"/>
        </w:rPr>
        <w:t xml:space="preserve">Other awards / service details:  </w:t>
      </w:r>
      <w:r w:rsidR="00B73F3E">
        <w:rPr>
          <w:sz w:val="24"/>
          <w:szCs w:val="24"/>
        </w:rPr>
        <w:t>____________</w:t>
      </w:r>
      <w:r w:rsidRPr="00D443DB">
        <w:rPr>
          <w:sz w:val="24"/>
          <w:szCs w:val="24"/>
        </w:rPr>
        <w:t>____________________________________________</w:t>
      </w:r>
    </w:p>
    <w:p w14:paraId="65DFAC6B" w14:textId="77777777" w:rsidR="00261B67" w:rsidRPr="00D443DB" w:rsidRDefault="007201CC">
      <w:pPr>
        <w:spacing w:after="80"/>
        <w:rPr>
          <w:sz w:val="24"/>
          <w:szCs w:val="24"/>
        </w:rPr>
      </w:pPr>
      <w:r w:rsidRPr="00D443DB">
        <w:rPr>
          <w:sz w:val="24"/>
          <w:szCs w:val="24"/>
        </w:rPr>
        <w:t>Veteran status:  ☐ Living   ☐ Deceased     Wilbraham connection:  ☐ Current resident   ☐ Former resident   ☐ Resident at time of death</w:t>
      </w:r>
    </w:p>
    <w:p w14:paraId="50E66993" w14:textId="77777777" w:rsidR="00261B67" w:rsidRDefault="007201CC">
      <w:pPr>
        <w:spacing w:after="80"/>
        <w:rPr>
          <w:sz w:val="24"/>
          <w:szCs w:val="24"/>
        </w:rPr>
      </w:pPr>
      <w:r w:rsidRPr="00D443DB">
        <w:rPr>
          <w:sz w:val="24"/>
          <w:szCs w:val="24"/>
        </w:rPr>
        <w:t>Wilbraham address / years of residency: _________________________________________________</w:t>
      </w:r>
    </w:p>
    <w:p w14:paraId="3883F1C6" w14:textId="5F183000" w:rsidR="00B73F3E" w:rsidRPr="00D443DB" w:rsidRDefault="00B73F3E">
      <w:pPr>
        <w:spacing w:after="80"/>
        <w:rPr>
          <w:sz w:val="24"/>
          <w:szCs w:val="24"/>
        </w:rPr>
      </w:pPr>
      <w:r>
        <w:rPr>
          <w:sz w:val="24"/>
          <w:szCs w:val="24"/>
        </w:rPr>
        <w:t>_______________________________________________________________________________________</w:t>
      </w:r>
    </w:p>
    <w:p w14:paraId="326D0B0A" w14:textId="77777777" w:rsidR="00261B67" w:rsidRPr="00D443DB" w:rsidRDefault="007201CC">
      <w:pPr>
        <w:pBdr>
          <w:bottom w:val="single" w:sz="14" w:space="4" w:color="B52530"/>
        </w:pBdr>
        <w:spacing w:before="180" w:after="80"/>
        <w:rPr>
          <w:sz w:val="24"/>
          <w:szCs w:val="24"/>
        </w:rPr>
      </w:pPr>
      <w:proofErr w:type="gramStart"/>
      <w:r w:rsidRPr="00D443DB">
        <w:rPr>
          <w:b/>
          <w:color w:val="143058"/>
          <w:sz w:val="24"/>
          <w:szCs w:val="24"/>
        </w:rPr>
        <w:t>2  PURCHASER</w:t>
      </w:r>
      <w:proofErr w:type="gramEnd"/>
      <w:r w:rsidRPr="00D443DB">
        <w:rPr>
          <w:b/>
          <w:color w:val="143058"/>
          <w:sz w:val="24"/>
          <w:szCs w:val="24"/>
        </w:rPr>
        <w:t xml:space="preserve"> / REQUESTER INFORMATION</w:t>
      </w:r>
    </w:p>
    <w:p w14:paraId="1C4D41EC" w14:textId="75D5C5E0" w:rsidR="00261B67" w:rsidRPr="00D443DB" w:rsidRDefault="007201CC">
      <w:pPr>
        <w:spacing w:after="80"/>
        <w:rPr>
          <w:sz w:val="24"/>
          <w:szCs w:val="24"/>
        </w:rPr>
      </w:pPr>
      <w:r w:rsidRPr="00D443DB">
        <w:rPr>
          <w:sz w:val="24"/>
          <w:szCs w:val="24"/>
        </w:rPr>
        <w:t xml:space="preserve">Purchaser full name:  </w:t>
      </w:r>
      <w:r w:rsidR="001F42FF">
        <w:rPr>
          <w:sz w:val="24"/>
          <w:szCs w:val="24"/>
        </w:rPr>
        <w:t>________</w:t>
      </w:r>
      <w:r w:rsidRPr="00D443DB">
        <w:rPr>
          <w:sz w:val="24"/>
          <w:szCs w:val="24"/>
        </w:rPr>
        <w:t>_______________________________________________________</w:t>
      </w:r>
    </w:p>
    <w:p w14:paraId="5AE6B28E" w14:textId="19CDABA9" w:rsidR="00261B67" w:rsidRPr="00D443DB" w:rsidRDefault="007201CC">
      <w:pPr>
        <w:spacing w:after="80"/>
        <w:rPr>
          <w:sz w:val="24"/>
          <w:szCs w:val="24"/>
        </w:rPr>
      </w:pPr>
      <w:r w:rsidRPr="00D443DB">
        <w:rPr>
          <w:sz w:val="24"/>
          <w:szCs w:val="24"/>
        </w:rPr>
        <w:t xml:space="preserve">Relationship to veteran:  </w:t>
      </w:r>
      <w:r w:rsidR="002938F3">
        <w:rPr>
          <w:sz w:val="24"/>
          <w:szCs w:val="24"/>
        </w:rPr>
        <w:t>_________</w:t>
      </w:r>
      <w:r w:rsidRPr="00D443DB">
        <w:rPr>
          <w:sz w:val="24"/>
          <w:szCs w:val="24"/>
        </w:rPr>
        <w:t>___________________________________________________</w:t>
      </w:r>
    </w:p>
    <w:p w14:paraId="5F5CD7C9" w14:textId="638BDA7D" w:rsidR="00261B67" w:rsidRPr="00D443DB" w:rsidRDefault="007201CC">
      <w:pPr>
        <w:spacing w:after="80"/>
        <w:rPr>
          <w:sz w:val="24"/>
          <w:szCs w:val="24"/>
        </w:rPr>
      </w:pPr>
      <w:r w:rsidRPr="00D443DB">
        <w:rPr>
          <w:sz w:val="24"/>
          <w:szCs w:val="24"/>
        </w:rPr>
        <w:t xml:space="preserve">Mailing address:  </w:t>
      </w:r>
      <w:r w:rsidR="002938F3">
        <w:rPr>
          <w:sz w:val="24"/>
          <w:szCs w:val="24"/>
        </w:rPr>
        <w:t>________</w:t>
      </w:r>
      <w:r w:rsidRPr="00D443DB">
        <w:rPr>
          <w:sz w:val="24"/>
          <w:szCs w:val="24"/>
        </w:rPr>
        <w:t>___________________________________________________________</w:t>
      </w:r>
    </w:p>
    <w:p w14:paraId="07CF30EF" w14:textId="03435370" w:rsidR="00261B67" w:rsidRPr="00D443DB" w:rsidRDefault="007201CC">
      <w:pPr>
        <w:spacing w:after="80"/>
        <w:rPr>
          <w:sz w:val="24"/>
          <w:szCs w:val="24"/>
        </w:rPr>
      </w:pPr>
      <w:r w:rsidRPr="00D443DB">
        <w:rPr>
          <w:sz w:val="24"/>
          <w:szCs w:val="24"/>
        </w:rPr>
        <w:t xml:space="preserve">City / State / ZIP:  </w:t>
      </w:r>
      <w:r w:rsidR="002938F3">
        <w:rPr>
          <w:sz w:val="24"/>
          <w:szCs w:val="24"/>
        </w:rPr>
        <w:t>___________</w:t>
      </w:r>
      <w:r w:rsidRPr="00D443DB">
        <w:rPr>
          <w:sz w:val="24"/>
          <w:szCs w:val="24"/>
        </w:rPr>
        <w:t>________________________________________________________</w:t>
      </w:r>
    </w:p>
    <w:p w14:paraId="3294FE6B" w14:textId="4F102D2C" w:rsidR="00261B67" w:rsidRPr="00D443DB" w:rsidRDefault="007201CC">
      <w:pPr>
        <w:spacing w:after="80"/>
        <w:rPr>
          <w:sz w:val="24"/>
          <w:szCs w:val="24"/>
        </w:rPr>
      </w:pPr>
      <w:r w:rsidRPr="00D443DB">
        <w:rPr>
          <w:sz w:val="24"/>
          <w:szCs w:val="24"/>
        </w:rPr>
        <w:t xml:space="preserve">Phone number:  </w:t>
      </w:r>
      <w:r w:rsidR="00341E25">
        <w:rPr>
          <w:sz w:val="24"/>
          <w:szCs w:val="24"/>
        </w:rPr>
        <w:t>______</w:t>
      </w:r>
      <w:r w:rsidRPr="00D443DB">
        <w:rPr>
          <w:sz w:val="24"/>
          <w:szCs w:val="24"/>
        </w:rPr>
        <w:t>______________________________________________________________</w:t>
      </w:r>
    </w:p>
    <w:p w14:paraId="18F10E30" w14:textId="300D1E34" w:rsidR="00261B67" w:rsidRPr="00D443DB" w:rsidRDefault="007201CC">
      <w:pPr>
        <w:spacing w:after="80"/>
        <w:rPr>
          <w:sz w:val="24"/>
          <w:szCs w:val="24"/>
        </w:rPr>
      </w:pPr>
      <w:r w:rsidRPr="00D443DB">
        <w:rPr>
          <w:sz w:val="24"/>
          <w:szCs w:val="24"/>
        </w:rPr>
        <w:lastRenderedPageBreak/>
        <w:t>Email address:  _</w:t>
      </w:r>
      <w:r w:rsidR="00341E25">
        <w:rPr>
          <w:sz w:val="24"/>
          <w:szCs w:val="24"/>
        </w:rPr>
        <w:t>_______</w:t>
      </w:r>
      <w:r w:rsidRPr="00D443DB">
        <w:rPr>
          <w:sz w:val="24"/>
          <w:szCs w:val="24"/>
        </w:rPr>
        <w:t>____________________________________________________________</w:t>
      </w:r>
    </w:p>
    <w:p w14:paraId="72BA0D91" w14:textId="77777777" w:rsidR="00261B67" w:rsidRPr="00D443DB" w:rsidRDefault="007201CC">
      <w:pPr>
        <w:spacing w:after="80"/>
        <w:rPr>
          <w:sz w:val="24"/>
          <w:szCs w:val="24"/>
        </w:rPr>
      </w:pPr>
      <w:r w:rsidRPr="00D443DB">
        <w:rPr>
          <w:sz w:val="24"/>
          <w:szCs w:val="24"/>
        </w:rPr>
        <w:t>Banner return address (if different): __________________________________________________</w:t>
      </w:r>
    </w:p>
    <w:p w14:paraId="66A7747A" w14:textId="77777777" w:rsidR="00261B67" w:rsidRPr="00D443DB" w:rsidRDefault="007201CC">
      <w:pPr>
        <w:pBdr>
          <w:bottom w:val="single" w:sz="14" w:space="4" w:color="B52530"/>
        </w:pBdr>
        <w:spacing w:before="180" w:after="80"/>
        <w:rPr>
          <w:sz w:val="24"/>
          <w:szCs w:val="24"/>
        </w:rPr>
      </w:pPr>
      <w:proofErr w:type="gramStart"/>
      <w:r w:rsidRPr="00D443DB">
        <w:rPr>
          <w:b/>
          <w:color w:val="143058"/>
          <w:sz w:val="24"/>
          <w:szCs w:val="24"/>
        </w:rPr>
        <w:t>3  REQUIRED</w:t>
      </w:r>
      <w:proofErr w:type="gramEnd"/>
      <w:r w:rsidRPr="00D443DB">
        <w:rPr>
          <w:b/>
          <w:color w:val="143058"/>
          <w:sz w:val="24"/>
          <w:szCs w:val="24"/>
        </w:rPr>
        <w:t xml:space="preserve"> MATERIALS &amp; PAYMENT</w:t>
      </w:r>
    </w:p>
    <w:p w14:paraId="412C4F73" w14:textId="77777777" w:rsidR="00261B67" w:rsidRDefault="007201CC">
      <w:pPr>
        <w:spacing w:after="80"/>
        <w:rPr>
          <w:sz w:val="24"/>
          <w:szCs w:val="24"/>
        </w:rPr>
      </w:pPr>
      <w:r w:rsidRPr="00D443DB">
        <w:rPr>
          <w:sz w:val="24"/>
          <w:szCs w:val="24"/>
        </w:rPr>
        <w:t>☐ High-resolution photograph of the veteran in uniform (original digital image preferred; clear, sharp print accepted).</w:t>
      </w:r>
    </w:p>
    <w:p w14:paraId="4E5A8A3E" w14:textId="774C35F7" w:rsidR="003905B2" w:rsidRPr="00662953" w:rsidRDefault="003905B2" w:rsidP="003905B2">
      <w:pPr>
        <w:spacing w:after="80"/>
        <w:rPr>
          <w:color w:val="000000" w:themeColor="text1"/>
          <w:sz w:val="24"/>
          <w:szCs w:val="24"/>
        </w:rPr>
      </w:pPr>
      <w:r w:rsidRPr="00D443DB">
        <w:rPr>
          <w:sz w:val="24"/>
          <w:szCs w:val="24"/>
        </w:rPr>
        <w:t xml:space="preserve">Photo supplied as:  ☐ Printed photograph enclosed   ☐ Digital file </w:t>
      </w:r>
      <w:r w:rsidRPr="00662953">
        <w:rPr>
          <w:color w:val="000000" w:themeColor="text1"/>
          <w:sz w:val="24"/>
          <w:szCs w:val="24"/>
        </w:rPr>
        <w:t>(</w:t>
      </w:r>
      <w:r w:rsidR="003647B7" w:rsidRPr="00662953">
        <w:rPr>
          <w:color w:val="000000" w:themeColor="text1"/>
          <w:sz w:val="24"/>
          <w:szCs w:val="24"/>
        </w:rPr>
        <w:t>email to info@nepm.com</w:t>
      </w:r>
      <w:r w:rsidRPr="00662953">
        <w:rPr>
          <w:color w:val="000000" w:themeColor="text1"/>
          <w:sz w:val="24"/>
          <w:szCs w:val="24"/>
        </w:rPr>
        <w:t>)</w:t>
      </w:r>
    </w:p>
    <w:p w14:paraId="5BF0D487" w14:textId="77777777" w:rsidR="00261B67" w:rsidRPr="00D443DB" w:rsidRDefault="007201CC">
      <w:pPr>
        <w:spacing w:after="80"/>
        <w:rPr>
          <w:sz w:val="24"/>
          <w:szCs w:val="24"/>
        </w:rPr>
      </w:pPr>
      <w:r w:rsidRPr="00D443DB">
        <w:rPr>
          <w:sz w:val="24"/>
          <w:szCs w:val="24"/>
        </w:rPr>
        <w:t>☐ Proof of honorable service (for example, DD Form 214 with sensitive identifiers redacted, or other official documentation).</w:t>
      </w:r>
    </w:p>
    <w:p w14:paraId="41163282" w14:textId="77777777" w:rsidR="00261B67" w:rsidRPr="00D443DB" w:rsidRDefault="007201CC">
      <w:pPr>
        <w:spacing w:after="80"/>
        <w:rPr>
          <w:sz w:val="24"/>
          <w:szCs w:val="24"/>
        </w:rPr>
      </w:pPr>
      <w:r w:rsidRPr="00D443DB">
        <w:rPr>
          <w:sz w:val="24"/>
          <w:szCs w:val="24"/>
        </w:rPr>
        <w:t>☐ Completed and signed application     ☐ Check for $200 payable to NEPM</w:t>
      </w:r>
    </w:p>
    <w:p w14:paraId="411E65EB" w14:textId="77777777" w:rsidR="005E6669" w:rsidRDefault="005E6669">
      <w:pPr>
        <w:spacing w:after="80"/>
        <w:rPr>
          <w:b/>
          <w:sz w:val="28"/>
          <w:szCs w:val="28"/>
        </w:rPr>
      </w:pPr>
      <w:r w:rsidRPr="00D443DB">
        <w:rPr>
          <w:sz w:val="24"/>
          <w:szCs w:val="24"/>
        </w:rPr>
        <w:t xml:space="preserve">☐ </w:t>
      </w:r>
      <w:r w:rsidRPr="007159C2">
        <w:rPr>
          <w:rFonts w:ascii="Times New Roman" w:eastAsia="Times New Roman" w:hAnsi="Times New Roman" w:cs="Times New Roman"/>
          <w:sz w:val="24"/>
          <w:szCs w:val="24"/>
        </w:rPr>
        <w:t xml:space="preserve">I would like to request financial assistance </w:t>
      </w:r>
      <w:proofErr w:type="gramStart"/>
      <w:r w:rsidRPr="007159C2">
        <w:rPr>
          <w:rFonts w:ascii="Times New Roman" w:eastAsia="Times New Roman" w:hAnsi="Times New Roman" w:cs="Times New Roman"/>
          <w:sz w:val="24"/>
          <w:szCs w:val="24"/>
        </w:rPr>
        <w:t>toward</w:t>
      </w:r>
      <w:proofErr w:type="gramEnd"/>
      <w:r w:rsidRPr="007159C2">
        <w:rPr>
          <w:rFonts w:ascii="Times New Roman" w:eastAsia="Times New Roman" w:hAnsi="Times New Roman" w:cs="Times New Roman"/>
          <w:sz w:val="24"/>
          <w:szCs w:val="24"/>
        </w:rPr>
        <w:t xml:space="preserve"> the purchase of a Hometown Heroes </w:t>
      </w:r>
      <w:r>
        <w:rPr>
          <w:rFonts w:ascii="Times New Roman" w:eastAsia="Times New Roman" w:hAnsi="Times New Roman" w:cs="Times New Roman"/>
          <w:sz w:val="24"/>
          <w:szCs w:val="24"/>
        </w:rPr>
        <w:t>Banner. R</w:t>
      </w:r>
      <w:r w:rsidRPr="007159C2">
        <w:rPr>
          <w:rFonts w:ascii="Times New Roman" w:eastAsia="Times New Roman" w:hAnsi="Times New Roman" w:cs="Times New Roman"/>
          <w:sz w:val="24"/>
          <w:szCs w:val="24"/>
        </w:rPr>
        <w:t>equests will be handled confidentially and are subject to the availability of sponsorship funds</w:t>
      </w:r>
      <w:r w:rsidRPr="00B90C2C">
        <w:rPr>
          <w:b/>
          <w:sz w:val="28"/>
          <w:szCs w:val="28"/>
        </w:rPr>
        <w:t xml:space="preserve"> </w:t>
      </w:r>
    </w:p>
    <w:p w14:paraId="0D3C66EE" w14:textId="6C097019" w:rsidR="00261B67" w:rsidRDefault="007201CC">
      <w:pPr>
        <w:spacing w:after="80"/>
        <w:rPr>
          <w:b/>
          <w:sz w:val="28"/>
          <w:szCs w:val="28"/>
        </w:rPr>
      </w:pPr>
      <w:r w:rsidRPr="00B90C2C">
        <w:rPr>
          <w:b/>
          <w:sz w:val="28"/>
          <w:szCs w:val="28"/>
        </w:rPr>
        <w:t xml:space="preserve">MAIL completed application, required documentation, and $200 CHECK PAYABLE TO NEPM to: </w:t>
      </w:r>
      <w:r w:rsidR="00B01E2D" w:rsidRPr="00B90C2C">
        <w:rPr>
          <w:b/>
          <w:sz w:val="28"/>
          <w:szCs w:val="28"/>
        </w:rPr>
        <w:t>GFWC Wilbraham Junior Women</w:t>
      </w:r>
      <w:r w:rsidR="00B90C2C">
        <w:rPr>
          <w:b/>
          <w:sz w:val="28"/>
          <w:szCs w:val="28"/>
        </w:rPr>
        <w:t>’</w:t>
      </w:r>
      <w:r w:rsidR="00B01E2D" w:rsidRPr="00B90C2C">
        <w:rPr>
          <w:b/>
          <w:sz w:val="28"/>
          <w:szCs w:val="28"/>
        </w:rPr>
        <w:t>s Club, PO Box 14</w:t>
      </w:r>
      <w:r w:rsidR="00B90C2C" w:rsidRPr="00B90C2C">
        <w:rPr>
          <w:b/>
          <w:sz w:val="28"/>
          <w:szCs w:val="28"/>
        </w:rPr>
        <w:t xml:space="preserve">, </w:t>
      </w:r>
      <w:r w:rsidRPr="00B90C2C">
        <w:rPr>
          <w:b/>
          <w:sz w:val="28"/>
          <w:szCs w:val="28"/>
        </w:rPr>
        <w:t>Wilbraham, MA 01095.</w:t>
      </w:r>
    </w:p>
    <w:p w14:paraId="61456D5C" w14:textId="63714F30" w:rsidR="00261B67" w:rsidRPr="00D443DB" w:rsidRDefault="007159C2" w:rsidP="005E6669">
      <w:pPr>
        <w:spacing w:after="0" w:line="240" w:lineRule="auto"/>
        <w:rPr>
          <w:sz w:val="24"/>
          <w:szCs w:val="24"/>
        </w:rPr>
      </w:pPr>
      <w:r w:rsidRPr="007159C2">
        <w:rPr>
          <w:rFonts w:ascii="Times New Roman" w:eastAsia="Times New Roman" w:hAnsi="Times New Roman" w:cs="Times New Roman"/>
          <w:sz w:val="24"/>
          <w:szCs w:val="24"/>
        </w:rPr>
        <w:t>.</w:t>
      </w:r>
      <w:proofErr w:type="gramStart"/>
      <w:r w:rsidR="007201CC" w:rsidRPr="00D443DB">
        <w:rPr>
          <w:b/>
          <w:color w:val="143058"/>
          <w:sz w:val="24"/>
          <w:szCs w:val="24"/>
        </w:rPr>
        <w:t>4  PROGRAM</w:t>
      </w:r>
      <w:proofErr w:type="gramEnd"/>
      <w:r w:rsidR="007201CC" w:rsidRPr="00D443DB">
        <w:rPr>
          <w:b/>
          <w:color w:val="143058"/>
          <w:sz w:val="24"/>
          <w:szCs w:val="24"/>
        </w:rPr>
        <w:t xml:space="preserve"> REQUIREMENTS &amp; TERMS</w:t>
      </w:r>
    </w:p>
    <w:p w14:paraId="3F814567" w14:textId="47AA9B69" w:rsidR="00261B67" w:rsidRPr="00D443DB" w:rsidRDefault="007201CC">
      <w:pPr>
        <w:spacing w:after="80"/>
        <w:rPr>
          <w:sz w:val="24"/>
          <w:szCs w:val="24"/>
        </w:rPr>
      </w:pPr>
      <w:r w:rsidRPr="00D443DB">
        <w:rPr>
          <w:sz w:val="24"/>
          <w:szCs w:val="24"/>
        </w:rPr>
        <w:t>Eligibility: The program honors veterans who currently reside in</w:t>
      </w:r>
      <w:r w:rsidR="001C29CF">
        <w:rPr>
          <w:sz w:val="24"/>
          <w:szCs w:val="24"/>
        </w:rPr>
        <w:t xml:space="preserve"> or who have lived in</w:t>
      </w:r>
      <w:r w:rsidRPr="00D443DB">
        <w:rPr>
          <w:sz w:val="24"/>
          <w:szCs w:val="24"/>
        </w:rPr>
        <w:t xml:space="preserve"> Wilbraham, or deceased veterans who </w:t>
      </w:r>
      <w:proofErr w:type="gramStart"/>
      <w:r w:rsidRPr="00D443DB">
        <w:rPr>
          <w:sz w:val="24"/>
          <w:szCs w:val="24"/>
        </w:rPr>
        <w:t>resided</w:t>
      </w:r>
      <w:proofErr w:type="gramEnd"/>
      <w:r w:rsidRPr="00D443DB">
        <w:rPr>
          <w:sz w:val="24"/>
          <w:szCs w:val="24"/>
        </w:rPr>
        <w:t xml:space="preserve"> in Wilbraham before passing. Applicants must document an honorable discharge or honorable service, as applicable</w:t>
      </w:r>
      <w:r w:rsidR="00B15A51">
        <w:rPr>
          <w:sz w:val="24"/>
          <w:szCs w:val="24"/>
        </w:rPr>
        <w:t>.</w:t>
      </w:r>
      <w:r w:rsidRPr="00D443DB">
        <w:rPr>
          <w:sz w:val="24"/>
          <w:szCs w:val="24"/>
        </w:rPr>
        <w:t xml:space="preserve"> Former Wilbraham residents may be considered under the stated eligibility requirement; eligibility is subject to program review.</w:t>
      </w:r>
    </w:p>
    <w:p w14:paraId="5D50583C" w14:textId="42F98B69" w:rsidR="00261B67" w:rsidRPr="00D443DB" w:rsidRDefault="007201CC">
      <w:pPr>
        <w:spacing w:after="80"/>
        <w:rPr>
          <w:sz w:val="24"/>
          <w:szCs w:val="24"/>
        </w:rPr>
      </w:pPr>
      <w:r w:rsidRPr="00D443DB">
        <w:rPr>
          <w:sz w:val="24"/>
          <w:szCs w:val="24"/>
        </w:rPr>
        <w:t xml:space="preserve">Banner content and placement: Banners will feature the veteran’s photograph, branch of service and </w:t>
      </w:r>
      <w:r w:rsidR="00674F4D">
        <w:rPr>
          <w:sz w:val="24"/>
          <w:szCs w:val="24"/>
        </w:rPr>
        <w:t>m</w:t>
      </w:r>
      <w:r w:rsidRPr="00D443DB">
        <w:rPr>
          <w:sz w:val="24"/>
          <w:szCs w:val="24"/>
        </w:rPr>
        <w:t xml:space="preserve">ajor awards may be submitted for consideration, subject to space and design limitations. Placement is </w:t>
      </w:r>
      <w:r w:rsidR="00A738E6">
        <w:rPr>
          <w:sz w:val="24"/>
          <w:szCs w:val="24"/>
        </w:rPr>
        <w:t>on a first-</w:t>
      </w:r>
      <w:proofErr w:type="gramStart"/>
      <w:r w:rsidR="00A738E6">
        <w:rPr>
          <w:sz w:val="24"/>
          <w:szCs w:val="24"/>
        </w:rPr>
        <w:t>come</w:t>
      </w:r>
      <w:r w:rsidR="00DD703B">
        <w:rPr>
          <w:sz w:val="24"/>
          <w:szCs w:val="24"/>
        </w:rPr>
        <w:t xml:space="preserve">, </w:t>
      </w:r>
      <w:r w:rsidR="00A738E6">
        <w:rPr>
          <w:sz w:val="24"/>
          <w:szCs w:val="24"/>
        </w:rPr>
        <w:t xml:space="preserve"> first</w:t>
      </w:r>
      <w:proofErr w:type="gramEnd"/>
      <w:r w:rsidR="00DD703B">
        <w:rPr>
          <w:sz w:val="24"/>
          <w:szCs w:val="24"/>
        </w:rPr>
        <w:t>-</w:t>
      </w:r>
      <w:r w:rsidR="00A738E6">
        <w:rPr>
          <w:sz w:val="24"/>
          <w:szCs w:val="24"/>
        </w:rPr>
        <w:t xml:space="preserve">served basis </w:t>
      </w:r>
      <w:r w:rsidRPr="00D443DB">
        <w:rPr>
          <w:sz w:val="24"/>
          <w:szCs w:val="24"/>
        </w:rPr>
        <w:t xml:space="preserve">based on </w:t>
      </w:r>
      <w:r w:rsidR="00DD703B">
        <w:rPr>
          <w:sz w:val="24"/>
          <w:szCs w:val="24"/>
        </w:rPr>
        <w:t>completed application, payment</w:t>
      </w:r>
      <w:r w:rsidR="00050540">
        <w:rPr>
          <w:sz w:val="24"/>
          <w:szCs w:val="24"/>
        </w:rPr>
        <w:t xml:space="preserve"> and </w:t>
      </w:r>
      <w:r w:rsidRPr="00D443DB">
        <w:rPr>
          <w:sz w:val="24"/>
          <w:szCs w:val="24"/>
        </w:rPr>
        <w:t>available locations</w:t>
      </w:r>
      <w:r w:rsidR="00050540">
        <w:rPr>
          <w:sz w:val="24"/>
          <w:szCs w:val="24"/>
        </w:rPr>
        <w:t>. S</w:t>
      </w:r>
      <w:r w:rsidRPr="00D443DB">
        <w:rPr>
          <w:sz w:val="24"/>
          <w:szCs w:val="24"/>
        </w:rPr>
        <w:t>pecific location requests cannot be accepted.</w:t>
      </w:r>
    </w:p>
    <w:p w14:paraId="6E55CB23" w14:textId="5587923F" w:rsidR="00261B67" w:rsidRPr="00D443DB" w:rsidRDefault="007201CC">
      <w:pPr>
        <w:spacing w:after="80"/>
        <w:rPr>
          <w:sz w:val="24"/>
          <w:szCs w:val="24"/>
        </w:rPr>
      </w:pPr>
      <w:r w:rsidRPr="00D443DB">
        <w:rPr>
          <w:sz w:val="24"/>
          <w:szCs w:val="24"/>
        </w:rPr>
        <w:t xml:space="preserve">Display and return: Banners are planned for display at Post Office Park from approximately Memorial Day through Veterans Day, then returned to the purchaser. Dates and placement are subject to change. The Town of Wilbraham </w:t>
      </w:r>
      <w:r w:rsidR="00DF3F64">
        <w:rPr>
          <w:sz w:val="24"/>
          <w:szCs w:val="24"/>
        </w:rPr>
        <w:t>or any of the coordinating agencies or personnel</w:t>
      </w:r>
      <w:r w:rsidR="006F78EC">
        <w:rPr>
          <w:sz w:val="24"/>
          <w:szCs w:val="24"/>
        </w:rPr>
        <w:t xml:space="preserve"> </w:t>
      </w:r>
      <w:proofErr w:type="gramStart"/>
      <w:r w:rsidRPr="00D443DB">
        <w:rPr>
          <w:sz w:val="24"/>
          <w:szCs w:val="24"/>
        </w:rPr>
        <w:t>is</w:t>
      </w:r>
      <w:proofErr w:type="gramEnd"/>
      <w:r w:rsidRPr="00D443DB">
        <w:rPr>
          <w:sz w:val="24"/>
          <w:szCs w:val="24"/>
        </w:rPr>
        <w:t xml:space="preserve"> not liable for damage to banners.</w:t>
      </w:r>
    </w:p>
    <w:p w14:paraId="6C5EF9A5" w14:textId="77777777" w:rsidR="00261B67" w:rsidRPr="00D443DB" w:rsidRDefault="007201CC">
      <w:pPr>
        <w:spacing w:after="80"/>
        <w:rPr>
          <w:sz w:val="24"/>
          <w:szCs w:val="24"/>
        </w:rPr>
      </w:pPr>
      <w:r w:rsidRPr="00D443DB">
        <w:rPr>
          <w:sz w:val="24"/>
          <w:szCs w:val="24"/>
        </w:rPr>
        <w:t>Pricing: The application payment is $200 per banner. The vendor used to create the Hometown Heroes banners retains full discretion over pricing of goods. Any change to the $200 purchaser price should be communicated before an order is finalized.</w:t>
      </w:r>
    </w:p>
    <w:p w14:paraId="129C1991" w14:textId="77777777" w:rsidR="00261B67" w:rsidRPr="00D443DB" w:rsidRDefault="007201CC">
      <w:pPr>
        <w:pBdr>
          <w:bottom w:val="single" w:sz="14" w:space="4" w:color="B52530"/>
        </w:pBdr>
        <w:spacing w:before="180" w:after="80"/>
        <w:rPr>
          <w:sz w:val="24"/>
          <w:szCs w:val="24"/>
        </w:rPr>
      </w:pPr>
      <w:proofErr w:type="gramStart"/>
      <w:r w:rsidRPr="00D443DB">
        <w:rPr>
          <w:b/>
          <w:color w:val="143058"/>
          <w:sz w:val="24"/>
          <w:szCs w:val="24"/>
        </w:rPr>
        <w:t>5  PURCHASER</w:t>
      </w:r>
      <w:proofErr w:type="gramEnd"/>
      <w:r w:rsidRPr="00D443DB">
        <w:rPr>
          <w:b/>
          <w:color w:val="143058"/>
          <w:sz w:val="24"/>
          <w:szCs w:val="24"/>
        </w:rPr>
        <w:t xml:space="preserve"> ACKNOWLEDGMENT &amp; PHOTO PERMISSION</w:t>
      </w:r>
    </w:p>
    <w:p w14:paraId="098D9570" w14:textId="77777777" w:rsidR="00261B67" w:rsidRPr="00D443DB" w:rsidRDefault="007201CC">
      <w:pPr>
        <w:spacing w:after="80"/>
        <w:rPr>
          <w:sz w:val="24"/>
          <w:szCs w:val="24"/>
        </w:rPr>
      </w:pPr>
      <w:r w:rsidRPr="00D443DB">
        <w:rPr>
          <w:sz w:val="24"/>
          <w:szCs w:val="24"/>
        </w:rPr>
        <w:t>By signing, I confirm the information submitted is accurate to the best of my knowledge, I have permission to provide and authorize public display of the photograph, and I have read and accept the program requirements, placement policy, display schedule and liability statement above.</w:t>
      </w:r>
    </w:p>
    <w:p w14:paraId="17AAA149" w14:textId="77777777" w:rsidR="00261B67" w:rsidRPr="00D443DB" w:rsidRDefault="007201CC">
      <w:pPr>
        <w:spacing w:after="80"/>
        <w:rPr>
          <w:sz w:val="24"/>
          <w:szCs w:val="24"/>
        </w:rPr>
      </w:pPr>
      <w:r w:rsidRPr="00D443DB">
        <w:rPr>
          <w:sz w:val="24"/>
          <w:szCs w:val="24"/>
        </w:rPr>
        <w:t xml:space="preserve">Purchaser </w:t>
      </w:r>
      <w:proofErr w:type="gramStart"/>
      <w:r w:rsidRPr="00D443DB">
        <w:rPr>
          <w:sz w:val="24"/>
          <w:szCs w:val="24"/>
        </w:rPr>
        <w:t>signature: _</w:t>
      </w:r>
      <w:proofErr w:type="gramEnd"/>
      <w:r w:rsidRPr="00D443DB">
        <w:rPr>
          <w:sz w:val="24"/>
          <w:szCs w:val="24"/>
        </w:rPr>
        <w:t>___________________________________   Date: __________________</w:t>
      </w:r>
    </w:p>
    <w:p w14:paraId="2648B4D7" w14:textId="2011EE24" w:rsidR="00261B67" w:rsidRPr="00D443DB" w:rsidRDefault="007201CC" w:rsidP="004A0925">
      <w:pPr>
        <w:spacing w:after="80"/>
        <w:rPr>
          <w:sz w:val="24"/>
          <w:szCs w:val="24"/>
        </w:rPr>
      </w:pPr>
      <w:r w:rsidRPr="00714A0C">
        <w:rPr>
          <w:b/>
          <w:bCs/>
          <w:color w:val="548DD4" w:themeColor="text2" w:themeTint="99"/>
          <w:sz w:val="24"/>
          <w:szCs w:val="24"/>
        </w:rPr>
        <w:t>OFFICIAL USE ONLY</w:t>
      </w:r>
      <w:r w:rsidRPr="00714A0C">
        <w:rPr>
          <w:color w:val="548DD4" w:themeColor="text2" w:themeTint="99"/>
          <w:sz w:val="24"/>
          <w:szCs w:val="24"/>
        </w:rPr>
        <w:t xml:space="preserve"> </w:t>
      </w:r>
      <w:r w:rsidRPr="00D443DB">
        <w:rPr>
          <w:sz w:val="24"/>
          <w:szCs w:val="24"/>
        </w:rPr>
        <w:t xml:space="preserve">— Veteran status verified: </w:t>
      </w:r>
      <w:r w:rsidR="00714A0C">
        <w:rPr>
          <w:sz w:val="24"/>
          <w:szCs w:val="24"/>
        </w:rPr>
        <w:t>___</w:t>
      </w:r>
      <w:proofErr w:type="gramStart"/>
      <w:r w:rsidR="00714A0C">
        <w:rPr>
          <w:sz w:val="24"/>
          <w:szCs w:val="24"/>
        </w:rPr>
        <w:t>_</w:t>
      </w:r>
      <w:r w:rsidRPr="00D443DB">
        <w:rPr>
          <w:sz w:val="24"/>
          <w:szCs w:val="24"/>
        </w:rPr>
        <w:t xml:space="preserve">  </w:t>
      </w:r>
      <w:proofErr w:type="gramEnd"/>
      <w:r w:rsidRPr="00D443DB">
        <w:rPr>
          <w:sz w:val="24"/>
          <w:szCs w:val="24"/>
        </w:rPr>
        <w:t xml:space="preserve"> Residency verified: ____Awards verified: ______   Payment received by NEPM: _____</w:t>
      </w:r>
      <w:proofErr w:type="gramStart"/>
      <w:r w:rsidRPr="00D443DB">
        <w:rPr>
          <w:sz w:val="24"/>
          <w:szCs w:val="24"/>
        </w:rPr>
        <w:t xml:space="preserve">_  </w:t>
      </w:r>
      <w:proofErr w:type="gramEnd"/>
      <w:r w:rsidRPr="00D443DB">
        <w:rPr>
          <w:sz w:val="24"/>
          <w:szCs w:val="24"/>
        </w:rPr>
        <w:t xml:space="preserve"> Date banner hung: </w:t>
      </w:r>
      <w:r w:rsidR="001F00EB">
        <w:rPr>
          <w:sz w:val="24"/>
          <w:szCs w:val="24"/>
        </w:rPr>
        <w:t>________________</w:t>
      </w:r>
      <w:r w:rsidRPr="00D443DB">
        <w:rPr>
          <w:sz w:val="24"/>
          <w:szCs w:val="24"/>
        </w:rPr>
        <w:t>______</w:t>
      </w:r>
    </w:p>
    <w:p w14:paraId="5B4312CE" w14:textId="674DA5A9" w:rsidR="001F00EB" w:rsidRDefault="007201CC">
      <w:pPr>
        <w:rPr>
          <w:sz w:val="24"/>
          <w:szCs w:val="24"/>
        </w:rPr>
      </w:pPr>
      <w:r w:rsidRPr="00D443DB">
        <w:rPr>
          <w:sz w:val="24"/>
          <w:szCs w:val="24"/>
        </w:rPr>
        <w:t xml:space="preserve">Banner location: _________________________   Date </w:t>
      </w:r>
      <w:proofErr w:type="gramStart"/>
      <w:r w:rsidRPr="00D443DB">
        <w:rPr>
          <w:sz w:val="24"/>
          <w:szCs w:val="24"/>
        </w:rPr>
        <w:t>banner</w:t>
      </w:r>
      <w:proofErr w:type="gramEnd"/>
      <w:r w:rsidRPr="00D443DB">
        <w:rPr>
          <w:sz w:val="24"/>
          <w:szCs w:val="24"/>
        </w:rPr>
        <w:t xml:space="preserve"> </w:t>
      </w:r>
      <w:proofErr w:type="gramStart"/>
      <w:r w:rsidRPr="00D443DB">
        <w:rPr>
          <w:sz w:val="24"/>
          <w:szCs w:val="24"/>
        </w:rPr>
        <w:t>removed :</w:t>
      </w:r>
      <w:proofErr w:type="gramEnd"/>
      <w:r w:rsidRPr="00D443DB">
        <w:rPr>
          <w:sz w:val="24"/>
          <w:szCs w:val="24"/>
        </w:rPr>
        <w:t xml:space="preserve"> _</w:t>
      </w:r>
      <w:r w:rsidR="001F00EB">
        <w:rPr>
          <w:sz w:val="24"/>
          <w:szCs w:val="24"/>
        </w:rPr>
        <w:t>____</w:t>
      </w:r>
      <w:r w:rsidRPr="00D443DB">
        <w:rPr>
          <w:sz w:val="24"/>
          <w:szCs w:val="24"/>
        </w:rPr>
        <w:t>_____________</w:t>
      </w:r>
      <w:r w:rsidR="00AF2B2B">
        <w:rPr>
          <w:sz w:val="24"/>
          <w:szCs w:val="24"/>
        </w:rPr>
        <w:t xml:space="preserve"> </w:t>
      </w:r>
    </w:p>
    <w:p w14:paraId="4E4E5892" w14:textId="64BA545B" w:rsidR="00261B67" w:rsidRPr="00D443DB" w:rsidRDefault="00AF2B2B">
      <w:pPr>
        <w:rPr>
          <w:sz w:val="24"/>
          <w:szCs w:val="24"/>
        </w:rPr>
      </w:pPr>
      <w:r>
        <w:rPr>
          <w:sz w:val="24"/>
          <w:szCs w:val="24"/>
        </w:rPr>
        <w:t>Date banner returned</w:t>
      </w:r>
      <w:r w:rsidR="00756DA0">
        <w:rPr>
          <w:sz w:val="24"/>
          <w:szCs w:val="24"/>
        </w:rPr>
        <w:t>: _</w:t>
      </w:r>
      <w:r w:rsidR="001F00EB">
        <w:rPr>
          <w:sz w:val="24"/>
          <w:szCs w:val="24"/>
        </w:rPr>
        <w:t>________</w:t>
      </w:r>
      <w:r w:rsidR="00756DA0">
        <w:rPr>
          <w:sz w:val="24"/>
          <w:szCs w:val="24"/>
        </w:rPr>
        <w:t>___________</w:t>
      </w:r>
    </w:p>
    <w:sectPr w:rsidR="00261B67" w:rsidRPr="00D443DB" w:rsidSect="007F614D">
      <w:headerReference w:type="default" r:id="rId9"/>
      <w:footerReference w:type="default" r:id="rId10"/>
      <w:pgSz w:w="12240" w:h="15840"/>
      <w:pgMar w:top="432" w:right="432" w:bottom="432" w:left="432"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D812A" w14:textId="77777777" w:rsidR="0032617C" w:rsidRDefault="0032617C">
      <w:pPr>
        <w:spacing w:after="0" w:line="240" w:lineRule="auto"/>
      </w:pPr>
      <w:r>
        <w:separator/>
      </w:r>
    </w:p>
  </w:endnote>
  <w:endnote w:type="continuationSeparator" w:id="0">
    <w:p w14:paraId="54BAFD0B" w14:textId="77777777" w:rsidR="0032617C" w:rsidRDefault="00326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DB12" w14:textId="77777777" w:rsidR="00261B67" w:rsidRDefault="007201CC">
    <w:pPr>
      <w:pStyle w:val="Footer"/>
      <w:jc w:val="center"/>
    </w:pPr>
    <w:proofErr w:type="gramStart"/>
    <w:r>
      <w:rPr>
        <w:b/>
        <w:color w:val="143058"/>
        <w:sz w:val="16"/>
      </w:rPr>
      <w:t>★  WILBRAHAM</w:t>
    </w:r>
    <w:proofErr w:type="gramEnd"/>
    <w:r>
      <w:rPr>
        <w:b/>
        <w:color w:val="143058"/>
        <w:sz w:val="16"/>
      </w:rPr>
      <w:t xml:space="preserve"> HOMETOWN </w:t>
    </w:r>
    <w:proofErr w:type="gramStart"/>
    <w:r>
      <w:rPr>
        <w:b/>
        <w:color w:val="143058"/>
        <w:sz w:val="16"/>
      </w:rPr>
      <w:t>HEROES  ★</w:t>
    </w:r>
    <w:proofErr w:type="gramEnd"/>
    <w:r>
      <w:rPr>
        <w:b/>
        <w:color w:val="143058"/>
        <w:sz w:val="16"/>
      </w:rPr>
      <w:t xml:space="preserve">     HONOR • SERVICE • SACRIFICE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B9780" w14:textId="77777777" w:rsidR="0032617C" w:rsidRDefault="0032617C">
      <w:pPr>
        <w:spacing w:after="0" w:line="240" w:lineRule="auto"/>
      </w:pPr>
      <w:r>
        <w:separator/>
      </w:r>
    </w:p>
  </w:footnote>
  <w:footnote w:type="continuationSeparator" w:id="0">
    <w:p w14:paraId="5B52E885" w14:textId="77777777" w:rsidR="0032617C" w:rsidRDefault="00326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1646" w14:textId="77777777" w:rsidR="00261B67" w:rsidRDefault="00261B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7898275">
    <w:abstractNumId w:val="8"/>
  </w:num>
  <w:num w:numId="2" w16cid:durableId="4289373">
    <w:abstractNumId w:val="6"/>
  </w:num>
  <w:num w:numId="3" w16cid:durableId="904416950">
    <w:abstractNumId w:val="5"/>
  </w:num>
  <w:num w:numId="4" w16cid:durableId="1149443207">
    <w:abstractNumId w:val="4"/>
  </w:num>
  <w:num w:numId="5" w16cid:durableId="1632907304">
    <w:abstractNumId w:val="7"/>
  </w:num>
  <w:num w:numId="6" w16cid:durableId="1013848207">
    <w:abstractNumId w:val="3"/>
  </w:num>
  <w:num w:numId="7" w16cid:durableId="992218447">
    <w:abstractNumId w:val="2"/>
  </w:num>
  <w:num w:numId="8" w16cid:durableId="673384274">
    <w:abstractNumId w:val="1"/>
  </w:num>
  <w:num w:numId="9" w16cid:durableId="1807813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540"/>
    <w:rsid w:val="0006063C"/>
    <w:rsid w:val="000F3303"/>
    <w:rsid w:val="0015074B"/>
    <w:rsid w:val="001C29CF"/>
    <w:rsid w:val="001F00EB"/>
    <w:rsid w:val="001F42FF"/>
    <w:rsid w:val="00230E2A"/>
    <w:rsid w:val="002550F4"/>
    <w:rsid w:val="00261B67"/>
    <w:rsid w:val="002938F3"/>
    <w:rsid w:val="0029639D"/>
    <w:rsid w:val="002D378C"/>
    <w:rsid w:val="0032617C"/>
    <w:rsid w:val="00326F90"/>
    <w:rsid w:val="00341E25"/>
    <w:rsid w:val="00352978"/>
    <w:rsid w:val="003647B7"/>
    <w:rsid w:val="003905B2"/>
    <w:rsid w:val="003B2687"/>
    <w:rsid w:val="00404C31"/>
    <w:rsid w:val="00412B77"/>
    <w:rsid w:val="00445B63"/>
    <w:rsid w:val="004A0925"/>
    <w:rsid w:val="004E0DF7"/>
    <w:rsid w:val="004E4D35"/>
    <w:rsid w:val="00533230"/>
    <w:rsid w:val="005C2BCE"/>
    <w:rsid w:val="005E6669"/>
    <w:rsid w:val="0064138B"/>
    <w:rsid w:val="00662953"/>
    <w:rsid w:val="00674F4D"/>
    <w:rsid w:val="006C2829"/>
    <w:rsid w:val="006F78EC"/>
    <w:rsid w:val="0070596A"/>
    <w:rsid w:val="00706A4B"/>
    <w:rsid w:val="00714A0C"/>
    <w:rsid w:val="007159C2"/>
    <w:rsid w:val="007201CC"/>
    <w:rsid w:val="00723DDC"/>
    <w:rsid w:val="0073692D"/>
    <w:rsid w:val="0074492A"/>
    <w:rsid w:val="00756DA0"/>
    <w:rsid w:val="007F614D"/>
    <w:rsid w:val="008311E5"/>
    <w:rsid w:val="00886C3F"/>
    <w:rsid w:val="008B4CD6"/>
    <w:rsid w:val="008C0BEA"/>
    <w:rsid w:val="00905E49"/>
    <w:rsid w:val="0096415A"/>
    <w:rsid w:val="009C632E"/>
    <w:rsid w:val="00A4296F"/>
    <w:rsid w:val="00A44138"/>
    <w:rsid w:val="00A738E6"/>
    <w:rsid w:val="00AA1D8D"/>
    <w:rsid w:val="00AF2B2B"/>
    <w:rsid w:val="00B01E2D"/>
    <w:rsid w:val="00B15A51"/>
    <w:rsid w:val="00B47730"/>
    <w:rsid w:val="00B73F3E"/>
    <w:rsid w:val="00B90C2C"/>
    <w:rsid w:val="00BF4D4C"/>
    <w:rsid w:val="00C57D72"/>
    <w:rsid w:val="00CB0664"/>
    <w:rsid w:val="00D02A27"/>
    <w:rsid w:val="00D11A6C"/>
    <w:rsid w:val="00D411AC"/>
    <w:rsid w:val="00D443DB"/>
    <w:rsid w:val="00D84641"/>
    <w:rsid w:val="00DD703B"/>
    <w:rsid w:val="00DE51A0"/>
    <w:rsid w:val="00DF3F64"/>
    <w:rsid w:val="00E42347"/>
    <w:rsid w:val="00EA4673"/>
    <w:rsid w:val="00F06E93"/>
    <w:rsid w:val="00F24724"/>
    <w:rsid w:val="00FB5F07"/>
    <w:rsid w:val="00FB77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E1F35E"/>
  <w14:defaultImageDpi w14:val="300"/>
  <w15:docId w15:val="{42E63C1C-C45B-4AF2-AB8F-030A8303C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F3303"/>
    <w:rPr>
      <w:color w:val="0000FF" w:themeColor="hyperlink"/>
      <w:u w:val="single"/>
    </w:rPr>
  </w:style>
  <w:style w:type="character" w:styleId="UnresolvedMention">
    <w:name w:val="Unresolved Mention"/>
    <w:basedOn w:val="DefaultParagraphFont"/>
    <w:uiPriority w:val="99"/>
    <w:semiHidden/>
    <w:unhideWhenUsed/>
    <w:rsid w:val="000F3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Cate Duquette</cp:lastModifiedBy>
  <cp:revision>2</cp:revision>
  <cp:lastPrinted>2026-10-21T18:13:00Z</cp:lastPrinted>
  <dcterms:created xsi:type="dcterms:W3CDTF">2026-11-04T22:40:00Z</dcterms:created>
  <dcterms:modified xsi:type="dcterms:W3CDTF">2026-11-04T22:40:00Z</dcterms:modified>
  <cp:category/>
</cp:coreProperties>
</file>