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9F28" w14:textId="18BA8D50" w:rsidR="002363FA" w:rsidRDefault="002363FA">
      <w:pPr>
        <w:rPr>
          <w:b/>
        </w:rPr>
      </w:pPr>
      <w:r>
        <w:rPr>
          <w:rFonts w:asciiTheme="minorHAnsi" w:hAnsiTheme="minorHAnsi"/>
          <w:noProof/>
          <w14:ligatures w14:val="standardContextual"/>
        </w:rPr>
        <w:drawing>
          <wp:anchor distT="0" distB="0" distL="114300" distR="114300" simplePos="0" relativeHeight="251660288" behindDoc="0" locked="0" layoutInCell="1" allowOverlap="1" wp14:anchorId="0FA0D7D2" wp14:editId="591A4953">
            <wp:simplePos x="0" y="0"/>
            <wp:positionH relativeFrom="margin">
              <wp:posOffset>309092</wp:posOffset>
            </wp:positionH>
            <wp:positionV relativeFrom="margin">
              <wp:posOffset>76289</wp:posOffset>
            </wp:positionV>
            <wp:extent cx="1661160" cy="1661160"/>
            <wp:effectExtent l="0" t="0" r="0" b="0"/>
            <wp:wrapSquare wrapText="bothSides"/>
            <wp:docPr id="2070021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1160" cy="1661160"/>
                    </a:xfrm>
                    <a:prstGeom prst="rect">
                      <a:avLst/>
                    </a:prstGeom>
                    <a:noFill/>
                  </pic:spPr>
                </pic:pic>
              </a:graphicData>
            </a:graphic>
            <wp14:sizeRelH relativeFrom="page">
              <wp14:pctWidth>0</wp14:pctWidth>
            </wp14:sizeRelH>
            <wp14:sizeRelV relativeFrom="page">
              <wp14:pctHeight>0</wp14:pctHeight>
            </wp14:sizeRelV>
          </wp:anchor>
        </w:drawing>
      </w:r>
    </w:p>
    <w:p w14:paraId="28845467" w14:textId="56F539E3" w:rsidR="002363FA" w:rsidRDefault="002363FA" w:rsidP="002363FA">
      <w:pPr>
        <w:spacing w:after="0" w:line="240" w:lineRule="auto"/>
        <w:rPr>
          <w:rFonts w:ascii="Times New Roman" w:eastAsia="Times New Roman" w:hAnsi="Times New Roman" w:cs="Times New Roman"/>
          <w:color w:val="auto"/>
        </w:rPr>
      </w:pPr>
    </w:p>
    <w:p w14:paraId="77A6C756" w14:textId="051DDF79" w:rsidR="002363FA" w:rsidRDefault="002363FA" w:rsidP="002363FA">
      <w:pPr>
        <w:spacing w:after="0" w:line="240" w:lineRule="auto"/>
        <w:rPr>
          <w:rFonts w:ascii="Times New Roman" w:eastAsia="Times New Roman" w:hAnsi="Times New Roman" w:cs="Times New Roman"/>
        </w:rPr>
      </w:pPr>
    </w:p>
    <w:p w14:paraId="543A18DD" w14:textId="77777777" w:rsidR="002363FA" w:rsidRDefault="002363FA" w:rsidP="002363FA">
      <w:pPr>
        <w:jc w:val="right"/>
        <w:rPr>
          <w:rFonts w:asciiTheme="minorHAnsi" w:eastAsiaTheme="minorHAnsi" w:hAnsiTheme="minorHAnsi"/>
          <w:b/>
          <w:bCs/>
          <w:kern w:val="2"/>
          <w14:ligatures w14:val="standardContextual"/>
        </w:rPr>
      </w:pPr>
      <w:r>
        <w:rPr>
          <w:rFonts w:ascii="Times New Roman" w:eastAsia="Times New Roman" w:hAnsi="Times New Roman" w:cs="Times New Roman"/>
        </w:rPr>
        <w:t xml:space="preserve"> </w:t>
      </w:r>
      <w:r>
        <w:rPr>
          <w:b/>
          <w:bCs/>
        </w:rPr>
        <w:t>BBSP INC./ BRAVE BUDDY SERVICE PUPS</w:t>
      </w:r>
    </w:p>
    <w:p w14:paraId="53D8C268" w14:textId="77777777" w:rsidR="002363FA" w:rsidRDefault="002363FA" w:rsidP="002363FA">
      <w:pPr>
        <w:pStyle w:val="NoSpacing"/>
        <w:jc w:val="right"/>
        <w:rPr>
          <w:b/>
          <w:bCs/>
        </w:rPr>
      </w:pPr>
      <w:r>
        <w:rPr>
          <w:rFonts w:ascii="Times New Roman" w:hAnsi="Times New Roman"/>
        </w:rPr>
        <w:t xml:space="preserve"> </w:t>
      </w:r>
    </w:p>
    <w:p w14:paraId="3DA6EDBE" w14:textId="77777777" w:rsidR="002363FA" w:rsidRDefault="002363FA" w:rsidP="002363FA">
      <w:pPr>
        <w:pStyle w:val="NoSpacing"/>
        <w:jc w:val="right"/>
      </w:pPr>
      <w:r>
        <w:t>779 Glenhurst Rd</w:t>
      </w:r>
    </w:p>
    <w:p w14:paraId="47FB6352" w14:textId="77777777" w:rsidR="002363FA" w:rsidRDefault="002363FA" w:rsidP="002363FA">
      <w:pPr>
        <w:pStyle w:val="NoSpacing"/>
        <w:jc w:val="right"/>
      </w:pPr>
      <w:r>
        <w:t>Willowick, Ohio 44095</w:t>
      </w:r>
    </w:p>
    <w:p w14:paraId="121E1DB4" w14:textId="77777777" w:rsidR="002363FA" w:rsidRDefault="002363FA" w:rsidP="002363FA">
      <w:pPr>
        <w:pStyle w:val="NoSpacing"/>
        <w:jc w:val="right"/>
      </w:pPr>
      <w:r>
        <w:t>Phone: (216) 242-7007</w:t>
      </w:r>
    </w:p>
    <w:p w14:paraId="28663EDC" w14:textId="77777777" w:rsidR="002363FA" w:rsidRDefault="002363FA" w:rsidP="002363FA">
      <w:pPr>
        <w:spacing w:after="0" w:line="240" w:lineRule="auto"/>
        <w:jc w:val="right"/>
        <w:rPr>
          <w:rFonts w:ascii="Times New Roman" w:eastAsia="Times New Roman" w:hAnsi="Times New Roman" w:cs="Times New Roman"/>
        </w:rPr>
      </w:pPr>
      <w:r>
        <w:t xml:space="preserve"> Email: </w:t>
      </w:r>
      <w:hyperlink r:id="rId9" w:history="1">
        <w:r>
          <w:rPr>
            <w:rStyle w:val="Hyperlink"/>
            <w:rFonts w:asciiTheme="majorHAnsi" w:eastAsia="Times New Roman" w:hAnsiTheme="majorHAnsi" w:cs="Times New Roman"/>
            <w:b/>
            <w:bCs/>
            <w:kern w:val="36"/>
            <w:sz w:val="28"/>
            <w:szCs w:val="28"/>
          </w:rPr>
          <w:t>bbspdogs@aol.com</w:t>
        </w:r>
      </w:hyperlink>
      <w:r>
        <w:t xml:space="preserve"> - Website: </w:t>
      </w:r>
      <w:hyperlink r:id="rId10" w:history="1">
        <w:r>
          <w:rPr>
            <w:rStyle w:val="Hyperlink"/>
            <w:b/>
            <w:bCs/>
          </w:rPr>
          <w:t>www.bbspdogs.com</w:t>
        </w:r>
      </w:hyperlink>
    </w:p>
    <w:p w14:paraId="6AE5DDA4" w14:textId="77777777" w:rsidR="002363FA" w:rsidRDefault="002363FA">
      <w:pPr>
        <w:rPr>
          <w:b/>
        </w:rPr>
      </w:pPr>
    </w:p>
    <w:p w14:paraId="1101B983" w14:textId="77777777" w:rsidR="002363FA" w:rsidRDefault="002363FA">
      <w:pPr>
        <w:rPr>
          <w:b/>
        </w:rPr>
      </w:pPr>
    </w:p>
    <w:p w14:paraId="76182ED9" w14:textId="77777777" w:rsidR="005B49DB" w:rsidRDefault="00000000" w:rsidP="002363FA">
      <w:pPr>
        <w:pStyle w:val="Title"/>
        <w:jc w:val="center"/>
      </w:pPr>
      <w:r>
        <w:t>Therapy Dog Team Application</w:t>
      </w:r>
    </w:p>
    <w:p w14:paraId="18CA296E" w14:textId="77777777" w:rsidR="005B49DB" w:rsidRDefault="00000000" w:rsidP="002363FA">
      <w:pPr>
        <w:jc w:val="center"/>
        <w:rPr>
          <w:b/>
        </w:rPr>
      </w:pPr>
      <w:r>
        <w:rPr>
          <w:b/>
        </w:rPr>
        <w:t>First Time Applicants</w:t>
      </w:r>
    </w:p>
    <w:p w14:paraId="5135AC44" w14:textId="77777777" w:rsidR="002363FA" w:rsidRDefault="002363FA" w:rsidP="002363FA">
      <w:pPr>
        <w:jc w:val="center"/>
      </w:pPr>
    </w:p>
    <w:p w14:paraId="1EA41856" w14:textId="77777777" w:rsidR="005B49DB" w:rsidRDefault="00000000">
      <w:r>
        <w:t>Apply to join the Brave Buddy Service Pups (BBSP) Therapy Dog Program. Complete all sections and submit the applicable documentation. Applications are subject to review, team evaluation, and approval by BBSP.</w:t>
      </w:r>
    </w:p>
    <w:p w14:paraId="184657A3" w14:textId="77777777" w:rsidR="005B49DB" w:rsidRDefault="00000000">
      <w:pPr>
        <w:spacing w:after="200"/>
      </w:pPr>
      <w:r>
        <w:rPr>
          <w:b/>
        </w:rPr>
        <w:t xml:space="preserve">Application Date: </w:t>
      </w:r>
      <w:r>
        <w:t>_________________________</w:t>
      </w:r>
    </w:p>
    <w:p w14:paraId="5D9CCB20" w14:textId="77777777" w:rsidR="005B49DB" w:rsidRDefault="00000000">
      <w:pPr>
        <w:pStyle w:val="Heading1"/>
      </w:pPr>
      <w:r>
        <w:t>Handler Information</w:t>
      </w:r>
    </w:p>
    <w:p w14:paraId="63296C54" w14:textId="77777777" w:rsidR="005B49DB" w:rsidRDefault="00000000">
      <w:pPr>
        <w:spacing w:after="200"/>
      </w:pPr>
      <w:r>
        <w:rPr>
          <w:b/>
        </w:rPr>
        <w:t xml:space="preserve">Handler Name: </w:t>
      </w:r>
      <w:r>
        <w:t>__________________________________________________________</w:t>
      </w:r>
    </w:p>
    <w:p w14:paraId="472DCD53" w14:textId="77777777" w:rsidR="005B49DB" w:rsidRDefault="00000000">
      <w:pPr>
        <w:spacing w:after="200"/>
      </w:pPr>
      <w:r>
        <w:rPr>
          <w:b/>
        </w:rPr>
        <w:t xml:space="preserve">Handler Address: </w:t>
      </w:r>
      <w:r>
        <w:t>_______________________________________________________</w:t>
      </w:r>
    </w:p>
    <w:p w14:paraId="432AB7D4" w14:textId="77777777" w:rsidR="005B49DB" w:rsidRDefault="00000000">
      <w:pPr>
        <w:spacing w:after="200"/>
      </w:pPr>
      <w:r>
        <w:rPr>
          <w:b/>
        </w:rPr>
        <w:t xml:space="preserve">City / State / ZIP: </w:t>
      </w:r>
      <w:r>
        <w:t>_______________________________________________________</w:t>
      </w:r>
    </w:p>
    <w:p w14:paraId="58DB0F37" w14:textId="77777777" w:rsidR="005B49DB" w:rsidRDefault="00000000">
      <w:pPr>
        <w:spacing w:after="200"/>
      </w:pPr>
      <w:r>
        <w:rPr>
          <w:b/>
        </w:rPr>
        <w:t xml:space="preserve">Primary Phone: </w:t>
      </w:r>
      <w:r>
        <w:t>________________________________________________________</w:t>
      </w:r>
    </w:p>
    <w:p w14:paraId="66E38A98" w14:textId="77777777" w:rsidR="005B49DB" w:rsidRDefault="00000000">
      <w:pPr>
        <w:spacing w:after="200"/>
      </w:pPr>
      <w:r>
        <w:rPr>
          <w:b/>
        </w:rPr>
        <w:t xml:space="preserve">Email Address: </w:t>
      </w:r>
      <w:r>
        <w:t>_________________________________________________________</w:t>
      </w:r>
    </w:p>
    <w:p w14:paraId="4248CC59" w14:textId="77777777" w:rsidR="005B49DB" w:rsidRDefault="00000000">
      <w:pPr>
        <w:spacing w:after="200"/>
      </w:pPr>
      <w:r>
        <w:rPr>
          <w:b/>
        </w:rPr>
        <w:t xml:space="preserve">Emergency Contact Name: </w:t>
      </w:r>
      <w:r>
        <w:t>_____________________________________________</w:t>
      </w:r>
    </w:p>
    <w:p w14:paraId="7DD45815" w14:textId="77777777" w:rsidR="005B49DB" w:rsidRDefault="00000000">
      <w:pPr>
        <w:spacing w:after="200"/>
      </w:pPr>
      <w:r>
        <w:rPr>
          <w:b/>
        </w:rPr>
        <w:t xml:space="preserve">Emergency Contact Phone: </w:t>
      </w:r>
      <w:r>
        <w:t>_____________________________________________</w:t>
      </w:r>
    </w:p>
    <w:p w14:paraId="56441118" w14:textId="77777777" w:rsidR="005B49DB" w:rsidRDefault="00000000">
      <w:pPr>
        <w:pStyle w:val="Heading1"/>
      </w:pPr>
      <w:r>
        <w:t>Canine Information</w:t>
      </w:r>
    </w:p>
    <w:p w14:paraId="0C509C1D" w14:textId="77777777" w:rsidR="005B49DB" w:rsidRDefault="00000000">
      <w:pPr>
        <w:spacing w:after="200"/>
      </w:pPr>
      <w:r>
        <w:rPr>
          <w:b/>
        </w:rPr>
        <w:t xml:space="preserve">Canine Name: </w:t>
      </w:r>
      <w:r>
        <w:t>__________________________________________________________</w:t>
      </w:r>
    </w:p>
    <w:p w14:paraId="0B81C893" w14:textId="77777777" w:rsidR="005B49DB" w:rsidRDefault="00000000">
      <w:pPr>
        <w:spacing w:after="200"/>
      </w:pPr>
      <w:r>
        <w:rPr>
          <w:b/>
        </w:rPr>
        <w:t xml:space="preserve">Breed / Mix: </w:t>
      </w:r>
      <w:r>
        <w:t>___________________________________________________________</w:t>
      </w:r>
    </w:p>
    <w:p w14:paraId="0CF8602F" w14:textId="77777777" w:rsidR="005B49DB" w:rsidRDefault="00000000">
      <w:pPr>
        <w:spacing w:after="200"/>
      </w:pPr>
      <w:r>
        <w:rPr>
          <w:b/>
        </w:rPr>
        <w:t xml:space="preserve">Date of Birth / Age: </w:t>
      </w:r>
      <w:r>
        <w:t>____________________________________________________</w:t>
      </w:r>
    </w:p>
    <w:p w14:paraId="2F8EA811" w14:textId="77777777" w:rsidR="005B49DB" w:rsidRDefault="00000000">
      <w:pPr>
        <w:spacing w:after="200"/>
      </w:pPr>
      <w:r>
        <w:rPr>
          <w:b/>
        </w:rPr>
        <w:t xml:space="preserve">Sex: </w:t>
      </w:r>
      <w:r>
        <w:t>_________________________</w:t>
      </w:r>
    </w:p>
    <w:p w14:paraId="0ED26879" w14:textId="77777777" w:rsidR="005B49DB" w:rsidRDefault="00000000">
      <w:pPr>
        <w:spacing w:after="200"/>
      </w:pPr>
      <w:r>
        <w:rPr>
          <w:b/>
        </w:rPr>
        <w:t xml:space="preserve">How long has this canine been in your care: </w:t>
      </w:r>
      <w:r>
        <w:t>____________________________</w:t>
      </w:r>
    </w:p>
    <w:p w14:paraId="38FEAAB2" w14:textId="77777777" w:rsidR="005B49DB" w:rsidRDefault="00000000">
      <w:pPr>
        <w:spacing w:after="200"/>
      </w:pPr>
      <w:r>
        <w:rPr>
          <w:b/>
        </w:rPr>
        <w:t xml:space="preserve">Veterinarian / Clinic: </w:t>
      </w:r>
      <w:r>
        <w:t>_________________________________________________</w:t>
      </w:r>
    </w:p>
    <w:p w14:paraId="1CE7461C" w14:textId="77777777" w:rsidR="005B49DB" w:rsidRDefault="00000000">
      <w:pPr>
        <w:spacing w:after="200"/>
      </w:pPr>
      <w:r>
        <w:rPr>
          <w:b/>
        </w:rPr>
        <w:t xml:space="preserve">Veterinarian Phone: </w:t>
      </w:r>
      <w:r>
        <w:t>__________________________________________________</w:t>
      </w:r>
    </w:p>
    <w:p w14:paraId="6F7952AC" w14:textId="77777777" w:rsidR="005B49DB" w:rsidRDefault="00000000">
      <w:pPr>
        <w:spacing w:after="200"/>
      </w:pPr>
      <w:r>
        <w:rPr>
          <w:b/>
        </w:rPr>
        <w:lastRenderedPageBreak/>
        <w:t xml:space="preserve">Rabies Vaccination Expiration Date: </w:t>
      </w:r>
      <w:r>
        <w:t>____________________________________</w:t>
      </w:r>
    </w:p>
    <w:p w14:paraId="1C657AA9" w14:textId="77777777" w:rsidR="005B49DB" w:rsidRDefault="00000000">
      <w:pPr>
        <w:spacing w:after="200"/>
      </w:pPr>
      <w:r>
        <w:rPr>
          <w:b/>
        </w:rPr>
        <w:t xml:space="preserve">Bordetella Vaccination Expiration Date: </w:t>
      </w:r>
      <w:r>
        <w:t>________________________________</w:t>
      </w:r>
    </w:p>
    <w:p w14:paraId="7C1F67B4" w14:textId="77777777" w:rsidR="005B49DB" w:rsidRDefault="00000000">
      <w:pPr>
        <w:pStyle w:val="Heading1"/>
        <w:pageBreakBefore/>
      </w:pPr>
      <w:r>
        <w:lastRenderedPageBreak/>
        <w:t>Training and Experience</w:t>
      </w:r>
    </w:p>
    <w:p w14:paraId="5BDA5B13" w14:textId="77777777" w:rsidR="005B49DB" w:rsidRDefault="00000000">
      <w:r>
        <w:t>Describe your canine’s obedience training and any completed classes or evaluations.</w:t>
      </w:r>
    </w:p>
    <w:p w14:paraId="62E4DD50" w14:textId="77777777" w:rsidR="005B49DB" w:rsidRDefault="00000000">
      <w:pPr>
        <w:spacing w:after="200"/>
      </w:pPr>
      <w:r>
        <w:t>____________________________________________________________________________________</w:t>
      </w:r>
    </w:p>
    <w:p w14:paraId="010B381C" w14:textId="77777777" w:rsidR="005B49DB" w:rsidRDefault="00000000">
      <w:r>
        <w:t>Has your canine earned an AKC Canine Good Citizen (CGC) title or other training credential?</w:t>
      </w:r>
    </w:p>
    <w:p w14:paraId="267428D2" w14:textId="77777777" w:rsidR="005B49DB" w:rsidRDefault="00000000">
      <w:r>
        <w:t>☐ No    ☐ Yes    ☐ In progress</w:t>
      </w:r>
    </w:p>
    <w:p w14:paraId="514EBEEE" w14:textId="77777777" w:rsidR="005B49DB" w:rsidRDefault="00000000">
      <w:pPr>
        <w:spacing w:after="200"/>
      </w:pPr>
      <w:r>
        <w:rPr>
          <w:b/>
        </w:rPr>
        <w:t xml:space="preserve">Credential / Completion Date: </w:t>
      </w:r>
      <w:r>
        <w:t>_______________________________________</w:t>
      </w:r>
    </w:p>
    <w:p w14:paraId="54FF901B" w14:textId="77777777" w:rsidR="005B49DB" w:rsidRDefault="00000000">
      <w:r>
        <w:t>Does your team currently hold therapy dog certification through any organization?</w:t>
      </w:r>
    </w:p>
    <w:p w14:paraId="6B4843A8" w14:textId="77777777" w:rsidR="005B49DB" w:rsidRDefault="00000000">
      <w:r>
        <w:t>☐ No    ☐ Yes</w:t>
      </w:r>
    </w:p>
    <w:p w14:paraId="4E587ACB" w14:textId="77777777" w:rsidR="005B49DB" w:rsidRDefault="00000000">
      <w:pPr>
        <w:spacing w:after="200"/>
      </w:pPr>
      <w:r>
        <w:rPr>
          <w:b/>
        </w:rPr>
        <w:t xml:space="preserve">Organization / Certification: </w:t>
      </w:r>
      <w:r>
        <w:t>________________________________________</w:t>
      </w:r>
    </w:p>
    <w:p w14:paraId="336B93D7" w14:textId="77777777" w:rsidR="005B49DB" w:rsidRDefault="00000000">
      <w:pPr>
        <w:spacing w:after="200"/>
      </w:pPr>
      <w:r>
        <w:rPr>
          <w:b/>
        </w:rPr>
        <w:t xml:space="preserve">Expiration Date if applicable: </w:t>
      </w:r>
      <w:r>
        <w:t>_______________________________________</w:t>
      </w:r>
    </w:p>
    <w:p w14:paraId="41136DA1" w14:textId="77777777" w:rsidR="005B49DB" w:rsidRDefault="00000000">
      <w:r>
        <w:t>Do you or your canine have previous therapy dog or volunteer visitation experience?</w:t>
      </w:r>
    </w:p>
    <w:p w14:paraId="2161A11E" w14:textId="77777777" w:rsidR="005B49DB" w:rsidRDefault="00000000">
      <w:r>
        <w:t>☐ No    ☐ Yes</w:t>
      </w:r>
    </w:p>
    <w:p w14:paraId="396EB764" w14:textId="77777777" w:rsidR="005B49DB" w:rsidRDefault="00000000">
      <w:r>
        <w:t>If yes, describe the locations, activities, and length of service.</w:t>
      </w:r>
    </w:p>
    <w:p w14:paraId="677E59B5" w14:textId="77777777" w:rsidR="005B49DB" w:rsidRDefault="00000000">
      <w:pPr>
        <w:spacing w:after="200"/>
      </w:pPr>
      <w:r>
        <w:t>____________________________________________________________________________________</w:t>
      </w:r>
    </w:p>
    <w:p w14:paraId="7544618C" w14:textId="77777777" w:rsidR="005B49DB" w:rsidRDefault="00000000">
      <w:pPr>
        <w:pStyle w:val="Heading1"/>
      </w:pPr>
      <w:r>
        <w:t>Health and Temperament</w:t>
      </w:r>
    </w:p>
    <w:p w14:paraId="5B5F2E2B" w14:textId="77777777" w:rsidR="005B49DB" w:rsidRDefault="00000000">
      <w:r>
        <w:t>Does your canine have any medical condition, injury, limitation, or medication that may affect safe participation?</w:t>
      </w:r>
    </w:p>
    <w:p w14:paraId="6D7B20A1" w14:textId="77777777" w:rsidR="005B49DB" w:rsidRDefault="00000000">
      <w:r>
        <w:t>☐ No    ☐ Yes</w:t>
      </w:r>
    </w:p>
    <w:p w14:paraId="279FA7BE" w14:textId="77777777" w:rsidR="005B49DB" w:rsidRDefault="00000000">
      <w:r>
        <w:t>If yes, explain:</w:t>
      </w:r>
    </w:p>
    <w:p w14:paraId="32F2E330" w14:textId="77777777" w:rsidR="005B49DB" w:rsidRDefault="00000000">
      <w:pPr>
        <w:spacing w:after="200"/>
      </w:pPr>
      <w:r>
        <w:t>____________________________________________________________________________________</w:t>
      </w:r>
    </w:p>
    <w:p w14:paraId="2B028700" w14:textId="77777777" w:rsidR="005B49DB" w:rsidRDefault="00000000">
      <w:pPr>
        <w:spacing w:after="200"/>
      </w:pPr>
      <w:r>
        <w:t>____________________________________________________________________________________</w:t>
      </w:r>
    </w:p>
    <w:p w14:paraId="1B01C752" w14:textId="77777777" w:rsidR="005B49DB" w:rsidRDefault="00000000">
      <w:r>
        <w:t>Has your canine ever bitten or snapped at a person or animal, or shown aggression, resource guarding, or significant fear or reactivity?</w:t>
      </w:r>
    </w:p>
    <w:p w14:paraId="2E4850BC" w14:textId="77777777" w:rsidR="005B49DB" w:rsidRDefault="00000000">
      <w:r>
        <w:t>☐ No    ☐ Yes</w:t>
      </w:r>
    </w:p>
    <w:p w14:paraId="274DFBC3" w14:textId="77777777" w:rsidR="005B49DB" w:rsidRDefault="00000000">
      <w:r>
        <w:t>If yes, describe the circumstances, approximate dates, and any training or treatment.</w:t>
      </w:r>
    </w:p>
    <w:p w14:paraId="75C03BE8" w14:textId="77777777" w:rsidR="005B49DB" w:rsidRDefault="00000000">
      <w:pPr>
        <w:spacing w:after="200"/>
      </w:pPr>
      <w:r>
        <w:t>____________________________________________________________________________________</w:t>
      </w:r>
    </w:p>
    <w:p w14:paraId="6AC72BD7" w14:textId="77777777" w:rsidR="005B49DB" w:rsidRDefault="00000000">
      <w:pPr>
        <w:spacing w:after="200"/>
      </w:pPr>
      <w:r>
        <w:t>____________________________________________________________________________________</w:t>
      </w:r>
    </w:p>
    <w:p w14:paraId="75E9BAFB" w14:textId="77777777" w:rsidR="005B49DB" w:rsidRDefault="00000000">
      <w:r>
        <w:t>Describe how your canine responds to unfamiliar people, other dogs, crowds, loud noises, and mobility equipment.</w:t>
      </w:r>
    </w:p>
    <w:p w14:paraId="22B73455" w14:textId="77777777" w:rsidR="005B49DB" w:rsidRDefault="00000000">
      <w:pPr>
        <w:spacing w:after="200"/>
      </w:pPr>
      <w:r>
        <w:t>____________________________________________________________________________________</w:t>
      </w:r>
    </w:p>
    <w:p w14:paraId="695F722D" w14:textId="77777777" w:rsidR="005B49DB" w:rsidRDefault="00000000">
      <w:pPr>
        <w:spacing w:after="200"/>
      </w:pPr>
      <w:r>
        <w:t>____________________________________________________________________________________</w:t>
      </w:r>
    </w:p>
    <w:p w14:paraId="0DAC0543" w14:textId="77777777" w:rsidR="005B49DB" w:rsidRDefault="00000000">
      <w:pPr>
        <w:pStyle w:val="Heading1"/>
        <w:pageBreakBefore/>
      </w:pPr>
      <w:r>
        <w:lastRenderedPageBreak/>
        <w:t>Interest and Availability</w:t>
      </w:r>
    </w:p>
    <w:p w14:paraId="1B5297CF" w14:textId="77777777" w:rsidR="005B49DB" w:rsidRDefault="00000000">
      <w:r>
        <w:t>Why would you like to become a BBSP therapy dog team?</w:t>
      </w:r>
    </w:p>
    <w:p w14:paraId="4A96AA14" w14:textId="77777777" w:rsidR="005B49DB" w:rsidRDefault="00000000">
      <w:pPr>
        <w:spacing w:after="200"/>
      </w:pPr>
      <w:r>
        <w:t>____________________________________________________________________________________</w:t>
      </w:r>
    </w:p>
    <w:p w14:paraId="11079EDB" w14:textId="77777777" w:rsidR="005B49DB" w:rsidRDefault="00000000">
      <w:pPr>
        <w:spacing w:after="200"/>
      </w:pPr>
      <w:r>
        <w:t>____________________________________________________________________________________</w:t>
      </w:r>
    </w:p>
    <w:p w14:paraId="6C65E603" w14:textId="77777777" w:rsidR="005B49DB" w:rsidRDefault="00000000">
      <w:r>
        <w:t>Which visitation settings interest you? Check all that apply.</w:t>
      </w:r>
    </w:p>
    <w:p w14:paraId="1C35F29C" w14:textId="77777777" w:rsidR="005B49DB" w:rsidRDefault="00000000">
      <w:r>
        <w:t>☐ Healthcare / Hospice    ☐ Senior Living    ☐ Schools / Libraries</w:t>
      </w:r>
    </w:p>
    <w:p w14:paraId="5CA90557" w14:textId="77777777" w:rsidR="005B49DB" w:rsidRDefault="00000000">
      <w:r>
        <w:t>☐ Community Events    ☐ Veterans / First Responders    ☐ Other</w:t>
      </w:r>
    </w:p>
    <w:p w14:paraId="5B3EBD0F" w14:textId="77777777" w:rsidR="005B49DB" w:rsidRDefault="00000000">
      <w:pPr>
        <w:spacing w:after="200"/>
      </w:pPr>
      <w:r>
        <w:rPr>
          <w:b/>
        </w:rPr>
        <w:t xml:space="preserve">Other Interests: </w:t>
      </w:r>
      <w:r>
        <w:t>_______________________________________________________</w:t>
      </w:r>
    </w:p>
    <w:p w14:paraId="10E7DC37" w14:textId="77777777" w:rsidR="005B49DB" w:rsidRDefault="00000000">
      <w:pPr>
        <w:spacing w:after="200"/>
      </w:pPr>
      <w:r>
        <w:rPr>
          <w:b/>
        </w:rPr>
        <w:t xml:space="preserve">Available Days / Times: </w:t>
      </w:r>
      <w:r>
        <w:t>_______________________________________________</w:t>
      </w:r>
    </w:p>
    <w:p w14:paraId="29F7F5CF" w14:textId="77777777" w:rsidR="005B49DB" w:rsidRDefault="00000000">
      <w:pPr>
        <w:spacing w:after="200"/>
      </w:pPr>
      <w:r>
        <w:rPr>
          <w:b/>
        </w:rPr>
        <w:t xml:space="preserve">Preferred Service Area / Travel Distance: </w:t>
      </w:r>
      <w:r>
        <w:t>______________________________</w:t>
      </w:r>
    </w:p>
    <w:p w14:paraId="289DD926" w14:textId="77777777" w:rsidR="005B49DB" w:rsidRDefault="00000000">
      <w:pPr>
        <w:spacing w:after="200"/>
      </w:pPr>
      <w:r>
        <w:rPr>
          <w:b/>
        </w:rPr>
        <w:t xml:space="preserve">Anticipated Monthly Availability: </w:t>
      </w:r>
      <w:r>
        <w:t>_____________________________________</w:t>
      </w:r>
    </w:p>
    <w:p w14:paraId="4AA03D34" w14:textId="77777777" w:rsidR="005B49DB" w:rsidRDefault="00000000">
      <w:pPr>
        <w:pStyle w:val="Heading1"/>
      </w:pPr>
      <w:r>
        <w:t>Applicant Commitments</w:t>
      </w:r>
    </w:p>
    <w:p w14:paraId="0058C8CA" w14:textId="77777777" w:rsidR="005B49DB" w:rsidRDefault="00000000">
      <w:r>
        <w:t>Check each statement to acknowledge your responsibilities as an applicant and, if approved, as a program member.</w:t>
      </w:r>
    </w:p>
    <w:p w14:paraId="691B9924" w14:textId="77777777" w:rsidR="005B49DB" w:rsidRDefault="00000000">
      <w:pPr>
        <w:spacing w:after="140"/>
        <w:ind w:left="288" w:hanging="288"/>
      </w:pPr>
      <w:r>
        <w:rPr>
          <w:rFonts w:ascii="DejaVu Sans" w:hAnsi="DejaVu Sans"/>
        </w:rPr>
        <w:t xml:space="preserve">☐ </w:t>
      </w:r>
      <w:r>
        <w:t>I understand that submitting this application does not guarantee acceptance or authorize me to represent BBSP or conduct visits on its behalf.</w:t>
      </w:r>
    </w:p>
    <w:p w14:paraId="62CED6EA" w14:textId="77777777" w:rsidR="005B49DB" w:rsidRDefault="00000000">
      <w:pPr>
        <w:spacing w:after="140"/>
        <w:ind w:left="288" w:hanging="288"/>
      </w:pPr>
      <w:r>
        <w:rPr>
          <w:rFonts w:ascii="DejaVu Sans" w:hAnsi="DejaVu Sans"/>
        </w:rPr>
        <w:t xml:space="preserve">☐ </w:t>
      </w:r>
      <w:r>
        <w:t>I agree to complete the evaluations, orientation, training, and supervised visits required by BBSP before participating independently.</w:t>
      </w:r>
    </w:p>
    <w:p w14:paraId="3417B942" w14:textId="77777777" w:rsidR="005B49DB" w:rsidRDefault="00000000">
      <w:pPr>
        <w:spacing w:after="140"/>
        <w:ind w:left="288" w:hanging="288"/>
      </w:pPr>
      <w:r>
        <w:rPr>
          <w:rFonts w:ascii="DejaVu Sans" w:hAnsi="DejaVu Sans"/>
        </w:rPr>
        <w:t xml:space="preserve">☐ </w:t>
      </w:r>
      <w:r>
        <w:t>I agree to maintain required vaccinations, program identification, and applicable certifications, and to follow BBSP policies and the rules of each visitation location.</w:t>
      </w:r>
    </w:p>
    <w:p w14:paraId="0D2AE22F" w14:textId="77777777" w:rsidR="005B49DB" w:rsidRDefault="00000000">
      <w:pPr>
        <w:spacing w:after="140"/>
        <w:ind w:left="288" w:hanging="288"/>
      </w:pPr>
      <w:r>
        <w:rPr>
          <w:rFonts w:ascii="DejaVu Sans" w:hAnsi="DejaVu Sans"/>
        </w:rPr>
        <w:t xml:space="preserve">☐ </w:t>
      </w:r>
      <w:r>
        <w:t>I agree to maintain control of my canine at all times, keep the leash in my hand during program activities unless specifically authorized otherwise, and use approved program attire and equipment.</w:t>
      </w:r>
    </w:p>
    <w:p w14:paraId="4133EA4F" w14:textId="77777777" w:rsidR="005B49DB" w:rsidRDefault="00000000">
      <w:pPr>
        <w:spacing w:after="140"/>
        <w:ind w:left="288" w:hanging="288"/>
      </w:pPr>
      <w:r>
        <w:rPr>
          <w:rFonts w:ascii="DejaVu Sans" w:hAnsi="DejaVu Sans"/>
        </w:rPr>
        <w:t xml:space="preserve">☐ </w:t>
      </w:r>
      <w:r>
        <w:t>I agree to report significant health or behavioral changes and any bite, aggression, or safety incident promptly to BBSP.</w:t>
      </w:r>
    </w:p>
    <w:p w14:paraId="7FB0AC3E" w14:textId="77777777" w:rsidR="005B49DB" w:rsidRDefault="00000000">
      <w:pPr>
        <w:spacing w:after="140"/>
        <w:ind w:left="288" w:hanging="288"/>
      </w:pPr>
      <w:r>
        <w:rPr>
          <w:rFonts w:ascii="DejaVu Sans" w:hAnsi="DejaVu Sans"/>
        </w:rPr>
        <w:t xml:space="preserve">☐ </w:t>
      </w:r>
      <w:r>
        <w:t>I agree to conduct myself professionally and respectfully toward visit recipients, facility personnel, fellow volunteers, BBSP representatives, and the public.</w:t>
      </w:r>
    </w:p>
    <w:p w14:paraId="37CCB4AB" w14:textId="77777777" w:rsidR="005B49DB" w:rsidRDefault="00000000">
      <w:pPr>
        <w:spacing w:after="140"/>
        <w:ind w:left="288" w:hanging="288"/>
      </w:pPr>
      <w:r>
        <w:rPr>
          <w:rFonts w:ascii="DejaVu Sans" w:hAnsi="DejaVu Sans"/>
        </w:rPr>
        <w:t xml:space="preserve">☐ </w:t>
      </w:r>
      <w:r>
        <w:t>I agree to schedule and document visits, meet BBSP participation requirements, and notify leadership of an extended absence.</w:t>
      </w:r>
    </w:p>
    <w:p w14:paraId="433BDE8F" w14:textId="77777777" w:rsidR="005B49DB" w:rsidRDefault="00000000">
      <w:pPr>
        <w:spacing w:after="140"/>
        <w:ind w:left="288" w:hanging="288"/>
      </w:pPr>
      <w:r>
        <w:rPr>
          <w:rFonts w:ascii="DejaVu Sans" w:hAnsi="DejaVu Sans"/>
        </w:rPr>
        <w:t xml:space="preserve">☐ </w:t>
      </w:r>
      <w:r>
        <w:t>I agree to participate in requested training and periodic or unannounced team evaluations, and to obtain approval before using costumes, accessories, or promotional materials.</w:t>
      </w:r>
    </w:p>
    <w:p w14:paraId="6AD5F701" w14:textId="77777777" w:rsidR="005B49DB" w:rsidRDefault="00000000">
      <w:pPr>
        <w:pStyle w:val="Heading1"/>
        <w:pageBreakBefore/>
      </w:pPr>
      <w:r>
        <w:lastRenderedPageBreak/>
        <w:t>Documentation Checklist</w:t>
      </w:r>
    </w:p>
    <w:p w14:paraId="2D71C026" w14:textId="77777777" w:rsidR="005B49DB" w:rsidRDefault="00000000">
      <w:r>
        <w:t>Submit current copies of applicable records. BBSP may request additional information during application review.</w:t>
      </w:r>
    </w:p>
    <w:p w14:paraId="7FE54319" w14:textId="77777777" w:rsidR="005B49DB" w:rsidRDefault="00000000">
      <w:pPr>
        <w:spacing w:after="140"/>
        <w:ind w:left="288" w:hanging="288"/>
      </w:pPr>
      <w:r>
        <w:rPr>
          <w:rFonts w:ascii="DejaVu Sans" w:hAnsi="DejaVu Sans"/>
        </w:rPr>
        <w:t xml:space="preserve">☐ </w:t>
      </w:r>
      <w:r>
        <w:t>Current rabies vaccination record</w:t>
      </w:r>
    </w:p>
    <w:p w14:paraId="194C195C" w14:textId="77777777" w:rsidR="005B49DB" w:rsidRDefault="00000000">
      <w:pPr>
        <w:spacing w:after="140"/>
        <w:ind w:left="288" w:hanging="288"/>
      </w:pPr>
      <w:r>
        <w:rPr>
          <w:rFonts w:ascii="DejaVu Sans" w:hAnsi="DejaVu Sans"/>
        </w:rPr>
        <w:t xml:space="preserve">☐ </w:t>
      </w:r>
      <w:r>
        <w:t>Current Bordetella vaccination record</w:t>
      </w:r>
    </w:p>
    <w:p w14:paraId="17759AE4" w14:textId="77777777" w:rsidR="005B49DB" w:rsidRDefault="00000000">
      <w:pPr>
        <w:spacing w:after="140"/>
        <w:ind w:left="288" w:hanging="288"/>
      </w:pPr>
      <w:r>
        <w:rPr>
          <w:rFonts w:ascii="DejaVu Sans" w:hAnsi="DejaVu Sans"/>
        </w:rPr>
        <w:t xml:space="preserve">☐ </w:t>
      </w:r>
      <w:r>
        <w:t>Training credentials or CGC documentation, if earned</w:t>
      </w:r>
    </w:p>
    <w:p w14:paraId="15C3E6B6" w14:textId="77777777" w:rsidR="005B49DB" w:rsidRDefault="00000000">
      <w:pPr>
        <w:spacing w:after="140"/>
        <w:ind w:left="288" w:hanging="288"/>
      </w:pPr>
      <w:r>
        <w:rPr>
          <w:rFonts w:ascii="DejaVu Sans" w:hAnsi="DejaVu Sans"/>
        </w:rPr>
        <w:t xml:space="preserve">☐ </w:t>
      </w:r>
      <w:r>
        <w:t>Current therapy dog certification, if held</w:t>
      </w:r>
    </w:p>
    <w:p w14:paraId="17768B58" w14:textId="77777777" w:rsidR="005B49DB" w:rsidRDefault="00000000">
      <w:pPr>
        <w:spacing w:after="140"/>
        <w:ind w:left="288" w:hanging="288"/>
      </w:pPr>
      <w:r>
        <w:rPr>
          <w:rFonts w:ascii="DejaVu Sans" w:hAnsi="DejaVu Sans"/>
        </w:rPr>
        <w:t xml:space="preserve">☐ </w:t>
      </w:r>
      <w:r>
        <w:t>Additional documentation requested by BBSP</w:t>
      </w:r>
    </w:p>
    <w:p w14:paraId="39CC5D6D" w14:textId="77777777" w:rsidR="005B49DB" w:rsidRDefault="00000000">
      <w:pPr>
        <w:pStyle w:val="Heading1"/>
      </w:pPr>
      <w:r>
        <w:t>Applicant Acknowledgment</w:t>
      </w:r>
    </w:p>
    <w:p w14:paraId="7028E9C0" w14:textId="77777777" w:rsidR="005B49DB" w:rsidRDefault="00000000">
      <w:r>
        <w:t>By signing below, I certify that the information provided is accurate and complete to the best of my knowledge, including the canine’s health and behavioral history.</w:t>
      </w:r>
    </w:p>
    <w:p w14:paraId="6C9C4BB4" w14:textId="77777777" w:rsidR="005B49DB" w:rsidRDefault="00000000">
      <w:r>
        <w:t>I understand that acceptance is subject to BBSP review and team evaluation. If approved, I am responsible for complying with current BBSP Therapy Dog Program policies, safety requirements, standards of conduct, and applicable rules at visitation locations.</w:t>
      </w:r>
    </w:p>
    <w:p w14:paraId="43113A64" w14:textId="77777777" w:rsidR="005B49DB" w:rsidRDefault="00000000">
      <w:r>
        <w:t>I understand that BBSP may request additional documentation or reassessment, delay or decline acceptance, or suspend participation when necessary to protect the safety and integrity of the program.</w:t>
      </w:r>
    </w:p>
    <w:p w14:paraId="06F9EDDE" w14:textId="77777777" w:rsidR="005B49DB" w:rsidRDefault="00000000">
      <w:pPr>
        <w:spacing w:after="200"/>
      </w:pPr>
      <w:r>
        <w:rPr>
          <w:b/>
        </w:rPr>
        <w:t xml:space="preserve">Handler Signature: </w:t>
      </w:r>
      <w:r>
        <w:t>______________________________________________________</w:t>
      </w:r>
    </w:p>
    <w:p w14:paraId="3D270177" w14:textId="77777777" w:rsidR="005B49DB" w:rsidRDefault="00000000">
      <w:pPr>
        <w:spacing w:after="200"/>
      </w:pPr>
      <w:r>
        <w:rPr>
          <w:b/>
        </w:rPr>
        <w:t xml:space="preserve">Date: </w:t>
      </w:r>
      <w:r>
        <w:t>________________________</w:t>
      </w:r>
    </w:p>
    <w:p w14:paraId="1C700554" w14:textId="77777777" w:rsidR="005B49DB" w:rsidRDefault="00000000">
      <w:pPr>
        <w:spacing w:after="200"/>
      </w:pPr>
      <w:r>
        <w:rPr>
          <w:b/>
        </w:rPr>
        <w:t xml:space="preserve">Canine Name: </w:t>
      </w:r>
      <w:r>
        <w:t>__________________________________________________________</w:t>
      </w:r>
    </w:p>
    <w:p w14:paraId="10892BDA" w14:textId="77777777" w:rsidR="005B49DB" w:rsidRDefault="00000000">
      <w:pPr>
        <w:pStyle w:val="Heading1"/>
      </w:pPr>
      <w:r>
        <w:t>For BBSP Official Use Only</w:t>
      </w:r>
    </w:p>
    <w:p w14:paraId="796416D8" w14:textId="77777777" w:rsidR="005B49DB" w:rsidRDefault="00000000">
      <w:pPr>
        <w:spacing w:after="200"/>
      </w:pPr>
      <w:r>
        <w:rPr>
          <w:b/>
        </w:rPr>
        <w:t xml:space="preserve">Application Received: </w:t>
      </w:r>
      <w:r>
        <w:t>______________________________________________</w:t>
      </w:r>
    </w:p>
    <w:p w14:paraId="0FCD55B5" w14:textId="77777777" w:rsidR="005B49DB" w:rsidRDefault="00000000">
      <w:r>
        <w:t>Vaccination Records Verified:    ☐ Yes    ☐ No    ☐ Pending</w:t>
      </w:r>
    </w:p>
    <w:p w14:paraId="535DB055" w14:textId="77777777" w:rsidR="005B49DB" w:rsidRDefault="00000000">
      <w:r>
        <w:t>Training / Certification Records Reviewed:    ☐ Yes    ☐ No    ☐ N/A</w:t>
      </w:r>
    </w:p>
    <w:p w14:paraId="4C4293D4" w14:textId="77777777" w:rsidR="005B49DB" w:rsidRDefault="00000000">
      <w:pPr>
        <w:spacing w:after="200"/>
      </w:pPr>
      <w:r>
        <w:rPr>
          <w:b/>
        </w:rPr>
        <w:t xml:space="preserve">Team Evaluation Date / Result: </w:t>
      </w:r>
      <w:r>
        <w:t>_____________________________________</w:t>
      </w:r>
    </w:p>
    <w:p w14:paraId="312E1BE3" w14:textId="77777777" w:rsidR="005B49DB" w:rsidRDefault="00000000">
      <w:r>
        <w:t>Orientation / Required Training:    ☐ Completed    ☐ Pending</w:t>
      </w:r>
    </w:p>
    <w:p w14:paraId="50F08E35" w14:textId="77777777" w:rsidR="005B49DB" w:rsidRDefault="00000000">
      <w:r>
        <w:t>Application Status:    ☐ Approved    ☐ Pending Documentation</w:t>
      </w:r>
    </w:p>
    <w:p w14:paraId="378C70AE" w14:textId="77777777" w:rsidR="005B49DB" w:rsidRDefault="00000000">
      <w:r>
        <w:t>☐ Pending Evaluation / Training    ☐ On Hold    ☐ Not Approved</w:t>
      </w:r>
    </w:p>
    <w:p w14:paraId="21CB8C7E" w14:textId="77777777" w:rsidR="005B49DB" w:rsidRDefault="00000000">
      <w:pPr>
        <w:spacing w:after="200"/>
      </w:pPr>
      <w:r>
        <w:rPr>
          <w:b/>
        </w:rPr>
        <w:t xml:space="preserve">Additional Requirements / Notes: </w:t>
      </w:r>
      <w:r>
        <w:t>____________________________________</w:t>
      </w:r>
    </w:p>
    <w:p w14:paraId="18D989FA" w14:textId="77777777" w:rsidR="005B49DB" w:rsidRDefault="00000000">
      <w:pPr>
        <w:spacing w:after="200"/>
      </w:pPr>
      <w:r>
        <w:rPr>
          <w:b/>
        </w:rPr>
        <w:t xml:space="preserve">Reviewed By / Title: </w:t>
      </w:r>
      <w:r>
        <w:t>_________________________________________________</w:t>
      </w:r>
    </w:p>
    <w:p w14:paraId="6C8F0B3E" w14:textId="77777777" w:rsidR="005B49DB" w:rsidRDefault="00000000">
      <w:pPr>
        <w:spacing w:after="200"/>
      </w:pPr>
      <w:r>
        <w:rPr>
          <w:b/>
        </w:rPr>
        <w:t xml:space="preserve">Reviewer Signature / Date: </w:t>
      </w:r>
      <w:r>
        <w:t>__________________________________________</w:t>
      </w:r>
    </w:p>
    <w:p w14:paraId="46AF380B" w14:textId="77777777" w:rsidR="005B49DB" w:rsidRDefault="00000000">
      <w:pPr>
        <w:spacing w:after="200"/>
      </w:pPr>
      <w:r>
        <w:rPr>
          <w:b/>
        </w:rPr>
        <w:t xml:space="preserve">Membership Period if approved: </w:t>
      </w:r>
      <w:r>
        <w:t>_____________________________________</w:t>
      </w:r>
    </w:p>
    <w:sectPr w:rsidR="005B49DB" w:rsidSect="00034616">
      <w:headerReference w:type="default" r:id="rId11"/>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F0C96" w14:textId="77777777" w:rsidR="00340E5B" w:rsidRDefault="00340E5B">
      <w:pPr>
        <w:spacing w:after="0" w:line="240" w:lineRule="auto"/>
      </w:pPr>
      <w:r>
        <w:separator/>
      </w:r>
    </w:p>
  </w:endnote>
  <w:endnote w:type="continuationSeparator" w:id="0">
    <w:p w14:paraId="18597E9C" w14:textId="77777777" w:rsidR="00340E5B" w:rsidRDefault="0034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D2AA" w14:textId="77777777" w:rsidR="005B49DB" w:rsidRDefault="00000000">
    <w:pPr>
      <w:pStyle w:val="Footer"/>
      <w:jc w:val="right"/>
    </w:pPr>
    <w:r>
      <w:rPr>
        <w:sz w:val="18"/>
      </w:rPr>
      <w:t xml:space="preserve">Page </w:t>
    </w:r>
    <w:r>
      <w:fldChar w:fldCharType="begin"/>
    </w:r>
    <w:r>
      <w:instrText>PAGE</w:instrText>
    </w:r>
    <w:r>
      <w:fldChar w:fldCharType="separate"/>
    </w:r>
    <w:r w:rsidR="002363F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C540" w14:textId="77777777" w:rsidR="00340E5B" w:rsidRDefault="00340E5B">
      <w:pPr>
        <w:spacing w:after="0" w:line="240" w:lineRule="auto"/>
      </w:pPr>
      <w:r>
        <w:separator/>
      </w:r>
    </w:p>
  </w:footnote>
  <w:footnote w:type="continuationSeparator" w:id="0">
    <w:p w14:paraId="785E66D2" w14:textId="77777777" w:rsidR="00340E5B" w:rsidRDefault="00340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D526" w14:textId="77777777" w:rsidR="005B49DB" w:rsidRDefault="00000000">
    <w:pPr>
      <w:pStyle w:val="Header"/>
    </w:pPr>
    <w:r>
      <w:rPr>
        <w:sz w:val="16"/>
      </w:rPr>
      <w:t xml:space="preserve">BBSP THERAPY DOG </w:t>
    </w:r>
    <w:proofErr w:type="gramStart"/>
    <w:r>
      <w:rPr>
        <w:sz w:val="16"/>
      </w:rPr>
      <w:t>PROGRAM  |</w:t>
    </w:r>
    <w:proofErr w:type="gramEnd"/>
    <w:r>
      <w:rPr>
        <w:sz w:val="16"/>
      </w:rPr>
      <w:t xml:space="preserve">  NEW TEAM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6745276">
    <w:abstractNumId w:val="8"/>
  </w:num>
  <w:num w:numId="2" w16cid:durableId="448865217">
    <w:abstractNumId w:val="6"/>
  </w:num>
  <w:num w:numId="3" w16cid:durableId="1902446292">
    <w:abstractNumId w:val="5"/>
  </w:num>
  <w:num w:numId="4" w16cid:durableId="85005093">
    <w:abstractNumId w:val="4"/>
  </w:num>
  <w:num w:numId="5" w16cid:durableId="276647326">
    <w:abstractNumId w:val="7"/>
  </w:num>
  <w:num w:numId="6" w16cid:durableId="807429477">
    <w:abstractNumId w:val="3"/>
  </w:num>
  <w:num w:numId="7" w16cid:durableId="943418831">
    <w:abstractNumId w:val="2"/>
  </w:num>
  <w:num w:numId="8" w16cid:durableId="1045178616">
    <w:abstractNumId w:val="1"/>
  </w:num>
  <w:num w:numId="9" w16cid:durableId="838274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63FA"/>
    <w:rsid w:val="0029639D"/>
    <w:rsid w:val="00326F90"/>
    <w:rsid w:val="00340E5B"/>
    <w:rsid w:val="005B49DB"/>
    <w:rsid w:val="00AA1D8D"/>
    <w:rsid w:val="00B47730"/>
    <w:rsid w:val="00CB0664"/>
    <w:rsid w:val="00E147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E084D9"/>
  <w14:defaultImageDpi w14:val="300"/>
  <w15:docId w15:val="{7580BFEC-AF8F-457F-BC8D-81A168BF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2363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bspdogs.com" TargetMode="External"/><Relationship Id="rId4" Type="http://schemas.openxmlformats.org/officeDocument/2006/relationships/settings" Target="settings.xml"/><Relationship Id="rId9" Type="http://schemas.openxmlformats.org/officeDocument/2006/relationships/hyperlink" Target="mailto:bbspdogs@ao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BBSP Therapy Dog Team Application</dc:title>
  <dc:subject/>
  <dc:creator>Brave Buddy Service Pups Inc.</dc:creator>
  <cp:keywords/>
  <dc:description>generated by python-docx</dc:description>
  <cp:lastModifiedBy>BBSP INC</cp:lastModifiedBy>
  <cp:revision>2</cp:revision>
  <cp:lastPrinted>2026-10-07T19:38:00Z</cp:lastPrinted>
  <dcterms:created xsi:type="dcterms:W3CDTF">2013-12-23T23:15:00Z</dcterms:created>
  <dcterms:modified xsi:type="dcterms:W3CDTF">2026-10-07T19:38:00Z</dcterms:modified>
  <cp:category/>
</cp:coreProperties>
</file>