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44277" w14:textId="004155C0" w:rsidR="00A57069" w:rsidRPr="00603BFC" w:rsidRDefault="00F05C10" w:rsidP="00584304">
      <w:pPr>
        <w:spacing w:after="0"/>
        <w:jc w:val="center"/>
        <w:rPr>
          <w:rFonts w:ascii="Aptos" w:hAnsi="Aptos"/>
          <w:b/>
          <w:sz w:val="28"/>
          <w:szCs w:val="28"/>
        </w:rPr>
      </w:pPr>
      <w:r w:rsidRPr="00603BFC">
        <w:rPr>
          <w:rFonts w:ascii="Aptos" w:hAnsi="Aptos"/>
          <w:b/>
          <w:sz w:val="28"/>
          <w:szCs w:val="28"/>
        </w:rPr>
        <w:t>A</w:t>
      </w:r>
      <w:r w:rsidR="002C32A2" w:rsidRPr="00603BFC">
        <w:rPr>
          <w:rFonts w:ascii="Aptos" w:hAnsi="Aptos"/>
          <w:b/>
          <w:sz w:val="28"/>
          <w:szCs w:val="28"/>
        </w:rPr>
        <w:t>utumn</w:t>
      </w:r>
      <w:r w:rsidRPr="00603BFC">
        <w:rPr>
          <w:rFonts w:ascii="Aptos" w:hAnsi="Aptos"/>
          <w:b/>
          <w:sz w:val="28"/>
          <w:szCs w:val="28"/>
        </w:rPr>
        <w:t xml:space="preserve"> B</w:t>
      </w:r>
      <w:r w:rsidR="002C32A2" w:rsidRPr="00603BFC">
        <w:rPr>
          <w:rFonts w:ascii="Aptos" w:hAnsi="Aptos"/>
          <w:b/>
          <w:sz w:val="28"/>
          <w:szCs w:val="28"/>
        </w:rPr>
        <w:t>aking</w:t>
      </w:r>
      <w:r w:rsidRPr="00603BFC">
        <w:rPr>
          <w:rFonts w:ascii="Aptos" w:hAnsi="Aptos"/>
          <w:b/>
          <w:sz w:val="28"/>
          <w:szCs w:val="28"/>
        </w:rPr>
        <w:t xml:space="preserve"> C</w:t>
      </w:r>
      <w:r w:rsidR="002C32A2" w:rsidRPr="00603BFC">
        <w:rPr>
          <w:rFonts w:ascii="Aptos" w:hAnsi="Aptos"/>
          <w:b/>
          <w:sz w:val="28"/>
          <w:szCs w:val="28"/>
        </w:rPr>
        <w:t>ontest</w:t>
      </w:r>
      <w:r w:rsidR="00E11B5F" w:rsidRPr="00603BFC">
        <w:rPr>
          <w:rFonts w:ascii="Aptos" w:hAnsi="Aptos"/>
          <w:b/>
          <w:sz w:val="28"/>
          <w:szCs w:val="28"/>
        </w:rPr>
        <w:t xml:space="preserve"> &amp; Bake Sale</w:t>
      </w:r>
    </w:p>
    <w:p w14:paraId="21D1E802" w14:textId="7AB3E6C2" w:rsidR="00584304" w:rsidRPr="00603BFC" w:rsidRDefault="00584304" w:rsidP="00584304">
      <w:pPr>
        <w:spacing w:after="0"/>
        <w:jc w:val="center"/>
        <w:rPr>
          <w:rFonts w:ascii="Aptos" w:hAnsi="Aptos"/>
          <w:sz w:val="16"/>
          <w:szCs w:val="16"/>
        </w:rPr>
      </w:pPr>
      <w:r w:rsidRPr="00603BFC">
        <w:rPr>
          <w:rFonts w:ascii="Aptos" w:hAnsi="Aptos"/>
          <w:b/>
          <w:sz w:val="28"/>
          <w:szCs w:val="28"/>
        </w:rPr>
        <w:t>-</w:t>
      </w:r>
      <w:r w:rsidR="002C32A2" w:rsidRPr="00603BFC">
        <w:rPr>
          <w:rFonts w:ascii="Aptos" w:hAnsi="Aptos"/>
          <w:b/>
          <w:sz w:val="28"/>
          <w:szCs w:val="28"/>
        </w:rPr>
        <w:t>Plymouth Historical Society</w:t>
      </w:r>
      <w:r w:rsidRPr="00603BFC">
        <w:rPr>
          <w:rFonts w:ascii="Aptos" w:hAnsi="Aptos"/>
          <w:b/>
          <w:sz w:val="28"/>
          <w:szCs w:val="28"/>
        </w:rPr>
        <w:t>-</w:t>
      </w:r>
      <w:r w:rsidR="00F05C10" w:rsidRPr="005122E6">
        <w:rPr>
          <w:rFonts w:ascii="Aptos" w:hAnsi="Aptos"/>
          <w:b/>
        </w:rPr>
        <w:br/>
      </w:r>
    </w:p>
    <w:p w14:paraId="72E8B40A" w14:textId="79216DE6" w:rsidR="00B123E1" w:rsidRPr="00E11B5F" w:rsidRDefault="00F05C10" w:rsidP="00584304">
      <w:pPr>
        <w:spacing w:after="0"/>
        <w:jc w:val="center"/>
        <w:rPr>
          <w:rFonts w:ascii="Aptos" w:hAnsi="Aptos"/>
          <w:b/>
          <w:sz w:val="32"/>
        </w:rPr>
      </w:pPr>
      <w:r w:rsidRPr="005122E6">
        <w:rPr>
          <w:rFonts w:ascii="Aptos" w:hAnsi="Aptos"/>
        </w:rPr>
        <w:t xml:space="preserve">Contest Date: October 17, </w:t>
      </w:r>
      <w:proofErr w:type="gramStart"/>
      <w:r w:rsidRPr="005122E6">
        <w:rPr>
          <w:rFonts w:ascii="Aptos" w:hAnsi="Aptos"/>
        </w:rPr>
        <w:t>2026</w:t>
      </w:r>
      <w:proofErr w:type="gramEnd"/>
      <w:r w:rsidRPr="005122E6">
        <w:rPr>
          <w:rFonts w:ascii="Aptos" w:hAnsi="Aptos"/>
        </w:rPr>
        <w:t xml:space="preserve">   |   Entry Deadline: October </w:t>
      </w:r>
      <w:r w:rsidR="00603BFC">
        <w:rPr>
          <w:rFonts w:ascii="Aptos" w:hAnsi="Aptos"/>
        </w:rPr>
        <w:t>10</w:t>
      </w:r>
      <w:r w:rsidRPr="005122E6">
        <w:rPr>
          <w:rFonts w:ascii="Aptos" w:hAnsi="Aptos"/>
        </w:rPr>
        <w:t>, 2026</w:t>
      </w:r>
    </w:p>
    <w:p w14:paraId="0030762B" w14:textId="77777777" w:rsidR="00584304" w:rsidRDefault="00F05C10" w:rsidP="00584304">
      <w:pPr>
        <w:spacing w:after="0"/>
        <w:ind w:left="720"/>
        <w:rPr>
          <w:rFonts w:ascii="Aptos" w:hAnsi="Aptos"/>
        </w:rPr>
      </w:pPr>
      <w:r w:rsidRPr="005122E6">
        <w:rPr>
          <w:rFonts w:ascii="Aptos" w:hAnsi="Aptos"/>
          <w:b/>
        </w:rPr>
        <w:t xml:space="preserve">Location: </w:t>
      </w:r>
      <w:r w:rsidRPr="005122E6">
        <w:rPr>
          <w:rFonts w:ascii="Aptos" w:hAnsi="Aptos"/>
        </w:rPr>
        <w:t>Plymouth Arts Center, 520 E. Mill Street, Plymouth, WI</w:t>
      </w:r>
      <w:r w:rsidRPr="005122E6">
        <w:rPr>
          <w:rFonts w:ascii="Aptos" w:hAnsi="Aptos"/>
        </w:rPr>
        <w:br/>
      </w:r>
      <w:r w:rsidRPr="005122E6">
        <w:rPr>
          <w:rFonts w:ascii="Aptos" w:hAnsi="Aptos"/>
          <w:b/>
        </w:rPr>
        <w:t xml:space="preserve">Drop-Off: </w:t>
      </w:r>
      <w:r w:rsidRPr="005122E6">
        <w:rPr>
          <w:rFonts w:ascii="Aptos" w:hAnsi="Aptos"/>
        </w:rPr>
        <w:t xml:space="preserve">8:00 a.m. to 9:00 a.m.   </w:t>
      </w:r>
    </w:p>
    <w:p w14:paraId="267C0A7F" w14:textId="210388A9" w:rsidR="005122E6" w:rsidRPr="005122E6" w:rsidRDefault="00E11B5F" w:rsidP="00584304">
      <w:pPr>
        <w:spacing w:after="0"/>
        <w:ind w:left="720"/>
        <w:rPr>
          <w:rFonts w:ascii="Aptos" w:hAnsi="Aptos"/>
        </w:rPr>
      </w:pPr>
      <w:r w:rsidRPr="00E11B5F">
        <w:rPr>
          <w:rFonts w:ascii="Aptos" w:hAnsi="Aptos"/>
          <w:b/>
          <w:bCs/>
        </w:rPr>
        <w:t>Program &amp;</w:t>
      </w:r>
      <w:r>
        <w:rPr>
          <w:rFonts w:ascii="Aptos" w:hAnsi="Aptos"/>
        </w:rPr>
        <w:t xml:space="preserve"> </w:t>
      </w:r>
      <w:r w:rsidR="00F05C10" w:rsidRPr="005122E6">
        <w:rPr>
          <w:rFonts w:ascii="Aptos" w:hAnsi="Aptos"/>
          <w:b/>
        </w:rPr>
        <w:t xml:space="preserve">Awards: </w:t>
      </w:r>
      <w:r w:rsidR="00F05C10" w:rsidRPr="005122E6">
        <w:rPr>
          <w:rFonts w:ascii="Aptos" w:hAnsi="Aptos"/>
        </w:rPr>
        <w:t>10:00 a.m.</w:t>
      </w:r>
      <w:r w:rsidR="00F05C10" w:rsidRPr="005122E6">
        <w:rPr>
          <w:rFonts w:ascii="Aptos" w:hAnsi="Aptos"/>
        </w:rPr>
        <w:br/>
      </w:r>
      <w:r w:rsidR="00F05C10" w:rsidRPr="005122E6">
        <w:rPr>
          <w:rFonts w:ascii="Aptos" w:hAnsi="Aptos"/>
          <w:b/>
        </w:rPr>
        <w:t xml:space="preserve">Judge: </w:t>
      </w:r>
      <w:r w:rsidR="00F05C10" w:rsidRPr="005122E6">
        <w:rPr>
          <w:rFonts w:ascii="Aptos" w:hAnsi="Aptos"/>
        </w:rPr>
        <w:t>Gail Litt, Former Plymouth High School Home Economics Teacher</w:t>
      </w:r>
      <w:r w:rsidR="005122E6" w:rsidRPr="005122E6">
        <w:rPr>
          <w:rFonts w:ascii="Aptos" w:hAnsi="Aptos"/>
        </w:rPr>
        <w:t xml:space="preserve">                   </w:t>
      </w:r>
      <w:r w:rsidR="002C32A2">
        <w:rPr>
          <w:rFonts w:ascii="Aptos" w:hAnsi="Aptos"/>
        </w:rPr>
        <w:t xml:space="preserve">           </w:t>
      </w:r>
      <w:r w:rsidR="005122E6" w:rsidRPr="005122E6">
        <w:rPr>
          <w:rFonts w:ascii="Aptos" w:hAnsi="Aptos"/>
          <w:b/>
          <w:bCs/>
        </w:rPr>
        <w:t>Program:</w:t>
      </w:r>
      <w:r w:rsidR="005122E6" w:rsidRPr="005122E6">
        <w:rPr>
          <w:rFonts w:ascii="Aptos" w:hAnsi="Aptos"/>
        </w:rPr>
        <w:t xml:space="preserve"> </w:t>
      </w:r>
      <w:r w:rsidR="00603BFC">
        <w:rPr>
          <w:rFonts w:ascii="Aptos" w:hAnsi="Aptos"/>
        </w:rPr>
        <w:t xml:space="preserve">The Recipes We Leave Behind – How Food Helps Keep Our Stories Alive </w:t>
      </w:r>
      <w:r w:rsidR="005122E6" w:rsidRPr="005122E6">
        <w:rPr>
          <w:rFonts w:ascii="Aptos" w:hAnsi="Aptos"/>
        </w:rPr>
        <w:t>Stephanie Bruce</w:t>
      </w:r>
      <w:r>
        <w:rPr>
          <w:rFonts w:ascii="Aptos" w:hAnsi="Aptos"/>
        </w:rPr>
        <w:t xml:space="preserve"> – Gatheredinthekitchen.com</w:t>
      </w:r>
    </w:p>
    <w:p w14:paraId="6890D2BA" w14:textId="4BBC9B17" w:rsidR="00B123E1" w:rsidRPr="005122E6" w:rsidRDefault="002F721F">
      <w:pPr>
        <w:rPr>
          <w:rFonts w:ascii="Aptos" w:hAnsi="Aptos"/>
        </w:rPr>
      </w:pPr>
      <w:r>
        <w:rPr>
          <w:rFonts w:ascii="Aptos" w:hAnsi="Aptos"/>
        </w:rPr>
        <w:t xml:space="preserve">   </w:t>
      </w:r>
      <w:r w:rsidR="00F05C10" w:rsidRPr="005122E6">
        <w:rPr>
          <w:rFonts w:ascii="Aptos" w:hAnsi="Aptos"/>
        </w:rPr>
        <w:t>In memory of longtime board member Missy Liberski, we invite you to honor her love of baking by participating in this special community event. There is no cost to enter and the contest is open to the public.</w:t>
      </w:r>
    </w:p>
    <w:p w14:paraId="16F11F36" w14:textId="0563495A" w:rsidR="00B123E1" w:rsidRPr="005122E6" w:rsidRDefault="002E4DC9" w:rsidP="002E4DC9">
      <w:pPr>
        <w:rPr>
          <w:rFonts w:ascii="Aptos" w:hAnsi="Aptos"/>
          <w:b/>
          <w:bCs/>
        </w:rPr>
      </w:pPr>
      <w:r>
        <w:rPr>
          <w:rFonts w:ascii="Aptos" w:hAnsi="Aptos"/>
          <w:b/>
        </w:rPr>
        <w:t>*</w:t>
      </w:r>
      <w:r w:rsidR="00A57069" w:rsidRPr="005122E6">
        <w:rPr>
          <w:rFonts w:ascii="Aptos" w:hAnsi="Aptos"/>
          <w:b/>
        </w:rPr>
        <w:t>Baker</w:t>
      </w:r>
      <w:r w:rsidR="00F05C10" w:rsidRPr="005122E6">
        <w:rPr>
          <w:rFonts w:ascii="Aptos" w:hAnsi="Aptos"/>
          <w:b/>
        </w:rPr>
        <w:t xml:space="preserve"> Information</w:t>
      </w:r>
    </w:p>
    <w:p w14:paraId="3B4714D6" w14:textId="05CE03A1" w:rsidR="00B123E1" w:rsidRPr="005122E6" w:rsidRDefault="00F05C10" w:rsidP="002F721F">
      <w:pPr>
        <w:ind w:firstLine="720"/>
        <w:rPr>
          <w:rFonts w:ascii="Aptos" w:hAnsi="Aptos"/>
        </w:rPr>
      </w:pPr>
      <w:r w:rsidRPr="005122E6">
        <w:rPr>
          <w:rFonts w:ascii="Aptos" w:hAnsi="Aptos"/>
        </w:rPr>
        <w:t>Name: ______________________________________________</w:t>
      </w:r>
      <w:r w:rsidR="002F721F">
        <w:rPr>
          <w:rFonts w:ascii="Aptos" w:hAnsi="Aptos"/>
        </w:rPr>
        <w:t>____________</w:t>
      </w:r>
      <w:r w:rsidRPr="005122E6">
        <w:rPr>
          <w:rFonts w:ascii="Aptos" w:hAnsi="Aptos"/>
        </w:rPr>
        <w:t>_</w:t>
      </w:r>
    </w:p>
    <w:p w14:paraId="30F734C1" w14:textId="187619F1" w:rsidR="00B123E1" w:rsidRPr="005122E6" w:rsidRDefault="00F05C10" w:rsidP="002E4DC9">
      <w:pPr>
        <w:ind w:firstLine="720"/>
        <w:rPr>
          <w:rFonts w:ascii="Aptos" w:hAnsi="Aptos"/>
        </w:rPr>
      </w:pPr>
      <w:r w:rsidRPr="005122E6">
        <w:rPr>
          <w:rFonts w:ascii="Aptos" w:hAnsi="Aptos"/>
        </w:rPr>
        <w:t>Phone: _______________________________________________</w:t>
      </w:r>
      <w:r w:rsidR="002F721F">
        <w:rPr>
          <w:rFonts w:ascii="Aptos" w:hAnsi="Aptos"/>
        </w:rPr>
        <w:t>____________</w:t>
      </w:r>
    </w:p>
    <w:p w14:paraId="16AF8FE1" w14:textId="0D9B436B" w:rsidR="00B123E1" w:rsidRPr="005122E6" w:rsidRDefault="00F05C10" w:rsidP="002E4DC9">
      <w:pPr>
        <w:ind w:firstLine="720"/>
        <w:rPr>
          <w:rFonts w:ascii="Aptos" w:hAnsi="Aptos"/>
        </w:rPr>
      </w:pPr>
      <w:r w:rsidRPr="005122E6">
        <w:rPr>
          <w:rFonts w:ascii="Aptos" w:hAnsi="Aptos"/>
        </w:rPr>
        <w:t>Email: ______________________________________________</w:t>
      </w:r>
      <w:r w:rsidR="002F721F">
        <w:rPr>
          <w:rFonts w:ascii="Aptos" w:hAnsi="Aptos"/>
        </w:rPr>
        <w:t>____________</w:t>
      </w:r>
      <w:r w:rsidRPr="005122E6">
        <w:rPr>
          <w:rFonts w:ascii="Aptos" w:hAnsi="Aptos"/>
        </w:rPr>
        <w:t>__</w:t>
      </w:r>
      <w:r w:rsidR="002E4DC9">
        <w:rPr>
          <w:rFonts w:ascii="Aptos" w:hAnsi="Aptos"/>
        </w:rPr>
        <w:t xml:space="preserve"> </w:t>
      </w:r>
    </w:p>
    <w:p w14:paraId="629E83C7" w14:textId="1D9691E8" w:rsidR="002E4DC9" w:rsidRDefault="002E4DC9" w:rsidP="002E4DC9">
      <w:pPr>
        <w:jc w:val="center"/>
        <w:rPr>
          <w:rFonts w:ascii="Aptos" w:hAnsi="Aptos"/>
          <w:b/>
        </w:rPr>
      </w:pPr>
      <w:r>
        <w:rPr>
          <w:rFonts w:ascii="Aptos" w:hAnsi="Aptos"/>
          <w:b/>
        </w:rPr>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r>
    </w:p>
    <w:p w14:paraId="682F7451" w14:textId="26896EFC" w:rsidR="00B123E1" w:rsidRPr="002F721F" w:rsidRDefault="00E11B5F" w:rsidP="00E11B5F">
      <w:pPr>
        <w:rPr>
          <w:rFonts w:ascii="Aptos" w:hAnsi="Aptos"/>
          <w:b/>
          <w:bCs/>
        </w:rPr>
      </w:pPr>
      <w:r>
        <w:rPr>
          <w:rFonts w:ascii="Aptos" w:hAnsi="Aptos"/>
          <w:b/>
        </w:rPr>
        <w:t>*</w:t>
      </w:r>
      <w:r w:rsidR="00F05C10" w:rsidRPr="00E11B5F">
        <w:rPr>
          <w:rFonts w:ascii="Aptos" w:hAnsi="Aptos"/>
          <w:b/>
        </w:rPr>
        <w:t>Contest Entry</w:t>
      </w:r>
      <w:r w:rsidR="002F721F">
        <w:rPr>
          <w:rFonts w:ascii="Aptos" w:hAnsi="Aptos"/>
          <w:b/>
        </w:rPr>
        <w:t xml:space="preserve"> - </w:t>
      </w:r>
      <w:r w:rsidR="002F721F" w:rsidRPr="005122E6">
        <w:rPr>
          <w:rFonts w:ascii="Aptos" w:hAnsi="Aptos"/>
        </w:rPr>
        <w:t xml:space="preserve">Submit this form no later than Oct. </w:t>
      </w:r>
      <w:r w:rsidR="00603BFC">
        <w:rPr>
          <w:rFonts w:ascii="Aptos" w:hAnsi="Aptos"/>
        </w:rPr>
        <w:t>10</w:t>
      </w:r>
      <w:r w:rsidR="002F721F" w:rsidRPr="005122E6">
        <w:rPr>
          <w:rFonts w:ascii="Aptos" w:hAnsi="Aptos"/>
          <w:vertAlign w:val="superscript"/>
        </w:rPr>
        <w:t>th</w:t>
      </w:r>
      <w:r w:rsidR="002F721F" w:rsidRPr="005122E6">
        <w:rPr>
          <w:rFonts w:ascii="Aptos" w:hAnsi="Aptos"/>
          <w:b/>
          <w:bCs/>
        </w:rPr>
        <w:t xml:space="preserve"> </w:t>
      </w:r>
    </w:p>
    <w:p w14:paraId="7F8E2F7F" w14:textId="2A3B0085" w:rsidR="00B123E1" w:rsidRPr="005122E6" w:rsidRDefault="00F05C10" w:rsidP="002E4DC9">
      <w:pPr>
        <w:ind w:firstLine="720"/>
        <w:rPr>
          <w:rFonts w:ascii="Aptos" w:hAnsi="Aptos"/>
        </w:rPr>
      </w:pPr>
      <w:r w:rsidRPr="005122E6">
        <w:rPr>
          <w:rFonts w:ascii="Aptos" w:hAnsi="Aptos"/>
        </w:rPr>
        <w:t>Category:  ☐ Layer Cakes     ☐ Cookies     ☐ Pumpkin Treats</w:t>
      </w:r>
    </w:p>
    <w:p w14:paraId="0CC126CE" w14:textId="521A1FCF" w:rsidR="00B123E1" w:rsidRDefault="00F05C10" w:rsidP="002E4DC9">
      <w:pPr>
        <w:ind w:firstLine="720"/>
        <w:rPr>
          <w:rFonts w:ascii="Aptos" w:hAnsi="Aptos"/>
        </w:rPr>
      </w:pPr>
      <w:r w:rsidRPr="005122E6">
        <w:rPr>
          <w:rFonts w:ascii="Aptos" w:hAnsi="Aptos"/>
        </w:rPr>
        <w:t>Recipe / Entry Name: _________________________________________</w:t>
      </w:r>
      <w:r w:rsidR="002F721F">
        <w:rPr>
          <w:rFonts w:ascii="Aptos" w:hAnsi="Aptos"/>
        </w:rPr>
        <w:t>___</w:t>
      </w:r>
      <w:r w:rsidRPr="005122E6">
        <w:rPr>
          <w:rFonts w:ascii="Aptos" w:hAnsi="Aptos"/>
        </w:rPr>
        <w:t>___</w:t>
      </w:r>
    </w:p>
    <w:p w14:paraId="7840C4B0" w14:textId="34682EE0" w:rsidR="00A57069" w:rsidRPr="002E4DC9" w:rsidRDefault="002E4DC9" w:rsidP="002E4DC9">
      <w:pPr>
        <w:jc w:val="center"/>
        <w:rPr>
          <w:rFonts w:ascii="Aptos" w:hAnsi="Aptos"/>
          <w:b/>
        </w:rPr>
      </w:pPr>
      <w:r>
        <w:rPr>
          <w:rFonts w:ascii="Aptos" w:hAnsi="Aptos"/>
          <w:b/>
        </w:rPr>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r>
    </w:p>
    <w:p w14:paraId="68FA767D" w14:textId="1C2F71A1" w:rsidR="00B123E1" w:rsidRPr="005122E6" w:rsidRDefault="00E11B5F" w:rsidP="00E11B5F">
      <w:pPr>
        <w:rPr>
          <w:rFonts w:ascii="Aptos" w:hAnsi="Aptos"/>
          <w:b/>
          <w:bCs/>
        </w:rPr>
      </w:pPr>
      <w:r>
        <w:rPr>
          <w:rFonts w:ascii="Aptos" w:hAnsi="Aptos"/>
          <w:b/>
        </w:rPr>
        <w:t>*Bake Sale</w:t>
      </w:r>
      <w:r w:rsidR="00A57069" w:rsidRPr="005122E6">
        <w:rPr>
          <w:rFonts w:ascii="Aptos" w:hAnsi="Aptos"/>
          <w:b/>
        </w:rPr>
        <w:t xml:space="preserve"> - </w:t>
      </w:r>
      <w:r w:rsidR="00A57069" w:rsidRPr="005122E6">
        <w:rPr>
          <w:rFonts w:ascii="Aptos" w:hAnsi="Aptos"/>
        </w:rPr>
        <w:t xml:space="preserve">Submit this form no later than Oct. </w:t>
      </w:r>
      <w:r w:rsidR="00603BFC">
        <w:rPr>
          <w:rFonts w:ascii="Aptos" w:hAnsi="Aptos"/>
        </w:rPr>
        <w:t>10</w:t>
      </w:r>
      <w:r w:rsidR="00A57069" w:rsidRPr="005122E6">
        <w:rPr>
          <w:rFonts w:ascii="Aptos" w:hAnsi="Aptos"/>
          <w:vertAlign w:val="superscript"/>
        </w:rPr>
        <w:t>th</w:t>
      </w:r>
      <w:r w:rsidR="00A57069" w:rsidRPr="005122E6">
        <w:rPr>
          <w:rFonts w:ascii="Aptos" w:hAnsi="Aptos"/>
          <w:b/>
          <w:bCs/>
        </w:rPr>
        <w:t xml:space="preserve"> </w:t>
      </w:r>
    </w:p>
    <w:p w14:paraId="5F25244F" w14:textId="35E8AF11" w:rsidR="00A57069" w:rsidRPr="005122E6" w:rsidRDefault="00F05C10" w:rsidP="002E4DC9">
      <w:pPr>
        <w:ind w:left="720"/>
        <w:rPr>
          <w:rFonts w:ascii="Aptos" w:hAnsi="Aptos"/>
        </w:rPr>
      </w:pPr>
      <w:r w:rsidRPr="005122E6">
        <w:rPr>
          <w:rFonts w:ascii="Aptos" w:hAnsi="Aptos"/>
        </w:rPr>
        <w:t xml:space="preserve">Will you donate </w:t>
      </w:r>
      <w:r w:rsidR="00A57069" w:rsidRPr="005122E6">
        <w:rPr>
          <w:rFonts w:ascii="Aptos" w:hAnsi="Aptos"/>
        </w:rPr>
        <w:t xml:space="preserve">“Fall </w:t>
      </w:r>
      <w:r w:rsidR="005122E6">
        <w:rPr>
          <w:rFonts w:ascii="Aptos" w:hAnsi="Aptos"/>
        </w:rPr>
        <w:t>T</w:t>
      </w:r>
      <w:r w:rsidR="00A57069" w:rsidRPr="005122E6">
        <w:rPr>
          <w:rFonts w:ascii="Aptos" w:hAnsi="Aptos"/>
        </w:rPr>
        <w:t xml:space="preserve">hemed” </w:t>
      </w:r>
      <w:r w:rsidRPr="005122E6">
        <w:rPr>
          <w:rFonts w:ascii="Aptos" w:hAnsi="Aptos"/>
        </w:rPr>
        <w:t>baked goods for sale at the event?</w:t>
      </w:r>
      <w:r w:rsidR="00A57069" w:rsidRPr="005122E6">
        <w:rPr>
          <w:rFonts w:ascii="Aptos" w:hAnsi="Aptos"/>
        </w:rPr>
        <w:t xml:space="preserve"> </w:t>
      </w:r>
      <w:r w:rsidR="005122E6">
        <w:rPr>
          <w:rFonts w:ascii="Aptos" w:hAnsi="Aptos"/>
        </w:rPr>
        <w:t xml:space="preserve">                                 </w:t>
      </w:r>
      <w:r w:rsidR="002C32A2">
        <w:rPr>
          <w:rFonts w:ascii="Aptos" w:hAnsi="Aptos"/>
        </w:rPr>
        <w:t xml:space="preserve">           </w:t>
      </w:r>
      <w:r w:rsidR="005122E6">
        <w:rPr>
          <w:rFonts w:ascii="Aptos" w:hAnsi="Aptos"/>
        </w:rPr>
        <w:t>Examples:</w:t>
      </w:r>
      <w:r w:rsidR="00A57069" w:rsidRPr="005122E6">
        <w:rPr>
          <w:rFonts w:ascii="Aptos" w:hAnsi="Aptos"/>
        </w:rPr>
        <w:t xml:space="preserve"> Apple, pumpkin, cranberry, pecan, spice, etc.</w:t>
      </w:r>
    </w:p>
    <w:p w14:paraId="6BA08874" w14:textId="20D3DCF4" w:rsidR="00B123E1" w:rsidRPr="005122E6" w:rsidRDefault="00F05C10" w:rsidP="002E4DC9">
      <w:pPr>
        <w:ind w:firstLine="720"/>
        <w:rPr>
          <w:rFonts w:ascii="Aptos" w:hAnsi="Aptos"/>
        </w:rPr>
      </w:pPr>
      <w:r w:rsidRPr="005122E6">
        <w:rPr>
          <w:rFonts w:ascii="Aptos" w:hAnsi="Aptos"/>
        </w:rPr>
        <w:t xml:space="preserve">☐ </w:t>
      </w:r>
      <w:r w:rsidR="00A57069" w:rsidRPr="005122E6">
        <w:rPr>
          <w:rFonts w:ascii="Aptos" w:hAnsi="Aptos"/>
        </w:rPr>
        <w:t>Cake</w:t>
      </w:r>
      <w:r w:rsidRPr="005122E6">
        <w:rPr>
          <w:rFonts w:ascii="Aptos" w:hAnsi="Aptos"/>
        </w:rPr>
        <w:t xml:space="preserve">   ☐ </w:t>
      </w:r>
      <w:r w:rsidR="00A57069" w:rsidRPr="005122E6">
        <w:rPr>
          <w:rFonts w:ascii="Aptos" w:hAnsi="Aptos"/>
        </w:rPr>
        <w:t>Cookies ☐ Bars   ☐ Pie</w:t>
      </w:r>
    </w:p>
    <w:p w14:paraId="089FAB54" w14:textId="7835F1E4" w:rsidR="00B123E1" w:rsidRPr="005122E6" w:rsidRDefault="00F05C10" w:rsidP="002E4DC9">
      <w:pPr>
        <w:ind w:firstLine="720"/>
        <w:rPr>
          <w:rFonts w:ascii="Aptos" w:hAnsi="Aptos"/>
        </w:rPr>
      </w:pPr>
      <w:r w:rsidRPr="005122E6">
        <w:rPr>
          <w:rFonts w:ascii="Aptos" w:hAnsi="Aptos"/>
        </w:rPr>
        <w:t>Item</w:t>
      </w:r>
      <w:r w:rsidR="00A57069" w:rsidRPr="005122E6">
        <w:rPr>
          <w:rFonts w:ascii="Aptos" w:hAnsi="Aptos"/>
        </w:rPr>
        <w:t xml:space="preserve"> &amp; flavor</w:t>
      </w:r>
      <w:r w:rsidRPr="005122E6">
        <w:rPr>
          <w:rFonts w:ascii="Aptos" w:hAnsi="Aptos"/>
        </w:rPr>
        <w:t>: ______________________________________________________</w:t>
      </w:r>
    </w:p>
    <w:p w14:paraId="4090BD8A" w14:textId="1BDB06B1" w:rsidR="00584304" w:rsidRPr="00584304" w:rsidRDefault="00584304" w:rsidP="00603BFC">
      <w:pPr>
        <w:spacing w:after="0"/>
        <w:jc w:val="center"/>
        <w:rPr>
          <w:rFonts w:ascii="Aptos" w:hAnsi="Aptos"/>
          <w:b/>
        </w:rPr>
      </w:pPr>
      <w:r>
        <w:rPr>
          <w:rFonts w:ascii="Aptos" w:hAnsi="Aptos"/>
          <w:b/>
        </w:rPr>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t>*</w:t>
      </w:r>
      <w:r>
        <w:rPr>
          <w:rFonts w:ascii="Aptos" w:hAnsi="Aptos"/>
          <w:b/>
        </w:rPr>
        <w:tab/>
      </w:r>
    </w:p>
    <w:p w14:paraId="707C5941" w14:textId="54CB1C92" w:rsidR="00B123E1" w:rsidRDefault="00F05C10" w:rsidP="00603BFC">
      <w:pPr>
        <w:spacing w:after="0"/>
        <w:jc w:val="center"/>
        <w:rPr>
          <w:rFonts w:ascii="Aptos" w:hAnsi="Aptos"/>
          <w:i/>
        </w:rPr>
      </w:pPr>
      <w:r w:rsidRPr="005122E6">
        <w:rPr>
          <w:rFonts w:ascii="Aptos" w:hAnsi="Aptos"/>
          <w:i/>
        </w:rPr>
        <w:t xml:space="preserve">Pull out your recipe cards, rev up your oven, and join us for a morning of </w:t>
      </w:r>
      <w:proofErr w:type="gramStart"/>
      <w:r w:rsidRPr="005122E6">
        <w:rPr>
          <w:rFonts w:ascii="Aptos" w:hAnsi="Aptos"/>
          <w:i/>
        </w:rPr>
        <w:t xml:space="preserve">baking, </w:t>
      </w:r>
      <w:r w:rsidR="00584304">
        <w:rPr>
          <w:rFonts w:ascii="Aptos" w:hAnsi="Aptos"/>
          <w:i/>
        </w:rPr>
        <w:t xml:space="preserve">  </w:t>
      </w:r>
      <w:proofErr w:type="gramEnd"/>
      <w:r w:rsidR="00584304">
        <w:rPr>
          <w:rFonts w:ascii="Aptos" w:hAnsi="Aptos"/>
          <w:i/>
        </w:rPr>
        <w:t xml:space="preserve">            </w:t>
      </w:r>
      <w:r w:rsidRPr="005122E6">
        <w:rPr>
          <w:rFonts w:ascii="Aptos" w:hAnsi="Aptos"/>
          <w:i/>
        </w:rPr>
        <w:t>fellowship,</w:t>
      </w:r>
      <w:r w:rsidR="00584304">
        <w:rPr>
          <w:rFonts w:ascii="Aptos" w:hAnsi="Aptos"/>
          <w:i/>
        </w:rPr>
        <w:t xml:space="preserve"> </w:t>
      </w:r>
      <w:r w:rsidRPr="005122E6">
        <w:rPr>
          <w:rFonts w:ascii="Aptos" w:hAnsi="Aptos"/>
          <w:i/>
        </w:rPr>
        <w:t>and friendly competition!</w:t>
      </w:r>
    </w:p>
    <w:p w14:paraId="55FD3CC3" w14:textId="77777777" w:rsidR="002448E4" w:rsidRPr="002448E4" w:rsidRDefault="002448E4" w:rsidP="00603BFC">
      <w:pPr>
        <w:spacing w:after="0"/>
        <w:jc w:val="center"/>
        <w:rPr>
          <w:rFonts w:ascii="Aptos" w:hAnsi="Aptos"/>
          <w:i/>
          <w:sz w:val="16"/>
          <w:szCs w:val="16"/>
        </w:rPr>
      </w:pPr>
    </w:p>
    <w:p w14:paraId="5740ECF2" w14:textId="1AC4C47B" w:rsidR="001734EC" w:rsidRPr="00BE17E1" w:rsidRDefault="005D53CE" w:rsidP="001734EC">
      <w:pPr>
        <w:spacing w:after="0"/>
        <w:jc w:val="center"/>
        <w:rPr>
          <w:rFonts w:ascii="Aptos" w:hAnsi="Aptos"/>
          <w:b/>
          <w:bCs/>
          <w:iCs/>
        </w:rPr>
      </w:pPr>
      <w:r w:rsidRPr="00BE17E1">
        <w:rPr>
          <w:rFonts w:ascii="Aptos" w:hAnsi="Aptos"/>
          <w:b/>
          <w:bCs/>
          <w:iCs/>
        </w:rPr>
        <w:t>PDF</w:t>
      </w:r>
      <w:r w:rsidR="00BE17E1" w:rsidRPr="00BE17E1">
        <w:rPr>
          <w:rFonts w:ascii="Aptos" w:hAnsi="Aptos"/>
          <w:b/>
          <w:bCs/>
          <w:iCs/>
        </w:rPr>
        <w:t xml:space="preserve"> entry</w:t>
      </w:r>
      <w:r w:rsidRPr="00BE17E1">
        <w:rPr>
          <w:rFonts w:ascii="Aptos" w:hAnsi="Aptos"/>
          <w:b/>
          <w:bCs/>
          <w:iCs/>
        </w:rPr>
        <w:t xml:space="preserve"> form can be found </w:t>
      </w:r>
      <w:r w:rsidR="002448E4" w:rsidRPr="00BE17E1">
        <w:rPr>
          <w:rFonts w:ascii="Aptos" w:hAnsi="Aptos"/>
          <w:b/>
          <w:bCs/>
          <w:iCs/>
        </w:rPr>
        <w:t xml:space="preserve">on our </w:t>
      </w:r>
      <w:r w:rsidR="001734EC" w:rsidRPr="00BE17E1">
        <w:rPr>
          <w:rFonts w:ascii="Aptos" w:hAnsi="Aptos"/>
          <w:b/>
          <w:bCs/>
          <w:iCs/>
        </w:rPr>
        <w:t xml:space="preserve">Web page: plymouthhistoricalsociety.com </w:t>
      </w:r>
    </w:p>
    <w:p w14:paraId="0D1B6064" w14:textId="77777777" w:rsidR="001734EC" w:rsidRPr="002448E4" w:rsidRDefault="001734EC" w:rsidP="005122E6">
      <w:pPr>
        <w:spacing w:after="0"/>
        <w:rPr>
          <w:rFonts w:ascii="Aptos" w:hAnsi="Aptos"/>
          <w:b/>
          <w:bCs/>
          <w:iCs/>
          <w:sz w:val="16"/>
          <w:szCs w:val="16"/>
        </w:rPr>
      </w:pPr>
    </w:p>
    <w:p w14:paraId="47B5C3B7" w14:textId="26B8E2A6" w:rsidR="005122E6" w:rsidRPr="00603BFC" w:rsidRDefault="005D53CE" w:rsidP="005122E6">
      <w:pPr>
        <w:spacing w:after="0"/>
        <w:rPr>
          <w:rFonts w:ascii="Aptos" w:hAnsi="Aptos"/>
          <w:b/>
          <w:bCs/>
          <w:iCs/>
        </w:rPr>
      </w:pPr>
      <w:r>
        <w:rPr>
          <w:rFonts w:ascii="Aptos" w:hAnsi="Aptos"/>
          <w:b/>
          <w:bCs/>
          <w:iCs/>
        </w:rPr>
        <w:t>How to submit your form</w:t>
      </w:r>
      <w:r w:rsidR="005122E6" w:rsidRPr="00603BFC">
        <w:rPr>
          <w:rFonts w:ascii="Aptos" w:hAnsi="Aptos"/>
          <w:b/>
          <w:bCs/>
          <w:iCs/>
        </w:rPr>
        <w:t>:</w:t>
      </w:r>
    </w:p>
    <w:p w14:paraId="7191591A" w14:textId="7E7A942E" w:rsidR="005122E6" w:rsidRPr="002C32A2" w:rsidRDefault="005122E6" w:rsidP="005122E6">
      <w:pPr>
        <w:spacing w:after="0"/>
        <w:rPr>
          <w:rFonts w:ascii="Aptos" w:hAnsi="Aptos"/>
          <w:iCs/>
        </w:rPr>
      </w:pPr>
      <w:r w:rsidRPr="002C32A2">
        <w:rPr>
          <w:rFonts w:ascii="Aptos" w:hAnsi="Aptos"/>
          <w:iCs/>
        </w:rPr>
        <w:t>Email: plymuseum1876@gmail.com</w:t>
      </w:r>
    </w:p>
    <w:p w14:paraId="154871D4" w14:textId="56CB353F" w:rsidR="005122E6" w:rsidRDefault="005122E6" w:rsidP="005122E6">
      <w:pPr>
        <w:spacing w:after="0"/>
        <w:rPr>
          <w:rFonts w:ascii="Aptos" w:hAnsi="Aptos"/>
          <w:iCs/>
        </w:rPr>
      </w:pPr>
      <w:r w:rsidRPr="002C32A2">
        <w:rPr>
          <w:rFonts w:ascii="Aptos" w:hAnsi="Aptos"/>
          <w:iCs/>
        </w:rPr>
        <w:t>Mailing address: P.O. Box 415, Plymouth WI 53073</w:t>
      </w:r>
    </w:p>
    <w:p w14:paraId="223C68EA" w14:textId="08C6C056" w:rsidR="005122E6" w:rsidRPr="002C32A2" w:rsidRDefault="005122E6" w:rsidP="005122E6">
      <w:pPr>
        <w:spacing w:after="0"/>
        <w:rPr>
          <w:rFonts w:ascii="Aptos" w:hAnsi="Aptos"/>
          <w:iCs/>
        </w:rPr>
      </w:pPr>
      <w:r w:rsidRPr="002C32A2">
        <w:rPr>
          <w:rFonts w:ascii="Aptos" w:hAnsi="Aptos"/>
          <w:iCs/>
        </w:rPr>
        <w:t xml:space="preserve">Personal drop off: </w:t>
      </w:r>
      <w:r w:rsidR="00584304">
        <w:rPr>
          <w:rFonts w:ascii="Aptos" w:hAnsi="Aptos"/>
          <w:iCs/>
        </w:rPr>
        <w:t>M</w:t>
      </w:r>
      <w:r w:rsidRPr="002C32A2">
        <w:rPr>
          <w:rFonts w:ascii="Aptos" w:hAnsi="Aptos"/>
          <w:iCs/>
        </w:rPr>
        <w:t xml:space="preserve">useum is located at 420 E. Mill St. Open </w:t>
      </w:r>
      <w:proofErr w:type="spellStart"/>
      <w:r w:rsidRPr="002C32A2">
        <w:rPr>
          <w:rFonts w:ascii="Aptos" w:hAnsi="Aptos"/>
          <w:iCs/>
        </w:rPr>
        <w:t>Thrs</w:t>
      </w:r>
      <w:proofErr w:type="spellEnd"/>
      <w:r w:rsidR="002C32A2">
        <w:rPr>
          <w:rFonts w:ascii="Aptos" w:hAnsi="Aptos"/>
          <w:iCs/>
        </w:rPr>
        <w:t>, Fri,</w:t>
      </w:r>
      <w:r w:rsidR="002C32A2" w:rsidRPr="002C32A2">
        <w:rPr>
          <w:rFonts w:ascii="Aptos" w:hAnsi="Aptos"/>
          <w:iCs/>
        </w:rPr>
        <w:t xml:space="preserve"> </w:t>
      </w:r>
      <w:r w:rsidRPr="002C32A2">
        <w:rPr>
          <w:rFonts w:ascii="Aptos" w:hAnsi="Aptos"/>
          <w:iCs/>
        </w:rPr>
        <w:t>Sat</w:t>
      </w:r>
      <w:r w:rsidR="002C32A2">
        <w:rPr>
          <w:rFonts w:ascii="Aptos" w:hAnsi="Aptos"/>
          <w:iCs/>
        </w:rPr>
        <w:t>.</w:t>
      </w:r>
      <w:r w:rsidRPr="002C32A2">
        <w:rPr>
          <w:rFonts w:ascii="Aptos" w:hAnsi="Aptos"/>
          <w:iCs/>
        </w:rPr>
        <w:t xml:space="preserve"> 11:00-3:00 p.m.</w:t>
      </w:r>
    </w:p>
    <w:sectPr w:rsidR="005122E6" w:rsidRPr="002C32A2" w:rsidSect="005122E6">
      <w:pgSz w:w="12240" w:h="15840"/>
      <w:pgMar w:top="720" w:right="1584" w:bottom="7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FCC019E"/>
    <w:multiLevelType w:val="hybridMultilevel"/>
    <w:tmpl w:val="869C7D88"/>
    <w:lvl w:ilvl="0" w:tplc="99D2BA16">
      <w:numFmt w:val="bullet"/>
      <w:lvlText w:val=""/>
      <w:lvlJc w:val="left"/>
      <w:pPr>
        <w:ind w:left="720" w:hanging="360"/>
      </w:pPr>
      <w:rPr>
        <w:rFonts w:ascii="Symbol" w:eastAsiaTheme="minorEastAsia"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360282">
    <w:abstractNumId w:val="8"/>
  </w:num>
  <w:num w:numId="2" w16cid:durableId="1167286733">
    <w:abstractNumId w:val="6"/>
  </w:num>
  <w:num w:numId="3" w16cid:durableId="551111545">
    <w:abstractNumId w:val="5"/>
  </w:num>
  <w:num w:numId="4" w16cid:durableId="1348487365">
    <w:abstractNumId w:val="4"/>
  </w:num>
  <w:num w:numId="5" w16cid:durableId="978264607">
    <w:abstractNumId w:val="7"/>
  </w:num>
  <w:num w:numId="6" w16cid:durableId="400257898">
    <w:abstractNumId w:val="3"/>
  </w:num>
  <w:num w:numId="7" w16cid:durableId="2145612652">
    <w:abstractNumId w:val="2"/>
  </w:num>
  <w:num w:numId="8" w16cid:durableId="1206257778">
    <w:abstractNumId w:val="1"/>
  </w:num>
  <w:num w:numId="9" w16cid:durableId="302390615">
    <w:abstractNumId w:val="0"/>
  </w:num>
  <w:num w:numId="10" w16cid:durableId="1053307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34EC"/>
    <w:rsid w:val="002448E4"/>
    <w:rsid w:val="0029639D"/>
    <w:rsid w:val="002C32A2"/>
    <w:rsid w:val="002E4DC9"/>
    <w:rsid w:val="002F721F"/>
    <w:rsid w:val="00326F90"/>
    <w:rsid w:val="003570A4"/>
    <w:rsid w:val="005122E6"/>
    <w:rsid w:val="00557F7F"/>
    <w:rsid w:val="00584304"/>
    <w:rsid w:val="005D53CE"/>
    <w:rsid w:val="00603BFC"/>
    <w:rsid w:val="00691BF8"/>
    <w:rsid w:val="008D20D2"/>
    <w:rsid w:val="00997057"/>
    <w:rsid w:val="00A57069"/>
    <w:rsid w:val="00AA1D8D"/>
    <w:rsid w:val="00AE6713"/>
    <w:rsid w:val="00B123E1"/>
    <w:rsid w:val="00B47730"/>
    <w:rsid w:val="00BE17E1"/>
    <w:rsid w:val="00BE20ED"/>
    <w:rsid w:val="00C335DE"/>
    <w:rsid w:val="00CB0664"/>
    <w:rsid w:val="00D16BCB"/>
    <w:rsid w:val="00E11B5F"/>
    <w:rsid w:val="00E97253"/>
    <w:rsid w:val="00F05C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F66C73"/>
  <w14:defaultImageDpi w14:val="300"/>
  <w15:docId w15:val="{05F945AA-F2BE-4897-8321-CECFD90B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1610</Characters>
  <Application>Microsoft Office Word</Application>
  <DocSecurity>0</DocSecurity>
  <Lines>38</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Kazmierski, Glen</dc:creator>
  <cp:keywords/>
  <dc:description>generated by python-docx</dc:description>
  <cp:lastModifiedBy>Dan Buckman</cp:lastModifiedBy>
  <cp:revision>6</cp:revision>
  <cp:lastPrinted>2026-09-14T13:04:00Z</cp:lastPrinted>
  <dcterms:created xsi:type="dcterms:W3CDTF">2026-09-14T13:05:00Z</dcterms:created>
  <dcterms:modified xsi:type="dcterms:W3CDTF">2026-09-14T13:21:00Z</dcterms:modified>
  <cp:category/>
</cp:coreProperties>
</file>