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jc w:val="center"/>
      </w:pPr>
      <w:r>
        <w:rPr>
          <w:b/>
          <w:i w:val="0"/>
          <w:color w:val="4B2E6B"/>
          <w:sz w:val="16"/>
        </w:rPr>
        <w:t>♥  FOR THE ANIMALS WE LOVE  ♥</w:t>
      </w:r>
    </w:p>
    <w:p>
      <w:pPr>
        <w:spacing w:after="40" w:before="0"/>
        <w:jc w:val="center"/>
      </w:pPr>
      <w:r>
        <w:rPr>
          <w:rFonts w:ascii="Georgia" w:hAnsi="Georgia"/>
          <w:b/>
          <w:color w:val="4B2E6B"/>
          <w:sz w:val="56"/>
        </w:rPr>
        <w:t>Pet Emergency Plan</w:t>
        <w:br/>
        <w:t>and Guardian Designation</w:t>
      </w:r>
    </w:p>
    <w:p>
      <w:pPr>
        <w:spacing w:after="80" w:before="0"/>
        <w:jc w:val="center"/>
      </w:pPr>
      <w:r>
        <w:rPr>
          <w:b w:val="0"/>
          <w:i/>
          <w:color w:val="5A5A5A"/>
          <w:sz w:val="22"/>
        </w:rPr>
        <w:t>A fill-in plan to keep with your medical record and share with your emergency contacts</w:t>
      </w:r>
    </w:p>
    <w:p>
      <w:pPr>
        <w:spacing w:after="160" w:before="40"/>
        <w:pBdr>
          <w:bottom w:val="single" w:sz="12" w:space="1" w:color="C9A86A"/>
        </w:pBdr>
      </w:pPr>
    </w:p>
    <w:tbl>
      <w:tblPr>
        <w:tblW w:type="auto" w:w="0"/>
        <w:jc w:val="center"/>
        <w:tblLook w:firstColumn="1" w:firstRow="1" w:lastColumn="0" w:lastRow="0" w:noHBand="0" w:noVBand="1" w:val="04A0"/>
      </w:tblPr>
      <w:tblGrid>
        <w:gridCol w:w="10224"/>
      </w:tblGrid>
      <w:tr>
        <w:tc>
          <w:tcPr>
            <w:tcW w:type="dxa" w:w="10224"/>
            <w:shd w:fill="F7F1E8"/>
            <w:tcBorders>
              <w:top w:val="single" w:sz="6" w:color="C9A86A"/>
              <w:left w:val="single" w:sz="6" w:color="C9A86A"/>
              <w:bottom w:val="single" w:sz="6" w:color="C9A86A"/>
              <w:right w:val="single" w:sz="6" w:color="C9A86A"/>
            </w:tcBorders>
          </w:tcPr>
          <w:p>
            <w:pPr>
              <w:spacing w:after="80"/>
            </w:pPr>
            <w:r>
              <w:rPr>
                <w:rFonts w:ascii="Georgia" w:hAnsi="Georgia"/>
                <w:b/>
                <w:color w:val="4B2E6B"/>
                <w:sz w:val="26"/>
              </w:rPr>
              <w:t>A note from Rhonda Kay Noble</w:t>
            </w:r>
          </w:p>
          <w:p>
            <w:r>
              <w:rPr>
                <w:i w:val="0"/>
                <w:sz w:val="21"/>
              </w:rPr>
              <w:t>Pets are very special to people. So many times, older people — and younger people too — die or become hospitalized, and their pet is left at home with no one knowing about them and no emergency plan. This plan is here so that does not happen to your pet. Fill it in, keep it with your medical record, and share it with the people you trust. It is nice to know that our pets are safe and well-cared for. It takes a lot of worry off everyone.</w:t>
            </w:r>
          </w:p>
        </w:tc>
      </w:tr>
    </w:tbl>
    <w:p>
      <w:pPr>
        <w:spacing w:after="40" w:before="0"/>
      </w:pPr>
    </w:p>
    <w:p>
      <w:pPr>
        <w:pStyle w:val="Heading2"/>
      </w:pPr>
      <w:r>
        <w:t>How to use this plan</w:t>
      </w:r>
    </w:p>
    <w:p>
      <w:pPr>
        <w:spacing w:after="80" w:before="0"/>
      </w:pPr>
      <w:r>
        <w:rPr>
          <w:b w:val="0"/>
          <w:i w:val="0"/>
          <w:sz w:val="21"/>
        </w:rPr>
        <w:t>Write clearly by hand. Update it whenever a pet, a vet, or a phone number changes. Give a copy to your designated guardian and to your emergency contact. Keep one copy with your medical record, and one copy at home where emergency responders can find it. Review and update this plan once a year. Sign the guardian designation on the last pages, and have it notarized if you wish — a notary block is provided.</w:t>
      </w:r>
    </w:p>
    <w:p>
      <w:pPr>
        <w:spacing w:after="80" w:before="0"/>
      </w:pPr>
      <w:r>
        <w:rPr>
          <w:b w:val="0"/>
          <w:i/>
          <w:color w:val="5A5A5A"/>
          <w:sz w:val="20"/>
        </w:rPr>
        <w:t>This document is made for Google Docs: open it in Google Docs, type or print and write by hand, and share a copy with the people named in this plan.</w:t>
      </w:r>
    </w:p>
    <w:p>
      <w:r>
        <w:br w:type="page"/>
      </w:r>
    </w:p>
    <w:p>
      <w:pPr>
        <w:pStyle w:val="Heading1"/>
      </w:pPr>
      <w:r>
        <w:t>Pet owner information</w:t>
      </w:r>
    </w:p>
    <w:p>
      <w:pPr>
        <w:spacing w:after="160" w:before="40"/>
        <w:pBdr>
          <w:bottom w:val="single" w:sz="12" w:space="1" w:color="C9A86A"/>
        </w:pBdr>
      </w:pP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OWNER FULL NAME</w:t>
            </w:r>
          </w:p>
          <w:p>
            <w:pPr>
              <w:pBdr>
                <w:bottom w:val="single" w:sz="4" w:space="1" w:color="B8A88F"/>
              </w:pBdr>
            </w:pPr>
            <w:r>
              <w:rPr>
                <w:sz w:val="18"/>
              </w:rPr>
              <w:t xml:space="preserve"> </w:t>
            </w:r>
          </w:p>
        </w:tc>
        <w:tc>
          <w:tcPr>
            <w:tcW w:type="dxa" w:w="5112"/>
          </w:tcPr>
          <w:p>
            <w:pPr>
              <w:spacing w:after="20"/>
            </w:pPr>
            <w:r>
              <w:rPr>
                <w:b/>
                <w:color w:val="4B2E6B"/>
                <w:sz w:val="15"/>
              </w:rPr>
              <w:t>PHONE</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HOME ADDRESS</w:t>
      </w:r>
    </w:p>
    <w:p>
      <w:pPr>
        <w:spacing w:after="40"/>
        <w:pBdr>
          <w:bottom w:val="single" w:sz="4" w:space="1" w:color="B8A88F"/>
        </w:pBdr>
      </w:pPr>
      <w:r>
        <w:rPr>
          <w:sz w:val="20"/>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EMAIL</w:t>
            </w:r>
          </w:p>
          <w:p>
            <w:pPr>
              <w:pBdr>
                <w:bottom w:val="single" w:sz="4" w:space="1" w:color="B8A88F"/>
              </w:pBdr>
            </w:pPr>
            <w:r>
              <w:rPr>
                <w:sz w:val="18"/>
              </w:rPr>
              <w:t xml:space="preserve"> </w:t>
            </w:r>
          </w:p>
        </w:tc>
        <w:tc>
          <w:tcPr>
            <w:tcW w:type="dxa" w:w="5112"/>
          </w:tcPr>
          <w:p>
            <w:pPr>
              <w:spacing w:after="20"/>
            </w:pPr>
            <w:r>
              <w:rPr>
                <w:b/>
                <w:color w:val="4B2E6B"/>
                <w:sz w:val="15"/>
              </w:rPr>
              <w:t>MAILING ADDRESS, IF DIFFERENT</w:t>
            </w:r>
          </w:p>
          <w:p>
            <w:pPr>
              <w:pBdr>
                <w:bottom w:val="single" w:sz="4" w:space="1" w:color="B8A88F"/>
              </w:pBdr>
            </w:pPr>
            <w:r>
              <w:rPr>
                <w:sz w:val="18"/>
              </w:rPr>
              <w:t xml:space="preserve"> </w:t>
            </w:r>
          </w:p>
        </w:tc>
      </w:tr>
    </w:tbl>
    <w:p>
      <w:pPr>
        <w:spacing w:after="0"/>
      </w:pPr>
      <w:r>
        <w:rPr>
          <w:sz w:val="4"/>
        </w:rPr>
        <w:t xml:space="preserve"> </w:t>
      </w:r>
    </w:p>
    <w:p>
      <w:pPr>
        <w:pStyle w:val="Heading2"/>
      </w:pPr>
      <w:r>
        <w:t>Emergency contact — call this person first</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NAME</w:t>
            </w:r>
          </w:p>
          <w:p>
            <w:pPr>
              <w:pBdr>
                <w:bottom w:val="single" w:sz="4" w:space="1" w:color="B8A88F"/>
              </w:pBdr>
            </w:pPr>
            <w:r>
              <w:rPr>
                <w:sz w:val="18"/>
              </w:rPr>
              <w:t xml:space="preserve"> </w:t>
            </w:r>
          </w:p>
        </w:tc>
        <w:tc>
          <w:tcPr>
            <w:tcW w:type="dxa" w:w="5112"/>
          </w:tcPr>
          <w:p>
            <w:pPr>
              <w:spacing w:after="20"/>
            </w:pPr>
            <w:r>
              <w:rPr>
                <w:b/>
                <w:color w:val="4B2E6B"/>
                <w:sz w:val="15"/>
              </w:rPr>
              <w:t>RELATIONSHIP TO OWNER</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PHONE</w:t>
            </w:r>
          </w:p>
          <w:p>
            <w:pPr>
              <w:pBdr>
                <w:bottom w:val="single" w:sz="4" w:space="1" w:color="B8A88F"/>
              </w:pBdr>
            </w:pPr>
            <w:r>
              <w:rPr>
                <w:sz w:val="18"/>
              </w:rPr>
              <w:t xml:space="preserve"> </w:t>
            </w:r>
          </w:p>
        </w:tc>
        <w:tc>
          <w:tcPr>
            <w:tcW w:type="dxa" w:w="5112"/>
          </w:tcPr>
          <w:p>
            <w:pPr>
              <w:spacing w:after="20"/>
            </w:pPr>
            <w:r>
              <w:rPr>
                <w:b/>
                <w:color w:val="4B2E6B"/>
                <w:sz w:val="15"/>
              </w:rPr>
              <w:t>EMAIL</w:t>
            </w:r>
          </w:p>
          <w:p>
            <w:pPr>
              <w:pBdr>
                <w:bottom w:val="single" w:sz="4" w:space="1" w:color="B8A88F"/>
              </w:pBdr>
            </w:pPr>
            <w:r>
              <w:rPr>
                <w:sz w:val="18"/>
              </w:rPr>
              <w:t xml:space="preserve"> </w:t>
            </w:r>
          </w:p>
        </w:tc>
      </w:tr>
    </w:tbl>
    <w:p>
      <w:pPr>
        <w:spacing w:after="0"/>
      </w:pPr>
      <w:r>
        <w:rPr>
          <w:sz w:val="4"/>
        </w:rPr>
        <w:t xml:space="preserve"> </w:t>
      </w:r>
    </w:p>
    <w:p>
      <w:pPr>
        <w:pStyle w:val="Heading2"/>
      </w:pPr>
      <w:r>
        <w:t>Second person to call</w:t>
      </w:r>
    </w:p>
    <w:p>
      <w:pPr>
        <w:spacing w:after="40" w:before="0"/>
      </w:pPr>
      <w:r>
        <w:rPr>
          <w:b w:val="0"/>
          <w:i/>
          <w:color w:val="5A5A5A"/>
          <w:sz w:val="18"/>
        </w:rPr>
        <w:t>Second person to call if the first cannot be reached</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NAME</w:t>
            </w:r>
          </w:p>
          <w:p>
            <w:pPr>
              <w:pBdr>
                <w:bottom w:val="single" w:sz="4" w:space="1" w:color="B8A88F"/>
              </w:pBdr>
            </w:pPr>
            <w:r>
              <w:rPr>
                <w:sz w:val="18"/>
              </w:rPr>
              <w:t xml:space="preserve"> </w:t>
            </w:r>
          </w:p>
        </w:tc>
        <w:tc>
          <w:tcPr>
            <w:tcW w:type="dxa" w:w="5112"/>
          </w:tcPr>
          <w:p>
            <w:pPr>
              <w:spacing w:after="20"/>
            </w:pPr>
            <w:r>
              <w:rPr>
                <w:b/>
                <w:color w:val="4B2E6B"/>
                <w:sz w:val="15"/>
              </w:rPr>
              <w:t>PHONE</w:t>
            </w:r>
          </w:p>
          <w:p>
            <w:pPr>
              <w:pBdr>
                <w:bottom w:val="single" w:sz="4" w:space="1" w:color="B8A88F"/>
              </w:pBdr>
            </w:pPr>
            <w:r>
              <w:rPr>
                <w:sz w:val="18"/>
              </w:rPr>
              <w:t xml:space="preserve"> </w:t>
            </w:r>
          </w:p>
        </w:tc>
      </w:tr>
    </w:tbl>
    <w:p>
      <w:pPr>
        <w:spacing w:after="0"/>
      </w:pPr>
      <w:r>
        <w:rPr>
          <w:sz w:val="4"/>
        </w:rPr>
        <w:t xml:space="preserve"> </w:t>
      </w:r>
    </w:p>
    <w:p>
      <w:pPr>
        <w:pStyle w:val="Heading1"/>
      </w:pPr>
      <w:r>
        <w:t>When this plan should be used</w:t>
      </w:r>
    </w:p>
    <w:p>
      <w:pPr>
        <w:spacing w:after="160" w:before="40"/>
        <w:pBdr>
          <w:bottom w:val="single" w:sz="12" w:space="1" w:color="C9A86A"/>
        </w:pBdr>
      </w:pPr>
    </w:p>
    <w:p>
      <w:pPr>
        <w:spacing w:after="80" w:before="0"/>
      </w:pPr>
      <w:r>
        <w:rPr>
          <w:b w:val="0"/>
          <w:i w:val="0"/>
          <w:sz w:val="21"/>
        </w:rPr>
        <w:t>Please use this plan, and care for my pet(s), if any of these emergencies happen:</w:t>
      </w:r>
    </w:p>
    <w:p>
      <w:pPr>
        <w:spacing w:after="40"/>
        <w:ind w:left="360"/>
      </w:pPr>
      <w:r>
        <w:rPr>
          <w:sz w:val="21"/>
        </w:rPr>
        <w:t>☐   I have died</w:t>
      </w:r>
    </w:p>
    <w:p>
      <w:pPr>
        <w:spacing w:after="40"/>
        <w:ind w:left="360"/>
      </w:pPr>
      <w:r>
        <w:rPr>
          <w:sz w:val="21"/>
        </w:rPr>
        <w:t>☐   A car wreck</w:t>
      </w:r>
    </w:p>
    <w:p>
      <w:pPr>
        <w:spacing w:after="40"/>
        <w:ind w:left="360"/>
      </w:pPr>
      <w:r>
        <w:rPr>
          <w:sz w:val="21"/>
        </w:rPr>
        <w:t>☐   I am hospitalized or unable to come home</w:t>
      </w:r>
    </w:p>
    <w:p>
      <w:pPr>
        <w:spacing w:after="40"/>
        <w:ind w:left="360"/>
      </w:pPr>
      <w:r>
        <w:rPr>
          <w:sz w:val="21"/>
        </w:rPr>
        <w:t>☐   I do not complete my trip on time</w:t>
      </w:r>
    </w:p>
    <w:p>
      <w:pPr>
        <w:spacing w:after="40"/>
        <w:ind w:left="360"/>
      </w:pPr>
      <w:r>
        <w:rPr>
          <w:sz w:val="21"/>
        </w:rPr>
        <w:t>☐   A hurricane</w:t>
      </w:r>
    </w:p>
    <w:p>
      <w:pPr>
        <w:spacing w:after="40"/>
        <w:ind w:left="360"/>
      </w:pPr>
      <w:r>
        <w:rPr>
          <w:sz w:val="21"/>
        </w:rPr>
        <w:t>☐   An avalanche</w:t>
      </w:r>
    </w:p>
    <w:p>
      <w:pPr>
        <w:spacing w:after="40"/>
        <w:ind w:left="360"/>
      </w:pPr>
      <w:r>
        <w:rPr>
          <w:sz w:val="21"/>
        </w:rPr>
        <w:t>☐   Another emergency (write it below)</w:t>
      </w:r>
    </w:p>
    <w:p>
      <w:pPr>
        <w:spacing w:after="0" w:before="60"/>
      </w:pPr>
      <w:r>
        <w:rPr>
          <w:rFonts w:ascii="Calibri" w:hAnsi="Calibri"/>
          <w:b/>
          <w:color w:val="4B2E6B"/>
          <w:sz w:val="15"/>
        </w:rPr>
        <w:t>OTHER EMERGENCY / SPECIAL CIRCUMSTANCES</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spacing w:after="0" w:before="60"/>
      </w:pPr>
      <w:r>
        <w:rPr>
          <w:rFonts w:ascii="Calibri" w:hAnsi="Calibri"/>
          <w:b/>
          <w:color w:val="4B2E6B"/>
          <w:sz w:val="15"/>
        </w:rPr>
        <w:t>WHO SHOULD BE CALLED FIRST IN AN EMERGENCY — NAME AND PHONE</w:t>
      </w:r>
    </w:p>
    <w:p>
      <w:pPr>
        <w:spacing w:after="40"/>
        <w:pBdr>
          <w:bottom w:val="single" w:sz="4" w:space="1" w:color="B8A88F"/>
        </w:pBdr>
      </w:pPr>
      <w:r>
        <w:rPr>
          <w:sz w:val="20"/>
        </w:rPr>
        <w:t xml:space="preserve"> </w:t>
      </w:r>
    </w:p>
    <w:p>
      <w:pPr>
        <w:spacing w:after="0" w:before="60"/>
      </w:pPr>
      <w:r>
        <w:rPr>
          <w:rFonts w:ascii="Calibri" w:hAnsi="Calibri"/>
          <w:b/>
          <w:color w:val="4B2E6B"/>
          <w:sz w:val="15"/>
        </w:rPr>
        <w:t>WHO SHOULD TAKE MY PET(S) IN RIGHT AWAY — NAME AND PHONE</w:t>
      </w:r>
    </w:p>
    <w:p>
      <w:pPr>
        <w:spacing w:after="40"/>
        <w:pBdr>
          <w:bottom w:val="single" w:sz="4" w:space="1" w:color="B8A88F"/>
        </w:pBdr>
      </w:pPr>
      <w:r>
        <w:rPr>
          <w:sz w:val="20"/>
        </w:rPr>
        <w:t xml:space="preserve"> </w:t>
      </w:r>
    </w:p>
    <w:p>
      <w:r>
        <w:br w:type="page"/>
      </w:r>
    </w:p>
    <w:p>
      <w:pPr>
        <w:pStyle w:val="Heading1"/>
      </w:pPr>
      <w:r>
        <w:t>Pet 1</w:t>
      </w:r>
    </w:p>
    <w:p>
      <w:pPr>
        <w:spacing w:after="160" w:before="40"/>
        <w:pBdr>
          <w:bottom w:val="single" w:sz="12" w:space="1" w:color="C9A86A"/>
        </w:pBdr>
      </w:pPr>
    </w:p>
    <w:p>
      <w:pPr>
        <w:spacing w:after="80" w:before="0"/>
      </w:pPr>
      <w:r>
        <w:rPr>
          <w:b w:val="0"/>
          <w:i/>
          <w:color w:val="5A5A5A"/>
          <w:sz w:val="20"/>
        </w:rPr>
        <w:t>Attach or note a recent photo below</w:t>
      </w:r>
    </w:p>
    <w:tbl>
      <w:tblPr>
        <w:tblW w:type="auto" w:w="0"/>
        <w:jc w:val="center"/>
        <w:tblLook w:firstColumn="1" w:firstRow="1" w:lastColumn="0" w:lastRow="0" w:noHBand="0" w:noVBand="1" w:val="04A0"/>
      </w:tblPr>
      <w:tblGrid>
        <w:gridCol w:w="10224"/>
      </w:tblGrid>
      <w:tr>
        <w:tc>
          <w:tcPr>
            <w:tcW w:type="dxa" w:w="10224"/>
            <w:shd w:fill="EFE9F5"/>
            <w:tcBorders>
              <w:top w:val="single" w:sz="6" w:color="C9A86A"/>
              <w:left w:val="single" w:sz="6" w:color="C9A86A"/>
              <w:bottom w:val="single" w:sz="6" w:color="C9A86A"/>
              <w:right w:val="single" w:sz="6" w:color="C9A86A"/>
            </w:tcBorders>
          </w:tcPr>
          <w:p>
            <w:pPr>
              <w:jc w:val="center"/>
            </w:pPr>
            <w:r>
              <w:rPr>
                <w:i/>
                <w:color w:val="5A5A5A"/>
                <w:sz w:val="18"/>
              </w:rPr>
              <w:t>Photo space: attach a recent photo of this pet here,</w:t>
              <w:br/>
              <w:t>or write where a recent photo can be found:</w:t>
            </w:r>
          </w:p>
          <w:p>
            <w:r>
              <w:rPr>
                <w:sz w:val="16"/>
              </w:rPr>
              <w:t xml:space="preserve"> </w:t>
            </w:r>
          </w:p>
          <w:p>
            <w:r>
              <w:rPr>
                <w:sz w:val="16"/>
              </w:rPr>
              <w:t xml:space="preserve"> </w:t>
            </w:r>
          </w:p>
        </w:tc>
      </w:tr>
    </w:tbl>
    <w:p>
      <w:pPr>
        <w:spacing w:after="40" w:before="0"/>
      </w:pP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PET NAME</w:t>
            </w:r>
          </w:p>
          <w:p>
            <w:pPr>
              <w:pBdr>
                <w:bottom w:val="single" w:sz="4" w:space="1" w:color="B8A88F"/>
              </w:pBdr>
            </w:pPr>
            <w:r>
              <w:rPr>
                <w:sz w:val="18"/>
              </w:rPr>
              <w:t xml:space="preserve"> </w:t>
            </w:r>
          </w:p>
        </w:tc>
        <w:tc>
          <w:tcPr>
            <w:tcW w:type="dxa" w:w="5112"/>
          </w:tcPr>
          <w:p>
            <w:pPr>
              <w:spacing w:after="20"/>
            </w:pPr>
            <w:r>
              <w:rPr>
                <w:b/>
                <w:color w:val="4B2E6B"/>
                <w:sz w:val="15"/>
              </w:rPr>
              <w:t>SPECIES / BREED</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AGE / DATE OF BIRTH IF KNOWN</w:t>
            </w:r>
          </w:p>
          <w:p>
            <w:pPr>
              <w:pBdr>
                <w:bottom w:val="single" w:sz="4" w:space="1" w:color="B8A88F"/>
              </w:pBdr>
            </w:pPr>
            <w:r>
              <w:rPr>
                <w:sz w:val="18"/>
              </w:rPr>
              <w:t xml:space="preserve"> </w:t>
            </w:r>
          </w:p>
        </w:tc>
        <w:tc>
          <w:tcPr>
            <w:tcW w:type="dxa" w:w="5112"/>
          </w:tcPr>
          <w:p>
            <w:pPr>
              <w:spacing w:after="20"/>
            </w:pPr>
            <w:r>
              <w:rPr>
                <w:b/>
                <w:color w:val="4B2E6B"/>
                <w:sz w:val="15"/>
              </w:rPr>
              <w:t>COLOR / MARKINGS</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SEX / SPAYED OR NEUTERED</w:t>
            </w:r>
          </w:p>
          <w:p>
            <w:pPr>
              <w:pBdr>
                <w:bottom w:val="single" w:sz="4" w:space="1" w:color="B8A88F"/>
              </w:pBdr>
            </w:pPr>
            <w:r>
              <w:rPr>
                <w:sz w:val="18"/>
              </w:rPr>
              <w:t xml:space="preserve"> </w:t>
            </w:r>
          </w:p>
        </w:tc>
        <w:tc>
          <w:tcPr>
            <w:tcW w:type="dxa" w:w="5112"/>
          </w:tcPr>
          <w:p>
            <w:pPr>
              <w:spacing w:after="20"/>
            </w:pPr>
            <w:r>
              <w:rPr>
                <w:b/>
                <w:color w:val="4B2E6B"/>
                <w:sz w:val="15"/>
              </w:rPr>
              <w:t>MICROCHIP NUMBER</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VETERINARIAN NAME</w:t>
            </w:r>
          </w:p>
          <w:p>
            <w:pPr>
              <w:pBdr>
                <w:bottom w:val="single" w:sz="4" w:space="1" w:color="B8A88F"/>
              </w:pBdr>
            </w:pPr>
            <w:r>
              <w:rPr>
                <w:sz w:val="18"/>
              </w:rPr>
              <w:t xml:space="preserve"> </w:t>
            </w:r>
          </w:p>
        </w:tc>
        <w:tc>
          <w:tcPr>
            <w:tcW w:type="dxa" w:w="5112"/>
          </w:tcPr>
          <w:p>
            <w:pPr>
              <w:spacing w:after="20"/>
            </w:pPr>
            <w:r>
              <w:rPr>
                <w:b/>
                <w:color w:val="4B2E6B"/>
                <w:sz w:val="15"/>
              </w:rPr>
              <w:t>VETERINARIAN PHONE / CLINIC</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MEDICAL CONDITIONS</w:t>
      </w:r>
    </w:p>
    <w:p>
      <w:pPr>
        <w:spacing w:after="40"/>
        <w:pBdr>
          <w:bottom w:val="single" w:sz="4" w:space="1" w:color="B8A88F"/>
        </w:pBdr>
      </w:pPr>
      <w:r>
        <w:rPr>
          <w:sz w:val="20"/>
        </w:rPr>
        <w:t xml:space="preserve"> </w:t>
      </w:r>
    </w:p>
    <w:p>
      <w:pPr>
        <w:spacing w:after="0" w:before="60"/>
      </w:pPr>
      <w:r>
        <w:rPr>
          <w:rFonts w:ascii="Calibri" w:hAnsi="Calibri"/>
          <w:b/>
          <w:color w:val="4B2E6B"/>
          <w:sz w:val="15"/>
        </w:rPr>
        <w:t>MEDICATIONS — NAME, DOSE, AND TIME GIVEN</w:t>
      </w:r>
    </w:p>
    <w:p>
      <w:pPr>
        <w:spacing w:after="40"/>
        <w:pBdr>
          <w:bottom w:val="single" w:sz="4" w:space="1" w:color="B8A88F"/>
        </w:pBdr>
      </w:pPr>
      <w:r>
        <w:rPr>
          <w:sz w:val="20"/>
        </w:rPr>
        <w:t xml:space="preserve"> </w:t>
      </w:r>
    </w:p>
    <w:p>
      <w:pPr>
        <w:spacing w:after="0" w:before="60"/>
      </w:pPr>
      <w:r>
        <w:rPr>
          <w:rFonts w:ascii="Calibri" w:hAnsi="Calibri"/>
          <w:b/>
          <w:color w:val="4B2E6B"/>
          <w:sz w:val="15"/>
        </w:rPr>
        <w:t>FEEDING INSTRUCTIONS — FOOD, AMOUNT, AND TIMES</w:t>
      </w:r>
    </w:p>
    <w:p>
      <w:pPr>
        <w:spacing w:after="40"/>
        <w:pBdr>
          <w:bottom w:val="single" w:sz="4" w:space="1" w:color="B8A88F"/>
        </w:pBdr>
      </w:pPr>
      <w:r>
        <w:rPr>
          <w:sz w:val="20"/>
        </w:rPr>
        <w:t xml:space="preserve"> </w:t>
      </w:r>
    </w:p>
    <w:p>
      <w:pPr>
        <w:spacing w:after="0" w:before="60"/>
      </w:pPr>
      <w:r>
        <w:rPr>
          <w:rFonts w:ascii="Calibri" w:hAnsi="Calibri"/>
          <w:b/>
          <w:color w:val="4B2E6B"/>
          <w:sz w:val="15"/>
        </w:rPr>
        <w:t>DAILY ROUTINE — WALKS, LITTER, PLAY, BEDTIME</w:t>
      </w:r>
    </w:p>
    <w:p>
      <w:pPr>
        <w:spacing w:after="40"/>
        <w:pBdr>
          <w:bottom w:val="single" w:sz="4" w:space="1" w:color="B8A88F"/>
        </w:pBdr>
      </w:pPr>
      <w:r>
        <w:rPr>
          <w:sz w:val="20"/>
        </w:rPr>
        <w:t xml:space="preserve"> </w:t>
      </w:r>
    </w:p>
    <w:p>
      <w:pPr>
        <w:spacing w:after="0" w:before="60"/>
      </w:pPr>
      <w:r>
        <w:rPr>
          <w:rFonts w:ascii="Calibri" w:hAnsi="Calibri"/>
          <w:b/>
          <w:color w:val="4B2E6B"/>
          <w:sz w:val="15"/>
        </w:rPr>
        <w:t>TEMPERAMENT / HANDLING NOTES — FRIENDLY, SHY, FEARS, WHERE THIS PET IS USUALLY KEPT AT HOME</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spacing w:after="0" w:before="60"/>
      </w:pPr>
      <w:r>
        <w:rPr>
          <w:rFonts w:ascii="Calibri" w:hAnsi="Calibri"/>
          <w:b/>
          <w:color w:val="4B2E6B"/>
          <w:sz w:val="15"/>
        </w:rPr>
        <w:t>ANYTHING ELSE A CAREGIVER SHOULD KNOW ABOUT THIS PET</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r>
        <w:br w:type="page"/>
      </w:r>
    </w:p>
    <w:p>
      <w:pPr>
        <w:pStyle w:val="Heading1"/>
      </w:pPr>
      <w:r>
        <w:t>Pet 2</w:t>
      </w:r>
    </w:p>
    <w:p>
      <w:pPr>
        <w:spacing w:after="160" w:before="40"/>
        <w:pBdr>
          <w:bottom w:val="single" w:sz="12" w:space="1" w:color="C9A86A"/>
        </w:pBdr>
      </w:pPr>
    </w:p>
    <w:p>
      <w:pPr>
        <w:spacing w:after="80" w:before="0"/>
      </w:pPr>
      <w:r>
        <w:rPr>
          <w:b w:val="0"/>
          <w:i/>
          <w:color w:val="5A5A5A"/>
          <w:sz w:val="20"/>
        </w:rPr>
        <w:t>Attach or note a recent photo below</w:t>
      </w:r>
    </w:p>
    <w:tbl>
      <w:tblPr>
        <w:tblW w:type="auto" w:w="0"/>
        <w:jc w:val="center"/>
        <w:tblLook w:firstColumn="1" w:firstRow="1" w:lastColumn="0" w:lastRow="0" w:noHBand="0" w:noVBand="1" w:val="04A0"/>
      </w:tblPr>
      <w:tblGrid>
        <w:gridCol w:w="10224"/>
      </w:tblGrid>
      <w:tr>
        <w:tc>
          <w:tcPr>
            <w:tcW w:type="dxa" w:w="10224"/>
            <w:shd w:fill="EFE9F5"/>
            <w:tcBorders>
              <w:top w:val="single" w:sz="6" w:color="C9A86A"/>
              <w:left w:val="single" w:sz="6" w:color="C9A86A"/>
              <w:bottom w:val="single" w:sz="6" w:color="C9A86A"/>
              <w:right w:val="single" w:sz="6" w:color="C9A86A"/>
            </w:tcBorders>
          </w:tcPr>
          <w:p>
            <w:pPr>
              <w:jc w:val="center"/>
            </w:pPr>
            <w:r>
              <w:rPr>
                <w:i/>
                <w:color w:val="5A5A5A"/>
                <w:sz w:val="18"/>
              </w:rPr>
              <w:t>Photo space: attach a recent photo of this pet here,</w:t>
              <w:br/>
              <w:t>or write where a recent photo can be found:</w:t>
            </w:r>
          </w:p>
          <w:p>
            <w:r>
              <w:rPr>
                <w:sz w:val="16"/>
              </w:rPr>
              <w:t xml:space="preserve"> </w:t>
            </w:r>
          </w:p>
          <w:p>
            <w:r>
              <w:rPr>
                <w:sz w:val="16"/>
              </w:rPr>
              <w:t xml:space="preserve"> </w:t>
            </w:r>
          </w:p>
        </w:tc>
      </w:tr>
    </w:tbl>
    <w:p>
      <w:pPr>
        <w:spacing w:after="40" w:before="0"/>
      </w:pP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PET NAME</w:t>
            </w:r>
          </w:p>
          <w:p>
            <w:pPr>
              <w:pBdr>
                <w:bottom w:val="single" w:sz="4" w:space="1" w:color="B8A88F"/>
              </w:pBdr>
            </w:pPr>
            <w:r>
              <w:rPr>
                <w:sz w:val="18"/>
              </w:rPr>
              <w:t xml:space="preserve"> </w:t>
            </w:r>
          </w:p>
        </w:tc>
        <w:tc>
          <w:tcPr>
            <w:tcW w:type="dxa" w:w="5112"/>
          </w:tcPr>
          <w:p>
            <w:pPr>
              <w:spacing w:after="20"/>
            </w:pPr>
            <w:r>
              <w:rPr>
                <w:b/>
                <w:color w:val="4B2E6B"/>
                <w:sz w:val="15"/>
              </w:rPr>
              <w:t>SPECIES / BREED</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AGE / DATE OF BIRTH IF KNOWN</w:t>
            </w:r>
          </w:p>
          <w:p>
            <w:pPr>
              <w:pBdr>
                <w:bottom w:val="single" w:sz="4" w:space="1" w:color="B8A88F"/>
              </w:pBdr>
            </w:pPr>
            <w:r>
              <w:rPr>
                <w:sz w:val="18"/>
              </w:rPr>
              <w:t xml:space="preserve"> </w:t>
            </w:r>
          </w:p>
        </w:tc>
        <w:tc>
          <w:tcPr>
            <w:tcW w:type="dxa" w:w="5112"/>
          </w:tcPr>
          <w:p>
            <w:pPr>
              <w:spacing w:after="20"/>
            </w:pPr>
            <w:r>
              <w:rPr>
                <w:b/>
                <w:color w:val="4B2E6B"/>
                <w:sz w:val="15"/>
              </w:rPr>
              <w:t>COLOR / MARKINGS</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SEX / SPAYED OR NEUTERED</w:t>
            </w:r>
          </w:p>
          <w:p>
            <w:pPr>
              <w:pBdr>
                <w:bottom w:val="single" w:sz="4" w:space="1" w:color="B8A88F"/>
              </w:pBdr>
            </w:pPr>
            <w:r>
              <w:rPr>
                <w:sz w:val="18"/>
              </w:rPr>
              <w:t xml:space="preserve"> </w:t>
            </w:r>
          </w:p>
        </w:tc>
        <w:tc>
          <w:tcPr>
            <w:tcW w:type="dxa" w:w="5112"/>
          </w:tcPr>
          <w:p>
            <w:pPr>
              <w:spacing w:after="20"/>
            </w:pPr>
            <w:r>
              <w:rPr>
                <w:b/>
                <w:color w:val="4B2E6B"/>
                <w:sz w:val="15"/>
              </w:rPr>
              <w:t>MICROCHIP NUMBER</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VETERINARIAN NAME</w:t>
            </w:r>
          </w:p>
          <w:p>
            <w:pPr>
              <w:pBdr>
                <w:bottom w:val="single" w:sz="4" w:space="1" w:color="B8A88F"/>
              </w:pBdr>
            </w:pPr>
            <w:r>
              <w:rPr>
                <w:sz w:val="18"/>
              </w:rPr>
              <w:t xml:space="preserve"> </w:t>
            </w:r>
          </w:p>
        </w:tc>
        <w:tc>
          <w:tcPr>
            <w:tcW w:type="dxa" w:w="5112"/>
          </w:tcPr>
          <w:p>
            <w:pPr>
              <w:spacing w:after="20"/>
            </w:pPr>
            <w:r>
              <w:rPr>
                <w:b/>
                <w:color w:val="4B2E6B"/>
                <w:sz w:val="15"/>
              </w:rPr>
              <w:t>VETERINARIAN PHONE / CLINIC</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MEDICAL CONDITIONS</w:t>
      </w:r>
    </w:p>
    <w:p>
      <w:pPr>
        <w:spacing w:after="40"/>
        <w:pBdr>
          <w:bottom w:val="single" w:sz="4" w:space="1" w:color="B8A88F"/>
        </w:pBdr>
      </w:pPr>
      <w:r>
        <w:rPr>
          <w:sz w:val="20"/>
        </w:rPr>
        <w:t xml:space="preserve"> </w:t>
      </w:r>
    </w:p>
    <w:p>
      <w:pPr>
        <w:spacing w:after="0" w:before="60"/>
      </w:pPr>
      <w:r>
        <w:rPr>
          <w:rFonts w:ascii="Calibri" w:hAnsi="Calibri"/>
          <w:b/>
          <w:color w:val="4B2E6B"/>
          <w:sz w:val="15"/>
        </w:rPr>
        <w:t>MEDICATIONS — NAME, DOSE, AND TIME GIVEN</w:t>
      </w:r>
    </w:p>
    <w:p>
      <w:pPr>
        <w:spacing w:after="40"/>
        <w:pBdr>
          <w:bottom w:val="single" w:sz="4" w:space="1" w:color="B8A88F"/>
        </w:pBdr>
      </w:pPr>
      <w:r>
        <w:rPr>
          <w:sz w:val="20"/>
        </w:rPr>
        <w:t xml:space="preserve"> </w:t>
      </w:r>
    </w:p>
    <w:p>
      <w:pPr>
        <w:spacing w:after="0" w:before="60"/>
      </w:pPr>
      <w:r>
        <w:rPr>
          <w:rFonts w:ascii="Calibri" w:hAnsi="Calibri"/>
          <w:b/>
          <w:color w:val="4B2E6B"/>
          <w:sz w:val="15"/>
        </w:rPr>
        <w:t>FEEDING INSTRUCTIONS — FOOD, AMOUNT, AND TIMES</w:t>
      </w:r>
    </w:p>
    <w:p>
      <w:pPr>
        <w:spacing w:after="40"/>
        <w:pBdr>
          <w:bottom w:val="single" w:sz="4" w:space="1" w:color="B8A88F"/>
        </w:pBdr>
      </w:pPr>
      <w:r>
        <w:rPr>
          <w:sz w:val="20"/>
        </w:rPr>
        <w:t xml:space="preserve"> </w:t>
      </w:r>
    </w:p>
    <w:p>
      <w:pPr>
        <w:spacing w:after="0" w:before="60"/>
      </w:pPr>
      <w:r>
        <w:rPr>
          <w:rFonts w:ascii="Calibri" w:hAnsi="Calibri"/>
          <w:b/>
          <w:color w:val="4B2E6B"/>
          <w:sz w:val="15"/>
        </w:rPr>
        <w:t>DAILY ROUTINE — WALKS, LITTER, PLAY, BEDTIME</w:t>
      </w:r>
    </w:p>
    <w:p>
      <w:pPr>
        <w:spacing w:after="40"/>
        <w:pBdr>
          <w:bottom w:val="single" w:sz="4" w:space="1" w:color="B8A88F"/>
        </w:pBdr>
      </w:pPr>
      <w:r>
        <w:rPr>
          <w:sz w:val="20"/>
        </w:rPr>
        <w:t xml:space="preserve"> </w:t>
      </w:r>
    </w:p>
    <w:p>
      <w:pPr>
        <w:spacing w:after="0" w:before="60"/>
      </w:pPr>
      <w:r>
        <w:rPr>
          <w:rFonts w:ascii="Calibri" w:hAnsi="Calibri"/>
          <w:b/>
          <w:color w:val="4B2E6B"/>
          <w:sz w:val="15"/>
        </w:rPr>
        <w:t>TEMPERAMENT / HANDLING NOTES — FRIENDLY, SHY, FEARS, WHERE THIS PET IS USUALLY KEPT AT HOME</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spacing w:after="0" w:before="60"/>
      </w:pPr>
      <w:r>
        <w:rPr>
          <w:rFonts w:ascii="Calibri" w:hAnsi="Calibri"/>
          <w:b/>
          <w:color w:val="4B2E6B"/>
          <w:sz w:val="15"/>
        </w:rPr>
        <w:t>ANYTHING ELSE A CAREGIVER SHOULD KNOW ABOUT THIS PET</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r>
        <w:br w:type="page"/>
      </w:r>
    </w:p>
    <w:p>
      <w:pPr>
        <w:pStyle w:val="Heading1"/>
      </w:pPr>
      <w:r>
        <w:t>Pet 3</w:t>
      </w:r>
    </w:p>
    <w:p>
      <w:pPr>
        <w:spacing w:after="160" w:before="40"/>
        <w:pBdr>
          <w:bottom w:val="single" w:sz="12" w:space="1" w:color="C9A86A"/>
        </w:pBdr>
      </w:pPr>
    </w:p>
    <w:p>
      <w:pPr>
        <w:spacing w:after="80" w:before="0"/>
      </w:pPr>
      <w:r>
        <w:rPr>
          <w:b w:val="0"/>
          <w:i/>
          <w:color w:val="5A5A5A"/>
          <w:sz w:val="20"/>
        </w:rPr>
        <w:t>Attach or note a recent photo below</w:t>
      </w:r>
    </w:p>
    <w:tbl>
      <w:tblPr>
        <w:tblW w:type="auto" w:w="0"/>
        <w:jc w:val="center"/>
        <w:tblLook w:firstColumn="1" w:firstRow="1" w:lastColumn="0" w:lastRow="0" w:noHBand="0" w:noVBand="1" w:val="04A0"/>
      </w:tblPr>
      <w:tblGrid>
        <w:gridCol w:w="10224"/>
      </w:tblGrid>
      <w:tr>
        <w:tc>
          <w:tcPr>
            <w:tcW w:type="dxa" w:w="10224"/>
            <w:shd w:fill="EFE9F5"/>
            <w:tcBorders>
              <w:top w:val="single" w:sz="6" w:color="C9A86A"/>
              <w:left w:val="single" w:sz="6" w:color="C9A86A"/>
              <w:bottom w:val="single" w:sz="6" w:color="C9A86A"/>
              <w:right w:val="single" w:sz="6" w:color="C9A86A"/>
            </w:tcBorders>
          </w:tcPr>
          <w:p>
            <w:pPr>
              <w:jc w:val="center"/>
            </w:pPr>
            <w:r>
              <w:rPr>
                <w:i/>
                <w:color w:val="5A5A5A"/>
                <w:sz w:val="18"/>
              </w:rPr>
              <w:t>Photo space: attach a recent photo of this pet here,</w:t>
              <w:br/>
              <w:t>or write where a recent photo can be found:</w:t>
            </w:r>
          </w:p>
          <w:p>
            <w:r>
              <w:rPr>
                <w:sz w:val="16"/>
              </w:rPr>
              <w:t xml:space="preserve"> </w:t>
            </w:r>
          </w:p>
          <w:p>
            <w:r>
              <w:rPr>
                <w:sz w:val="16"/>
              </w:rPr>
              <w:t xml:space="preserve"> </w:t>
            </w:r>
          </w:p>
        </w:tc>
      </w:tr>
    </w:tbl>
    <w:p>
      <w:pPr>
        <w:spacing w:after="40" w:before="0"/>
      </w:pP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PET NAME</w:t>
            </w:r>
          </w:p>
          <w:p>
            <w:pPr>
              <w:pBdr>
                <w:bottom w:val="single" w:sz="4" w:space="1" w:color="B8A88F"/>
              </w:pBdr>
            </w:pPr>
            <w:r>
              <w:rPr>
                <w:sz w:val="18"/>
              </w:rPr>
              <w:t xml:space="preserve"> </w:t>
            </w:r>
          </w:p>
        </w:tc>
        <w:tc>
          <w:tcPr>
            <w:tcW w:type="dxa" w:w="5112"/>
          </w:tcPr>
          <w:p>
            <w:pPr>
              <w:spacing w:after="20"/>
            </w:pPr>
            <w:r>
              <w:rPr>
                <w:b/>
                <w:color w:val="4B2E6B"/>
                <w:sz w:val="15"/>
              </w:rPr>
              <w:t>SPECIES / BREED</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AGE / DATE OF BIRTH IF KNOWN</w:t>
            </w:r>
          </w:p>
          <w:p>
            <w:pPr>
              <w:pBdr>
                <w:bottom w:val="single" w:sz="4" w:space="1" w:color="B8A88F"/>
              </w:pBdr>
            </w:pPr>
            <w:r>
              <w:rPr>
                <w:sz w:val="18"/>
              </w:rPr>
              <w:t xml:space="preserve"> </w:t>
            </w:r>
          </w:p>
        </w:tc>
        <w:tc>
          <w:tcPr>
            <w:tcW w:type="dxa" w:w="5112"/>
          </w:tcPr>
          <w:p>
            <w:pPr>
              <w:spacing w:after="20"/>
            </w:pPr>
            <w:r>
              <w:rPr>
                <w:b/>
                <w:color w:val="4B2E6B"/>
                <w:sz w:val="15"/>
              </w:rPr>
              <w:t>COLOR / MARKINGS</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SEX / SPAYED OR NEUTERED</w:t>
            </w:r>
          </w:p>
          <w:p>
            <w:pPr>
              <w:pBdr>
                <w:bottom w:val="single" w:sz="4" w:space="1" w:color="B8A88F"/>
              </w:pBdr>
            </w:pPr>
            <w:r>
              <w:rPr>
                <w:sz w:val="18"/>
              </w:rPr>
              <w:t xml:space="preserve"> </w:t>
            </w:r>
          </w:p>
        </w:tc>
        <w:tc>
          <w:tcPr>
            <w:tcW w:type="dxa" w:w="5112"/>
          </w:tcPr>
          <w:p>
            <w:pPr>
              <w:spacing w:after="20"/>
            </w:pPr>
            <w:r>
              <w:rPr>
                <w:b/>
                <w:color w:val="4B2E6B"/>
                <w:sz w:val="15"/>
              </w:rPr>
              <w:t>MICROCHIP NUMBER</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VETERINARIAN NAME</w:t>
            </w:r>
          </w:p>
          <w:p>
            <w:pPr>
              <w:pBdr>
                <w:bottom w:val="single" w:sz="4" w:space="1" w:color="B8A88F"/>
              </w:pBdr>
            </w:pPr>
            <w:r>
              <w:rPr>
                <w:sz w:val="18"/>
              </w:rPr>
              <w:t xml:space="preserve"> </w:t>
            </w:r>
          </w:p>
        </w:tc>
        <w:tc>
          <w:tcPr>
            <w:tcW w:type="dxa" w:w="5112"/>
          </w:tcPr>
          <w:p>
            <w:pPr>
              <w:spacing w:after="20"/>
            </w:pPr>
            <w:r>
              <w:rPr>
                <w:b/>
                <w:color w:val="4B2E6B"/>
                <w:sz w:val="15"/>
              </w:rPr>
              <w:t>VETERINARIAN PHONE / CLINIC</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MEDICAL CONDITIONS</w:t>
      </w:r>
    </w:p>
    <w:p>
      <w:pPr>
        <w:spacing w:after="40"/>
        <w:pBdr>
          <w:bottom w:val="single" w:sz="4" w:space="1" w:color="B8A88F"/>
        </w:pBdr>
      </w:pPr>
      <w:r>
        <w:rPr>
          <w:sz w:val="20"/>
        </w:rPr>
        <w:t xml:space="preserve"> </w:t>
      </w:r>
    </w:p>
    <w:p>
      <w:pPr>
        <w:spacing w:after="0" w:before="60"/>
      </w:pPr>
      <w:r>
        <w:rPr>
          <w:rFonts w:ascii="Calibri" w:hAnsi="Calibri"/>
          <w:b/>
          <w:color w:val="4B2E6B"/>
          <w:sz w:val="15"/>
        </w:rPr>
        <w:t>MEDICATIONS — NAME, DOSE, AND TIME GIVEN</w:t>
      </w:r>
    </w:p>
    <w:p>
      <w:pPr>
        <w:spacing w:after="40"/>
        <w:pBdr>
          <w:bottom w:val="single" w:sz="4" w:space="1" w:color="B8A88F"/>
        </w:pBdr>
      </w:pPr>
      <w:r>
        <w:rPr>
          <w:sz w:val="20"/>
        </w:rPr>
        <w:t xml:space="preserve"> </w:t>
      </w:r>
    </w:p>
    <w:p>
      <w:pPr>
        <w:spacing w:after="0" w:before="60"/>
      </w:pPr>
      <w:r>
        <w:rPr>
          <w:rFonts w:ascii="Calibri" w:hAnsi="Calibri"/>
          <w:b/>
          <w:color w:val="4B2E6B"/>
          <w:sz w:val="15"/>
        </w:rPr>
        <w:t>FEEDING INSTRUCTIONS — FOOD, AMOUNT, AND TIMES</w:t>
      </w:r>
    </w:p>
    <w:p>
      <w:pPr>
        <w:spacing w:after="40"/>
        <w:pBdr>
          <w:bottom w:val="single" w:sz="4" w:space="1" w:color="B8A88F"/>
        </w:pBdr>
      </w:pPr>
      <w:r>
        <w:rPr>
          <w:sz w:val="20"/>
        </w:rPr>
        <w:t xml:space="preserve"> </w:t>
      </w:r>
    </w:p>
    <w:p>
      <w:pPr>
        <w:spacing w:after="0" w:before="60"/>
      </w:pPr>
      <w:r>
        <w:rPr>
          <w:rFonts w:ascii="Calibri" w:hAnsi="Calibri"/>
          <w:b/>
          <w:color w:val="4B2E6B"/>
          <w:sz w:val="15"/>
        </w:rPr>
        <w:t>DAILY ROUTINE — WALKS, LITTER, PLAY, BEDTIME</w:t>
      </w:r>
    </w:p>
    <w:p>
      <w:pPr>
        <w:spacing w:after="40"/>
        <w:pBdr>
          <w:bottom w:val="single" w:sz="4" w:space="1" w:color="B8A88F"/>
        </w:pBdr>
      </w:pPr>
      <w:r>
        <w:rPr>
          <w:sz w:val="20"/>
        </w:rPr>
        <w:t xml:space="preserve"> </w:t>
      </w:r>
    </w:p>
    <w:p>
      <w:pPr>
        <w:spacing w:after="0" w:before="60"/>
      </w:pPr>
      <w:r>
        <w:rPr>
          <w:rFonts w:ascii="Calibri" w:hAnsi="Calibri"/>
          <w:b/>
          <w:color w:val="4B2E6B"/>
          <w:sz w:val="15"/>
        </w:rPr>
        <w:t>TEMPERAMENT / HANDLING NOTES — FRIENDLY, SHY, FEARS, WHERE THIS PET IS USUALLY KEPT AT HOME</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spacing w:after="0" w:before="60"/>
      </w:pPr>
      <w:r>
        <w:rPr>
          <w:rFonts w:ascii="Calibri" w:hAnsi="Calibri"/>
          <w:b/>
          <w:color w:val="4B2E6B"/>
          <w:sz w:val="15"/>
        </w:rPr>
        <w:t>ANYTHING ELSE A CAREGIVER SHOULD KNOW ABOUT THIS PET</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r>
        <w:br w:type="page"/>
      </w:r>
    </w:p>
    <w:p>
      <w:pPr>
        <w:pStyle w:val="Heading1"/>
      </w:pPr>
      <w:r>
        <w:t>Getting into my home</w:t>
      </w:r>
    </w:p>
    <w:p>
      <w:pPr>
        <w:spacing w:after="160" w:before="40"/>
        <w:pBdr>
          <w:bottom w:val="single" w:sz="12" w:space="1" w:color="C9A86A"/>
        </w:pBdr>
      </w:pPr>
    </w:p>
    <w:tbl>
      <w:tblPr>
        <w:tblW w:type="auto" w:w="0"/>
        <w:jc w:val="center"/>
        <w:tblLook w:firstColumn="1" w:firstRow="1" w:lastColumn="0" w:lastRow="0" w:noHBand="0" w:noVBand="1" w:val="04A0"/>
      </w:tblPr>
      <w:tblGrid>
        <w:gridCol w:w="10224"/>
      </w:tblGrid>
      <w:tr>
        <w:tc>
          <w:tcPr>
            <w:tcW w:type="dxa" w:w="10224"/>
            <w:shd w:fill="FFF3E0"/>
            <w:tcBorders>
              <w:top w:val="single" w:sz="6" w:color="C9A86A"/>
              <w:left w:val="single" w:sz="6" w:color="C9A86A"/>
              <w:bottom w:val="single" w:sz="6" w:color="C9A86A"/>
              <w:right w:val="single" w:sz="6" w:color="C9A86A"/>
            </w:tcBorders>
          </w:tcPr>
          <w:p>
            <w:r>
              <w:rPr>
                <w:b/>
                <w:color w:val="4B2E6B"/>
                <w:sz w:val="20"/>
              </w:rPr>
              <w:t xml:space="preserve">Please keep this page private. </w:t>
            </w:r>
          </w:p>
          <w:p>
            <w:r>
              <w:rPr>
                <w:sz w:val="20"/>
              </w:rPr>
              <w:t>It contains information about getting into my home. Do not share this document widely — give copies only to my guardian, my emergency contact, and the people named in this plan, and keep a copy with my medical record.</w:t>
            </w:r>
          </w:p>
        </w:tc>
      </w:tr>
    </w:tbl>
    <w:p>
      <w:pPr>
        <w:spacing w:after="0" w:before="60"/>
      </w:pPr>
      <w:r>
        <w:rPr>
          <w:rFonts w:ascii="Calibri" w:hAnsi="Calibri"/>
          <w:b/>
          <w:color w:val="4B2E6B"/>
          <w:sz w:val="15"/>
        </w:rPr>
        <w:t>WHERE A SPARE KEY IS KEPT / WHO HAS A SPARE KEY</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ALARM CODE (ONLY IF I CHOOSE TO WRITE IT HERE)</w:t>
            </w:r>
          </w:p>
          <w:p>
            <w:pPr>
              <w:pBdr>
                <w:bottom w:val="single" w:sz="4" w:space="1" w:color="B8A88F"/>
              </w:pBdr>
            </w:pPr>
            <w:r>
              <w:rPr>
                <w:sz w:val="18"/>
              </w:rPr>
              <w:t xml:space="preserve"> </w:t>
            </w:r>
          </w:p>
        </w:tc>
        <w:tc>
          <w:tcPr>
            <w:tcW w:type="dxa" w:w="5112"/>
          </w:tcPr>
          <w:p>
            <w:pPr>
              <w:spacing w:after="20"/>
            </w:pPr>
            <w:r>
              <w:rPr>
                <w:b/>
                <w:color w:val="4B2E6B"/>
                <w:sz w:val="15"/>
              </w:rPr>
              <w:t>LOCKBOX CODE / GARAGE CODE, IF ANY</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WHERE MY PET(S) WILL BE IN THE HOME, AND ANY DOORS OR GATES TO KNOW ABOUT</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spacing w:after="0" w:before="60"/>
      </w:pPr>
      <w:r>
        <w:rPr>
          <w:rFonts w:ascii="Calibri" w:hAnsi="Calibri"/>
          <w:b/>
          <w:color w:val="4B2E6B"/>
          <w:sz w:val="15"/>
        </w:rPr>
        <w:t>WHERE FOOD, LEASHES, CARRIERS, LITTER, AND MEDICINES ARE KEPT</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pStyle w:val="Heading1"/>
      </w:pPr>
      <w:r>
        <w:t>Care arrangements</w:t>
      </w:r>
    </w:p>
    <w:p>
      <w:pPr>
        <w:spacing w:after="160" w:before="40"/>
        <w:pBdr>
          <w:bottom w:val="single" w:sz="12" w:space="1" w:color="C9A86A"/>
        </w:pBdr>
      </w:pPr>
    </w:p>
    <w:p>
      <w:pPr>
        <w:pStyle w:val="Heading2"/>
      </w:pPr>
      <w:r>
        <w:t>Short-term care — for a few days</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NAME</w:t>
            </w:r>
          </w:p>
          <w:p>
            <w:pPr>
              <w:pBdr>
                <w:bottom w:val="single" w:sz="4" w:space="1" w:color="B8A88F"/>
              </w:pBdr>
            </w:pPr>
            <w:r>
              <w:rPr>
                <w:sz w:val="18"/>
              </w:rPr>
              <w:t xml:space="preserve"> </w:t>
            </w:r>
          </w:p>
        </w:tc>
        <w:tc>
          <w:tcPr>
            <w:tcW w:type="dxa" w:w="5112"/>
          </w:tcPr>
          <w:p>
            <w:pPr>
              <w:spacing w:after="20"/>
            </w:pPr>
            <w:r>
              <w:rPr>
                <w:b/>
                <w:color w:val="4B2E6B"/>
                <w:sz w:val="15"/>
              </w:rPr>
              <w:t>PHONE</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INSTRUCTIONS FOR SHORT-TERM CARE</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pStyle w:val="Heading2"/>
      </w:pPr>
      <w:r>
        <w:t>Long-term care</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NAME</w:t>
            </w:r>
          </w:p>
          <w:p>
            <w:pPr>
              <w:pBdr>
                <w:bottom w:val="single" w:sz="4" w:space="1" w:color="B8A88F"/>
              </w:pBdr>
            </w:pPr>
            <w:r>
              <w:rPr>
                <w:sz w:val="18"/>
              </w:rPr>
              <w:t xml:space="preserve"> </w:t>
            </w:r>
          </w:p>
        </w:tc>
        <w:tc>
          <w:tcPr>
            <w:tcW w:type="dxa" w:w="5112"/>
          </w:tcPr>
          <w:p>
            <w:pPr>
              <w:spacing w:after="20"/>
            </w:pPr>
            <w:r>
              <w:rPr>
                <w:b/>
                <w:color w:val="4B2E6B"/>
                <w:sz w:val="15"/>
              </w:rPr>
              <w:t>PHONE</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INSTRUCTIONS FOR LONG-TERM CARE</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p>
      <w:pPr>
        <w:pStyle w:val="Heading2"/>
      </w:pPr>
      <w:r>
        <w:t>If my guardian cannot be reached</w:t>
      </w:r>
    </w:p>
    <w:p>
      <w:pPr>
        <w:spacing w:after="80" w:before="0"/>
      </w:pPr>
      <w:r>
        <w:rPr>
          <w:b w:val="0"/>
          <w:i/>
          <w:color w:val="5A5A5A"/>
          <w:sz w:val="18"/>
        </w:rPr>
        <w:t>Second-choice guardian — see the full designation on the next page.</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NAME</w:t>
            </w:r>
          </w:p>
          <w:p>
            <w:pPr>
              <w:pBdr>
                <w:bottom w:val="single" w:sz="4" w:space="1" w:color="B8A88F"/>
              </w:pBdr>
            </w:pPr>
            <w:r>
              <w:rPr>
                <w:sz w:val="18"/>
              </w:rPr>
              <w:t xml:space="preserve"> </w:t>
            </w:r>
          </w:p>
        </w:tc>
        <w:tc>
          <w:tcPr>
            <w:tcW w:type="dxa" w:w="5112"/>
          </w:tcPr>
          <w:p>
            <w:pPr>
              <w:spacing w:after="20"/>
            </w:pPr>
            <w:r>
              <w:rPr>
                <w:b/>
                <w:color w:val="4B2E6B"/>
                <w:sz w:val="15"/>
              </w:rPr>
              <w:t>PHONE</w:t>
            </w:r>
          </w:p>
          <w:p>
            <w:pPr>
              <w:pBdr>
                <w:bottom w:val="single" w:sz="4" w:space="1" w:color="B8A88F"/>
              </w:pBdr>
            </w:pPr>
            <w:r>
              <w:rPr>
                <w:sz w:val="18"/>
              </w:rPr>
              <w:t xml:space="preserve"> </w:t>
            </w:r>
          </w:p>
        </w:tc>
      </w:tr>
    </w:tbl>
    <w:p>
      <w:pPr>
        <w:spacing w:after="0"/>
      </w:pPr>
      <w:r>
        <w:rPr>
          <w:sz w:val="4"/>
        </w:rPr>
        <w:t xml:space="preserve"> </w:t>
      </w:r>
    </w:p>
    <w:p>
      <w:r>
        <w:br w:type="page"/>
      </w:r>
    </w:p>
    <w:p>
      <w:pPr>
        <w:pStyle w:val="Heading1"/>
      </w:pPr>
      <w:r>
        <w:t>Legal guardian designation</w:t>
      </w:r>
    </w:p>
    <w:p>
      <w:pPr>
        <w:spacing w:after="160" w:before="40"/>
        <w:pBdr>
          <w:bottom w:val="single" w:sz="12" w:space="1" w:color="C9A86A"/>
        </w:pBdr>
      </w:pPr>
    </w:p>
    <w:p>
      <w:pPr>
        <w:spacing w:after="80" w:before="0"/>
      </w:pPr>
      <w:r>
        <w:rPr>
          <w:b w:val="0"/>
          <w:i/>
          <w:sz w:val="22"/>
        </w:rPr>
        <w:t>I, the pet owner named on page 2 of this plan, designate the friend named below to be the guardian of my pet(s) named in this plan if an emergency listed in this plan happens and I cannot care for my pet(s).</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GUARDIAN FULL NAME</w:t>
            </w:r>
          </w:p>
          <w:p>
            <w:pPr>
              <w:pBdr>
                <w:bottom w:val="single" w:sz="4" w:space="1" w:color="B8A88F"/>
              </w:pBdr>
            </w:pPr>
            <w:r>
              <w:rPr>
                <w:sz w:val="18"/>
              </w:rPr>
              <w:t xml:space="preserve"> </w:t>
            </w:r>
          </w:p>
        </w:tc>
        <w:tc>
          <w:tcPr>
            <w:tcW w:type="dxa" w:w="5112"/>
          </w:tcPr>
          <w:p>
            <w:pPr>
              <w:spacing w:after="20"/>
            </w:pPr>
            <w:r>
              <w:rPr>
                <w:b/>
                <w:color w:val="4B2E6B"/>
                <w:sz w:val="15"/>
              </w:rPr>
              <w:t>RELATIONSHIP TO OWNER</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GUARDIAN ADDRESS</w:t>
      </w:r>
    </w:p>
    <w:p>
      <w:pPr>
        <w:spacing w:after="40"/>
        <w:pBdr>
          <w:bottom w:val="single" w:sz="4" w:space="1" w:color="B8A88F"/>
        </w:pBdr>
      </w:pPr>
      <w:r>
        <w:rPr>
          <w:sz w:val="20"/>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GUARDIAN PHONE</w:t>
            </w:r>
          </w:p>
          <w:p>
            <w:pPr>
              <w:pBdr>
                <w:bottom w:val="single" w:sz="4" w:space="1" w:color="B8A88F"/>
              </w:pBdr>
            </w:pPr>
            <w:r>
              <w:rPr>
                <w:sz w:val="18"/>
              </w:rPr>
              <w:t xml:space="preserve"> </w:t>
            </w:r>
          </w:p>
        </w:tc>
        <w:tc>
          <w:tcPr>
            <w:tcW w:type="dxa" w:w="5112"/>
          </w:tcPr>
          <w:p>
            <w:pPr>
              <w:spacing w:after="20"/>
            </w:pPr>
            <w:r>
              <w:rPr>
                <w:b/>
                <w:color w:val="4B2E6B"/>
                <w:sz w:val="15"/>
              </w:rPr>
              <w:t>GUARDIAN EMAIL</w:t>
            </w:r>
          </w:p>
          <w:p>
            <w:pPr>
              <w:pBdr>
                <w:bottom w:val="single" w:sz="4" w:space="1" w:color="B8A88F"/>
              </w:pBdr>
            </w:pPr>
            <w:r>
              <w:rPr>
                <w:sz w:val="18"/>
              </w:rPr>
              <w:t xml:space="preserve"> </w:t>
            </w:r>
          </w:p>
        </w:tc>
      </w:tr>
    </w:tbl>
    <w:p>
      <w:pPr>
        <w:spacing w:after="0"/>
      </w:pPr>
      <w:r>
        <w:rPr>
          <w:sz w:val="4"/>
        </w:rPr>
        <w:t xml:space="preserve"> </w:t>
      </w:r>
    </w:p>
    <w:p>
      <w:pPr>
        <w:pStyle w:val="Heading2"/>
      </w:pPr>
      <w:r>
        <w:t>Second-choice guardian</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SECOND-CHOICE GUARDIAN FULL NAME</w:t>
            </w:r>
          </w:p>
          <w:p>
            <w:pPr>
              <w:pBdr>
                <w:bottom w:val="single" w:sz="4" w:space="1" w:color="B8A88F"/>
              </w:pBdr>
            </w:pPr>
            <w:r>
              <w:rPr>
                <w:sz w:val="18"/>
              </w:rPr>
              <w:t xml:space="preserve"> </w:t>
            </w:r>
          </w:p>
        </w:tc>
        <w:tc>
          <w:tcPr>
            <w:tcW w:type="dxa" w:w="5112"/>
          </w:tcPr>
          <w:p>
            <w:pPr>
              <w:spacing w:after="20"/>
            </w:pPr>
            <w:r>
              <w:rPr>
                <w:b/>
                <w:color w:val="4B2E6B"/>
                <w:sz w:val="15"/>
              </w:rPr>
              <w:t>RELATIONSHIP TO OWNER</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ADDRESS</w:t>
      </w:r>
    </w:p>
    <w:p>
      <w:pPr>
        <w:spacing w:after="40"/>
        <w:pBdr>
          <w:bottom w:val="single" w:sz="4" w:space="1" w:color="B8A88F"/>
        </w:pBdr>
      </w:pPr>
      <w:r>
        <w:rPr>
          <w:sz w:val="20"/>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PHONE</w:t>
            </w:r>
          </w:p>
          <w:p>
            <w:pPr>
              <w:pBdr>
                <w:bottom w:val="single" w:sz="4" w:space="1" w:color="B8A88F"/>
              </w:pBdr>
            </w:pPr>
            <w:r>
              <w:rPr>
                <w:sz w:val="18"/>
              </w:rPr>
              <w:t xml:space="preserve"> </w:t>
            </w:r>
          </w:p>
        </w:tc>
        <w:tc>
          <w:tcPr>
            <w:tcW w:type="dxa" w:w="5112"/>
          </w:tcPr>
          <w:p>
            <w:pPr>
              <w:spacing w:after="20"/>
            </w:pPr>
            <w:r>
              <w:rPr>
                <w:b/>
                <w:color w:val="4B2E6B"/>
                <w:sz w:val="15"/>
              </w:rPr>
              <w:t>EMAIL</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MONEY OR ARRANGEMENTS I HAVE MADE FOR MY PET(S)' CARE, IF ANY</w:t>
      </w:r>
    </w:p>
    <w:p>
      <w:pPr>
        <w:spacing w:after="40"/>
        <w:pBdr>
          <w:bottom w:val="single" w:sz="4" w:space="1" w:color="B8A88F"/>
        </w:pBdr>
      </w:pPr>
      <w:r>
        <w:rPr>
          <w:sz w:val="20"/>
        </w:rPr>
        <w:t xml:space="preserve"> </w:t>
      </w:r>
    </w:p>
    <w:p>
      <w:pPr>
        <w:spacing w:after="40"/>
        <w:pBdr>
          <w:bottom w:val="single" w:sz="4" w:space="1" w:color="B8A88F"/>
        </w:pBdr>
      </w:pPr>
      <w:r>
        <w:rPr>
          <w:sz w:val="20"/>
        </w:rPr>
        <w:t xml:space="preserve"> </w:t>
      </w:r>
    </w:p>
    <w:tbl>
      <w:tblPr>
        <w:tblW w:type="auto" w:w="0"/>
        <w:jc w:val="center"/>
        <w:tblLook w:firstColumn="1" w:firstRow="1" w:lastColumn="0" w:lastRow="0" w:noHBand="0" w:noVBand="1" w:val="04A0"/>
      </w:tblPr>
      <w:tblGrid>
        <w:gridCol w:w="10224"/>
      </w:tblGrid>
      <w:tr>
        <w:tc>
          <w:tcPr>
            <w:tcW w:type="dxa" w:w="10224"/>
            <w:shd w:fill="F7F1E8"/>
            <w:tcBorders>
              <w:top w:val="single" w:sz="6" w:color="C9A86A"/>
              <w:left w:val="single" w:sz="6" w:color="C9A86A"/>
              <w:bottom w:val="single" w:sz="6" w:color="C9A86A"/>
              <w:right w:val="single" w:sz="6" w:color="C9A86A"/>
            </w:tcBorders>
          </w:tcPr>
          <w:p>
            <w:r>
              <w:rPr>
                <w:b/>
                <w:color w:val="4B2E6B"/>
                <w:sz w:val="19"/>
              </w:rPr>
              <w:t xml:space="preserve">Please read: </w:t>
            </w:r>
          </w:p>
          <w:p>
            <w:r>
              <w:rPr>
                <w:sz w:val="19"/>
              </w:rPr>
              <w:t>Guardianship may require additional legal paperwork in your state. This form is a personal emergency plan and a statement of the owner's wishes. If you want this designation to be legally binding, check with an attorney in your state.</w:t>
            </w:r>
          </w:p>
        </w:tc>
      </w:tr>
    </w:tbl>
    <w:p>
      <w:pPr>
        <w:pStyle w:val="Heading2"/>
      </w:pPr>
      <w:r>
        <w:t>Signatures</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PET OWNER SIGNATURE</w:t>
            </w:r>
          </w:p>
          <w:p>
            <w:pPr>
              <w:pBdr>
                <w:bottom w:val="single" w:sz="4" w:space="1" w:color="B8A88F"/>
              </w:pBdr>
            </w:pPr>
            <w:r>
              <w:rPr>
                <w:sz w:val="18"/>
              </w:rPr>
              <w:t xml:space="preserve"> </w:t>
            </w:r>
          </w:p>
        </w:tc>
        <w:tc>
          <w:tcPr>
            <w:tcW w:type="dxa" w:w="5112"/>
          </w:tcPr>
          <w:p>
            <w:pPr>
              <w:spacing w:after="20"/>
            </w:pPr>
            <w:r>
              <w:rPr>
                <w:b/>
                <w:color w:val="4B2E6B"/>
                <w:sz w:val="15"/>
              </w:rPr>
              <w:t>DATE</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PET OWNER PRINTED NAME</w:t>
      </w:r>
    </w:p>
    <w:p>
      <w:pPr>
        <w:spacing w:after="40"/>
        <w:pBdr>
          <w:bottom w:val="single" w:sz="4" w:space="1" w:color="B8A88F"/>
        </w:pBdr>
      </w:pPr>
      <w:r>
        <w:rPr>
          <w:sz w:val="20"/>
        </w:rPr>
        <w:t xml:space="preserve"> </w:t>
      </w:r>
    </w:p>
    <w:p>
      <w:pPr>
        <w:spacing w:after="20" w:before="160"/>
      </w:pPr>
      <w:r>
        <w:rPr>
          <w:b/>
          <w:i w:val="0"/>
          <w:color w:val="4B2E6B"/>
          <w:sz w:val="18"/>
        </w:rPr>
        <w:t>Guardian signature — I accept this responsibility</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GUARDIAN SIGNATURE</w:t>
            </w:r>
          </w:p>
          <w:p>
            <w:pPr>
              <w:pBdr>
                <w:bottom w:val="single" w:sz="4" w:space="1" w:color="B8A88F"/>
              </w:pBdr>
            </w:pPr>
            <w:r>
              <w:rPr>
                <w:sz w:val="18"/>
              </w:rPr>
              <w:t xml:space="preserve"> </w:t>
            </w:r>
          </w:p>
        </w:tc>
        <w:tc>
          <w:tcPr>
            <w:tcW w:type="dxa" w:w="5112"/>
          </w:tcPr>
          <w:p>
            <w:pPr>
              <w:spacing w:after="20"/>
            </w:pPr>
            <w:r>
              <w:rPr>
                <w:b/>
                <w:color w:val="4B2E6B"/>
                <w:sz w:val="15"/>
              </w:rPr>
              <w:t>DATE</w:t>
            </w:r>
          </w:p>
          <w:p>
            <w:pPr>
              <w:pBdr>
                <w:bottom w:val="single" w:sz="4" w:space="1" w:color="B8A88F"/>
              </w:pBdr>
            </w:pPr>
            <w:r>
              <w:rPr>
                <w:sz w:val="18"/>
              </w:rPr>
              <w:t xml:space="preserve"> </w:t>
            </w:r>
          </w:p>
        </w:tc>
      </w:tr>
    </w:tbl>
    <w:p>
      <w:pPr>
        <w:spacing w:after="0"/>
      </w:pPr>
      <w:r>
        <w:rPr>
          <w:sz w:val="4"/>
        </w:rPr>
        <w:t xml:space="preserve"> </w:t>
      </w:r>
    </w:p>
    <w:p>
      <w:pPr>
        <w:spacing w:after="0" w:before="60"/>
      </w:pPr>
      <w:r>
        <w:rPr>
          <w:rFonts w:ascii="Calibri" w:hAnsi="Calibri"/>
          <w:b/>
          <w:color w:val="4B2E6B"/>
          <w:sz w:val="15"/>
        </w:rPr>
        <w:t>GUARDIAN PRINTED NAME</w:t>
      </w:r>
    </w:p>
    <w:p>
      <w:pPr>
        <w:spacing w:after="40"/>
        <w:pBdr>
          <w:bottom w:val="single" w:sz="4" w:space="1" w:color="B8A88F"/>
        </w:pBdr>
      </w:pPr>
      <w:r>
        <w:rPr>
          <w:sz w:val="20"/>
        </w:rPr>
        <w:t xml:space="preserve"> </w:t>
      </w:r>
    </w:p>
    <w:p>
      <w:r>
        <w:br w:type="page"/>
      </w:r>
    </w:p>
    <w:p>
      <w:pPr>
        <w:pStyle w:val="Heading1"/>
      </w:pPr>
      <w:r>
        <w:t>Witness and notarization</w:t>
      </w:r>
    </w:p>
    <w:p>
      <w:pPr>
        <w:spacing w:after="160" w:before="40"/>
        <w:pBdr>
          <w:bottom w:val="single" w:sz="12" w:space="1" w:color="C9A86A"/>
        </w:pBdr>
      </w:pPr>
    </w:p>
    <w:p>
      <w:pPr>
        <w:pStyle w:val="Heading2"/>
      </w:pPr>
      <w:r>
        <w:t>Witness</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WITNESS SIGNATURE</w:t>
            </w:r>
          </w:p>
          <w:p>
            <w:pPr>
              <w:pBdr>
                <w:bottom w:val="single" w:sz="4" w:space="1" w:color="B8A88F"/>
              </w:pBdr>
            </w:pPr>
            <w:r>
              <w:rPr>
                <w:sz w:val="18"/>
              </w:rPr>
              <w:t xml:space="preserve"> </w:t>
            </w:r>
          </w:p>
        </w:tc>
        <w:tc>
          <w:tcPr>
            <w:tcW w:type="dxa" w:w="5112"/>
          </w:tcPr>
          <w:p>
            <w:pPr>
              <w:spacing w:after="20"/>
            </w:pPr>
            <w:r>
              <w:rPr>
                <w:b/>
                <w:color w:val="4B2E6B"/>
                <w:sz w:val="15"/>
              </w:rPr>
              <w:t>DATE</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WITNESS PRINTED NAME</w:t>
            </w:r>
          </w:p>
          <w:p>
            <w:pPr>
              <w:pBdr>
                <w:bottom w:val="single" w:sz="4" w:space="1" w:color="B8A88F"/>
              </w:pBdr>
            </w:pPr>
            <w:r>
              <w:rPr>
                <w:sz w:val="18"/>
              </w:rPr>
              <w:t xml:space="preserve"> </w:t>
            </w:r>
          </w:p>
        </w:tc>
        <w:tc>
          <w:tcPr>
            <w:tcW w:type="dxa" w:w="5112"/>
          </w:tcPr>
          <w:p>
            <w:pPr>
              <w:spacing w:after="20"/>
            </w:pPr>
            <w:r>
              <w:rPr>
                <w:b/>
                <w:color w:val="4B2E6B"/>
                <w:sz w:val="15"/>
              </w:rPr>
              <w:t>WITNESS PHONE / ADDRESS</w:t>
            </w:r>
          </w:p>
          <w:p>
            <w:pPr>
              <w:pBdr>
                <w:bottom w:val="single" w:sz="4" w:space="1" w:color="B8A88F"/>
              </w:pBdr>
            </w:pPr>
            <w:r>
              <w:rPr>
                <w:sz w:val="18"/>
              </w:rPr>
              <w:t xml:space="preserve"> </w:t>
            </w:r>
          </w:p>
        </w:tc>
      </w:tr>
    </w:tbl>
    <w:p>
      <w:pPr>
        <w:spacing w:after="0"/>
      </w:pPr>
      <w:r>
        <w:rPr>
          <w:sz w:val="4"/>
        </w:rPr>
        <w:t xml:space="preserve"> </w:t>
      </w:r>
    </w:p>
    <w:p>
      <w:pPr>
        <w:pStyle w:val="Heading2"/>
      </w:pPr>
      <w:r>
        <w:t>Notary public — to be completed by a notary, if you choose to notarize</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STATE</w:t>
            </w:r>
          </w:p>
          <w:p>
            <w:pPr>
              <w:pBdr>
                <w:bottom w:val="single" w:sz="4" w:space="1" w:color="B8A88F"/>
              </w:pBdr>
            </w:pPr>
            <w:r>
              <w:rPr>
                <w:sz w:val="18"/>
              </w:rPr>
              <w:t xml:space="preserve"> </w:t>
            </w:r>
          </w:p>
        </w:tc>
        <w:tc>
          <w:tcPr>
            <w:tcW w:type="dxa" w:w="5112"/>
          </w:tcPr>
          <w:p>
            <w:pPr>
              <w:spacing w:after="20"/>
            </w:pPr>
            <w:r>
              <w:rPr>
                <w:b/>
                <w:color w:val="4B2E6B"/>
                <w:sz w:val="15"/>
              </w:rPr>
              <w:t>COUNTY / BOROUGH</w:t>
            </w:r>
          </w:p>
          <w:p>
            <w:pPr>
              <w:pBdr>
                <w:bottom w:val="single" w:sz="4" w:space="1" w:color="B8A88F"/>
              </w:pBdr>
            </w:pPr>
            <w:r>
              <w:rPr>
                <w:sz w:val="18"/>
              </w:rPr>
              <w:t xml:space="preserve"> </w:t>
            </w:r>
          </w:p>
        </w:tc>
      </w:tr>
    </w:tbl>
    <w:p>
      <w:pPr>
        <w:spacing w:after="0"/>
      </w:pPr>
      <w:r>
        <w:rPr>
          <w:sz w:val="4"/>
        </w:rPr>
        <w:t xml:space="preserve"> </w:t>
      </w:r>
    </w:p>
    <w:p>
      <w:pPr>
        <w:spacing w:after="80" w:before="120"/>
      </w:pPr>
      <w:r>
        <w:rPr>
          <w:b w:val="0"/>
          <w:i w:val="0"/>
          <w:sz w:val="21"/>
        </w:rPr>
        <w:t>Subscribed, sworn to, and acknowledged before me on this date:</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DATE</w:t>
            </w:r>
          </w:p>
          <w:p>
            <w:pPr>
              <w:pBdr>
                <w:bottom w:val="single" w:sz="4" w:space="1" w:color="B8A88F"/>
              </w:pBdr>
            </w:pPr>
            <w:r>
              <w:rPr>
                <w:sz w:val="18"/>
              </w:rPr>
              <w:t xml:space="preserve"> </w:t>
            </w:r>
          </w:p>
        </w:tc>
        <w:tc>
          <w:tcPr>
            <w:tcW w:type="dxa" w:w="5112"/>
          </w:tcPr>
          <w:p>
            <w:pPr>
              <w:spacing w:after="20"/>
            </w:pPr>
            <w:r>
              <w:rPr>
                <w:b/>
                <w:color w:val="4B2E6B"/>
                <w:sz w:val="15"/>
              </w:rPr>
              <w:t>NAME OF PERSON WHO APPEARED (PET OWNER)</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NOTARY PUBLIC SIGNATURE</w:t>
            </w:r>
          </w:p>
          <w:p>
            <w:pPr>
              <w:pBdr>
                <w:bottom w:val="single" w:sz="4" w:space="1" w:color="B8A88F"/>
              </w:pBdr>
            </w:pPr>
            <w:r>
              <w:rPr>
                <w:sz w:val="18"/>
              </w:rPr>
              <w:t xml:space="preserve"> </w:t>
            </w:r>
          </w:p>
        </w:tc>
        <w:tc>
          <w:tcPr>
            <w:tcW w:type="dxa" w:w="5112"/>
          </w:tcPr>
          <w:p>
            <w:pPr>
              <w:spacing w:after="20"/>
            </w:pPr>
            <w:r>
              <w:rPr>
                <w:b/>
                <w:color w:val="4B2E6B"/>
                <w:sz w:val="15"/>
              </w:rPr>
              <w:t>NOTARY PRINTED NAME</w:t>
            </w:r>
          </w:p>
          <w:p>
            <w:pPr>
              <w:pBdr>
                <w:bottom w:val="single" w:sz="4" w:space="1" w:color="B8A88F"/>
              </w:pBdr>
            </w:pPr>
            <w:r>
              <w:rPr>
                <w:sz w:val="18"/>
              </w:rPr>
              <w:t xml:space="preserve"> </w:t>
            </w:r>
          </w:p>
        </w:tc>
      </w:tr>
    </w:tbl>
    <w:p>
      <w:pPr>
        <w:spacing w:after="0"/>
      </w:pPr>
      <w:r>
        <w:rPr>
          <w:sz w:val="4"/>
        </w:rPr>
        <w:t xml:space="preserve"> </w:t>
      </w:r>
    </w:p>
    <w:tbl>
      <w:tblPr>
        <w:tblW w:type="auto" w:w="0"/>
        <w:jc w:val="center"/>
        <w:tblLayout w:type="autofit"/>
        <w:tblLook w:firstColumn="1" w:firstRow="1" w:lastColumn="0" w:lastRow="0" w:noHBand="0" w:noVBand="1" w:val="04A0"/>
        <w:tblBorders>
          <w:top w:val="nil" w:sz="0" w:color="auto"/>
          <w:left w:val="nil" w:sz="0" w:color="auto"/>
          <w:bottom w:val="nil" w:sz="0" w:color="auto"/>
          <w:right w:val="nil" w:sz="0" w:color="auto"/>
          <w:insideH w:val="nil" w:sz="0" w:color="auto"/>
          <w:insideV w:val="nil" w:sz="0" w:color="auto"/>
        </w:tblBorders>
      </w:tblPr>
      <w:tblGrid>
        <w:gridCol w:w="5112"/>
        <w:gridCol w:w="5112"/>
      </w:tblGrid>
      <w:tr>
        <w:tc>
          <w:tcPr>
            <w:tcW w:type="dxa" w:w="5112"/>
          </w:tcPr>
          <w:p>
            <w:pPr>
              <w:spacing w:after="20"/>
            </w:pPr>
            <w:r>
              <w:rPr>
                <w:b/>
                <w:color w:val="4B2E6B"/>
                <w:sz w:val="15"/>
              </w:rPr>
              <w:t>MY COMMISSION EXPIRES</w:t>
            </w:r>
          </w:p>
          <w:p>
            <w:pPr>
              <w:pBdr>
                <w:bottom w:val="single" w:sz="4" w:space="1" w:color="B8A88F"/>
              </w:pBdr>
            </w:pPr>
            <w:r>
              <w:rPr>
                <w:sz w:val="18"/>
              </w:rPr>
              <w:t xml:space="preserve"> </w:t>
            </w:r>
          </w:p>
        </w:tc>
        <w:tc>
          <w:tcPr>
            <w:tcW w:type="dxa" w:w="5112"/>
          </w:tcPr>
          <w:p>
            <w:pPr>
              <w:spacing w:after="20"/>
            </w:pPr>
            <w:r>
              <w:rPr>
                <w:b/>
                <w:color w:val="4B2E6B"/>
                <w:sz w:val="15"/>
              </w:rPr>
              <w:t>COMMISSION NUMBER, IF ANY</w:t>
            </w:r>
          </w:p>
          <w:p>
            <w:pPr>
              <w:pBdr>
                <w:bottom w:val="single" w:sz="4" w:space="1" w:color="B8A88F"/>
              </w:pBdr>
            </w:pPr>
            <w:r>
              <w:rPr>
                <w:sz w:val="18"/>
              </w:rPr>
              <w:t xml:space="preserve"> </w:t>
            </w:r>
          </w:p>
        </w:tc>
      </w:tr>
    </w:tbl>
    <w:p>
      <w:pPr>
        <w:spacing w:after="0"/>
      </w:pPr>
      <w:r>
        <w:rPr>
          <w:sz w:val="4"/>
        </w:rPr>
        <w:t xml:space="preserve"> </w:t>
      </w:r>
    </w:p>
    <w:tbl>
      <w:tblPr>
        <w:tblW w:type="auto" w:w="0"/>
        <w:jc w:val="center"/>
        <w:tblLook w:firstColumn="1" w:firstRow="1" w:lastColumn="0" w:lastRow="0" w:noHBand="0" w:noVBand="1" w:val="04A0"/>
      </w:tblPr>
      <w:tblGrid>
        <w:gridCol w:w="10224"/>
      </w:tblGrid>
      <w:tr>
        <w:tc>
          <w:tcPr>
            <w:tcW w:type="dxa" w:w="10224"/>
            <w:shd w:fill="EFE9F5"/>
            <w:tcBorders>
              <w:top w:val="single" w:sz="6" w:color="C9A86A"/>
              <w:left w:val="single" w:sz="6" w:color="C9A86A"/>
              <w:bottom w:val="single" w:sz="6" w:color="C9A86A"/>
              <w:right w:val="single" w:sz="6" w:color="C9A86A"/>
            </w:tcBorders>
          </w:tcPr>
          <w:p>
            <w:pPr>
              <w:jc w:val="center"/>
            </w:pPr>
            <w:r>
              <w:rPr>
                <w:i/>
                <w:color w:val="5A5A5A"/>
                <w:sz w:val="18"/>
              </w:rPr>
              <w:t>Place notary seal or stamp here</w:t>
            </w:r>
          </w:p>
          <w:p>
            <w:r>
              <w:rPr>
                <w:sz w:val="24"/>
              </w:rPr>
              <w:t xml:space="preserve"> </w:t>
            </w:r>
          </w:p>
          <w:p>
            <w:r>
              <w:rPr>
                <w:sz w:val="24"/>
              </w:rPr>
              <w:t xml:space="preserve"> </w:t>
            </w:r>
          </w:p>
        </w:tc>
      </w:tr>
    </w:tbl>
    <w:p>
      <w:pPr>
        <w:pStyle w:val="Heading1"/>
      </w:pPr>
      <w:r>
        <w:t>Share this plan</w:t>
      </w:r>
    </w:p>
    <w:p>
      <w:pPr>
        <w:spacing w:after="160" w:before="40"/>
        <w:pBdr>
          <w:bottom w:val="single" w:sz="12" w:space="1" w:color="C9A86A"/>
        </w:pBdr>
      </w:pPr>
    </w:p>
    <w:p>
      <w:pPr>
        <w:spacing w:after="80" w:before="0"/>
      </w:pPr>
      <w:r>
        <w:rPr>
          <w:b w:val="0"/>
          <w:i/>
          <w:color w:val="5A5A5A"/>
          <w:sz w:val="20"/>
        </w:rPr>
        <w:t>Checklist — when each step is done, check the box:</w:t>
      </w:r>
    </w:p>
    <w:p>
      <w:pPr>
        <w:spacing w:after="60"/>
        <w:ind w:left="360"/>
      </w:pPr>
      <w:r>
        <w:rPr>
          <w:sz w:val="21"/>
        </w:rPr>
        <w:t>☐   Give a copy to my designated guardian.</w:t>
      </w:r>
    </w:p>
    <w:p>
      <w:pPr>
        <w:spacing w:after="60"/>
        <w:ind w:left="360"/>
      </w:pPr>
      <w:r>
        <w:rPr>
          <w:sz w:val="21"/>
        </w:rPr>
        <w:t>☐   Give a copy to my second-choice guardian and my emergency contact.</w:t>
      </w:r>
    </w:p>
    <w:p>
      <w:pPr>
        <w:spacing w:after="60"/>
        <w:ind w:left="360"/>
      </w:pPr>
      <w:r>
        <w:rPr>
          <w:sz w:val="21"/>
        </w:rPr>
        <w:t>☐   Keep a copy in my medical record.</w:t>
      </w:r>
    </w:p>
    <w:p>
      <w:pPr>
        <w:spacing w:after="60"/>
        <w:ind w:left="360"/>
      </w:pPr>
      <w:r>
        <w:rPr>
          <w:sz w:val="21"/>
        </w:rPr>
        <w:t>☐   Keep a copy at home where emergency responders can find it.</w:t>
      </w:r>
    </w:p>
    <w:p>
      <w:pPr>
        <w:spacing w:after="60"/>
        <w:ind w:left="360"/>
      </w:pPr>
      <w:r>
        <w:rPr>
          <w:sz w:val="21"/>
        </w:rPr>
        <w:t>☐   Tell my veterinarian about this plan.</w:t>
      </w:r>
    </w:p>
    <w:p>
      <w:pPr>
        <w:spacing w:after="60"/>
        <w:ind w:left="360"/>
      </w:pPr>
      <w:r>
        <w:rPr>
          <w:sz w:val="21"/>
        </w:rPr>
        <w:t>☐   Review and update this plan once a year.</w:t>
      </w:r>
    </w:p>
    <w:p>
      <w:pPr>
        <w:spacing w:after="0" w:before="60"/>
      </w:pPr>
      <w:r>
        <w:rPr>
          <w:rFonts w:ascii="Calibri" w:hAnsi="Calibri"/>
          <w:b/>
          <w:color w:val="4B2E6B"/>
          <w:sz w:val="15"/>
        </w:rPr>
        <w:t>LAST REVIEWED</w:t>
      </w:r>
    </w:p>
    <w:p>
      <w:pPr>
        <w:spacing w:after="40"/>
        <w:pBdr>
          <w:bottom w:val="single" w:sz="4" w:space="1" w:color="B8A88F"/>
        </w:pBdr>
      </w:pPr>
      <w:r>
        <w:rPr>
          <w:sz w:val="20"/>
        </w:rPr>
        <w:t xml:space="preserve"> </w:t>
      </w:r>
    </w:p>
    <w:p>
      <w:pPr>
        <w:spacing w:after="160" w:before="40"/>
        <w:pBdr>
          <w:bottom w:val="single" w:sz="12" w:space="1" w:color="C9A86A"/>
        </w:pBdr>
      </w:pPr>
    </w:p>
    <w:p>
      <w:pPr>
        <w:spacing w:after="80" w:before="120"/>
        <w:jc w:val="center"/>
      </w:pPr>
      <w:r>
        <w:rPr>
          <w:rFonts w:ascii="Georgia" w:hAnsi="Georgia"/>
          <w:b/>
          <w:i w:val="0"/>
          <w:color w:val="4B2E6B"/>
          <w:sz w:val="26"/>
        </w:rPr>
        <w:t>From Awareness to Health</w:t>
      </w:r>
    </w:p>
    <w:p>
      <w:pPr>
        <w:spacing w:after="80" w:before="0"/>
        <w:jc w:val="center"/>
      </w:pPr>
      <w:r>
        <w:rPr>
          <w:b w:val="0"/>
          <w:i w:val="0"/>
          <w:color w:val="5A5A5A"/>
          <w:sz w:val="18"/>
        </w:rPr>
        <w:t>Copyright © 2026 Rhonda Kay Noble. All rights reserved.</w:t>
      </w:r>
    </w:p>
    <w:p>
      <w:pPr>
        <w:spacing w:after="80" w:before="0"/>
        <w:jc w:val="center"/>
      </w:pPr>
      <w:r>
        <w:rPr>
          <w:b w:val="0"/>
          <w:i w:val="0"/>
          <w:color w:val="5A5A5A"/>
          <w:sz w:val="16"/>
        </w:rPr>
        <w:t>Copyright Kay Noble 2026</w:t>
      </w:r>
    </w:p>
    <w:sectPr w:rsidR="00FC693F" w:rsidRPr="0006063C" w:rsidSect="00034616">
      <w:footerReference w:type="default" r:id="rId9"/>
      <w:pgSz w:w="12240" w:h="15840"/>
      <w:pgMar w:top="648" w:right="1008" w:bottom="57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A5A5A"/>
        <w:sz w:val="15"/>
      </w:rPr>
      <w:t>Pet Emergency Plan and Guardian Designation  •  Copyright © 2026 Rhonda Kay Noble. All rights reserved.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color w:val="2B2B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80"/>
      <w:outlineLvl w:val="0"/>
    </w:pPr>
    <w:rPr>
      <w:rFonts w:asciiTheme="majorHAnsi" w:eastAsiaTheme="majorEastAsia" w:hAnsiTheme="majorHAnsi" w:cstheme="majorBidi" w:ascii="Georgia" w:hAnsi="Georgia"/>
      <w:b/>
      <w:bCs/>
      <w:color w:val="4B2E6B"/>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B2E6B"/>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4B2E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Emergency Plan and Guardian Designation</dc:title>
  <dc:subject>A fill-in plan to keep with your medical record and share with your emergency contacts</dc:subject>
  <dc:creator>Rhonda Kay Noble</dc:creator>
  <cp:keywords/>
  <dc:description>generated by python-docx</dc:description>
  <cp:lastModifiedBy/>
  <cp:revision>1</cp:revision>
  <dcterms:created xsi:type="dcterms:W3CDTF">2013-12-23T23:15:00Z</dcterms:created>
  <dcterms:modified xsi:type="dcterms:W3CDTF">2013-12-23T23:15:00Z</dcterms:modified>
  <cp:category/>
</cp:coreProperties>
</file>