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A4E6B" w14:textId="77777777" w:rsidR="007B61A7" w:rsidRDefault="00000000">
      <w:pPr>
        <w:jc w:val="center"/>
      </w:pPr>
      <w:r>
        <w:rPr>
          <w:b/>
          <w:sz w:val="30"/>
        </w:rPr>
        <w:t>Adult Participant Release &amp; Waiver of Liability and</w:t>
      </w:r>
      <w:r>
        <w:rPr>
          <w:b/>
          <w:sz w:val="30"/>
        </w:rPr>
        <w:br/>
        <w:t>Indemnity Agreement</w:t>
      </w:r>
    </w:p>
    <w:p w14:paraId="4F3F1BF0" w14:textId="77777777" w:rsidR="007B61A7" w:rsidRDefault="00000000">
      <w:r>
        <w:rPr>
          <w:b/>
        </w:rPr>
        <w:t>PLEASE READ CAREFULLY. THIS DOCUMENT AFFECTS YOUR LEGAL RIGHTS AND IS LEGALLY BINDING. BY SIGNING THIS AGREEMENT YOU ARE RELEASING THE GROVE WELLNESS, LLC FROM ALL LIABILITY AND FOREVER GIVING UP ANY CLAIMS THEREFOR</w:t>
      </w:r>
    </w:p>
    <w:p w14:paraId="431FA173" w14:textId="77777777" w:rsidR="007B61A7" w:rsidRDefault="00000000">
      <w:pPr>
        <w:spacing w:before="60" w:after="60"/>
      </w:pPr>
      <w:r>
        <w:rPr>
          <w:b/>
          <w:sz w:val="22"/>
        </w:rPr>
        <w:t>Assumption of Risk</w:t>
      </w:r>
    </w:p>
    <w:p w14:paraId="2F819BC2" w14:textId="77777777" w:rsidR="007B61A7" w:rsidRDefault="00000000">
      <w:r>
        <w:t>I acknowledge and agree that any use of The Grove Wellness, LLC facilities, services, equipment and premises ("Facilities") and any participation in The Grove Wellness, LLC programs, services and activities ("Programs") comes with inherent risks including, but in no way limited to: (1) moderate and severe personal injury, (2) property damage, (3) disability, (4) death, and (5) sickness or disease including, without limitation, COVID-19. I voluntarily accept and assume full responsibility for these risks as well as any and all other risks of the use of Facilities and participation in Programs. I agree that I have full knowledge of the nature and extent of all such risks and am not relying on all such risks being described in this document.</w:t>
      </w:r>
    </w:p>
    <w:p w14:paraId="1A41394C" w14:textId="77777777" w:rsidR="007B61A7" w:rsidRDefault="00000000">
      <w:pPr>
        <w:spacing w:before="60" w:after="60"/>
      </w:pPr>
      <w:r>
        <w:rPr>
          <w:b/>
          <w:sz w:val="22"/>
        </w:rPr>
        <w:t>Waiver, Release, Indemnification and Covenant Not to Sue</w:t>
      </w:r>
    </w:p>
    <w:p w14:paraId="533FC797" w14:textId="77777777" w:rsidR="007B61A7" w:rsidRDefault="00000000">
      <w:r>
        <w:t>In consideration of the use of Facilities and participation in Programs I, the undersigned, agree that The Grove Wellness, LLC, its owners, members, tenants and sub-lessees, officers, directors, agents, employees, volunteers, insurers and representatives ("Releasees") will not be liable for any personal injury, property damage, disability, death, sickness or disease incurred by myself, my family members, dependents, or guests, including minors, however occurring including, but not limited to the negligence of Releasees. I understand that I will be solely responsible for any loss or damage, including personal injury, property damage, disability, death, sickness or disease sustained from the use of Facilities and participation in Programs.</w:t>
      </w:r>
    </w:p>
    <w:p w14:paraId="50D8C16C" w14:textId="77777777" w:rsidR="007B61A7" w:rsidRDefault="00000000">
      <w:r>
        <w:t xml:space="preserve">I further, agree on behalf of myself and any and all legal successors and proxies to release and </w:t>
      </w:r>
      <w:r>
        <w:rPr>
          <w:b/>
        </w:rPr>
        <w:t>HEREBY DO RELEASE, WAIVE AND COVENANT NOT TO SUE</w:t>
      </w:r>
      <w:r>
        <w:t xml:space="preserve"> Releasees from any causes of action, claims, suits, liabilities or demands of any nature whatsoever including, but in no way limited to, claims of negligence, which I and any and all legal successors and proxies may have, now or in the future, against Releasees on account of personal injury, property damage, disability, death, sickness, diseases or accident of any kind, arising out of or in any way related to the use of Facilities or participation in Programs, whether that participation is supervised or unsupervised, however the injury or damage occurs, including, but not limited to the negligence of Releasees.</w:t>
      </w:r>
    </w:p>
    <w:p w14:paraId="268136B6" w14:textId="77777777" w:rsidR="007B61A7" w:rsidRDefault="00000000">
      <w:r>
        <w:t xml:space="preserve">In further consideration of the use of Facilities and participation in Programs, I agree to </w:t>
      </w:r>
      <w:r>
        <w:rPr>
          <w:b/>
        </w:rPr>
        <w:t>INDEMNIFY AND HOLD HARMLESS</w:t>
      </w:r>
      <w:r>
        <w:t xml:space="preserve"> Releasees from any and all causes of action, claims, demands, losses, suits, liabilities or costs of any nature whatsoever, including claims of negligence, arising out of or in any way related to the use of Facilities and participation in Programs by myself, my family members, dependents or guests, including any minors.</w:t>
      </w:r>
    </w:p>
    <w:p w14:paraId="461C9BDD" w14:textId="77777777" w:rsidR="007B61A7" w:rsidRDefault="00000000">
      <w:pPr>
        <w:spacing w:before="60" w:after="60"/>
      </w:pPr>
      <w:r>
        <w:rPr>
          <w:b/>
          <w:sz w:val="22"/>
        </w:rPr>
        <w:t>Photo &amp; Video Consent</w:t>
      </w:r>
    </w:p>
    <w:p w14:paraId="52944C85" w14:textId="77777777" w:rsidR="007B61A7" w:rsidRDefault="00000000">
      <w:r>
        <w:t>The Grove Wellness, LLC may occasionally take photographs or video recordings during classes, programs, workshops, and events for use in promotional and marketing materials, including The Grove's website, social media, print materials, and advertising. Photo and video consent is optional and is not required to participate in The Grove's classes, programs, or services.</w:t>
      </w:r>
    </w:p>
    <w:p w14:paraId="1E485EFD" w14:textId="77777777" w:rsidR="007B61A7" w:rsidRDefault="00000000">
      <w:r>
        <w:rPr>
          <w:b/>
        </w:rPr>
        <w:t>Please select one:</w:t>
      </w:r>
    </w:p>
    <w:p w14:paraId="5970CD20" w14:textId="77777777" w:rsidR="007B61A7" w:rsidRDefault="00000000">
      <w:pPr>
        <w:ind w:left="216"/>
      </w:pPr>
      <w:r>
        <w:rPr>
          <w:b/>
        </w:rPr>
        <w:t xml:space="preserve">☐  YES — </w:t>
      </w:r>
      <w:r>
        <w:t>I give The Grove Wellness, LLC permission to photograph and/or record me and to use my image or likeness for promotional and marketing purposes.</w:t>
      </w:r>
    </w:p>
    <w:p w14:paraId="577A2DD3" w14:textId="77777777" w:rsidR="007B61A7" w:rsidRDefault="00000000">
      <w:pPr>
        <w:ind w:left="216"/>
      </w:pPr>
      <w:r>
        <w:rPr>
          <w:b/>
        </w:rPr>
        <w:t xml:space="preserve">☐  NO — </w:t>
      </w:r>
      <w:r>
        <w:t>I do not give permission for my image or likeness to be photographed, recorded, or used for promotional or marketing purposes.</w:t>
      </w:r>
    </w:p>
    <w:p w14:paraId="053CD265" w14:textId="77777777" w:rsidR="007B61A7" w:rsidRDefault="007B61A7"/>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7B61A7" w14:paraId="2E75857F" w14:textId="77777777">
        <w:trPr>
          <w:jc w:val="center"/>
        </w:trPr>
        <w:tc>
          <w:tcPr>
            <w:tcW w:w="4680" w:type="dxa"/>
            <w:vAlign w:val="center"/>
          </w:tcPr>
          <w:p w14:paraId="09601EE6" w14:textId="77777777" w:rsidR="007B61A7" w:rsidRDefault="00000000">
            <w:pPr>
              <w:spacing w:after="0"/>
            </w:pPr>
            <w:r>
              <w:t>__________________________________</w:t>
            </w:r>
          </w:p>
        </w:tc>
        <w:tc>
          <w:tcPr>
            <w:tcW w:w="4680" w:type="dxa"/>
            <w:vAlign w:val="center"/>
          </w:tcPr>
          <w:p w14:paraId="478E057E" w14:textId="77777777" w:rsidR="007B61A7" w:rsidRDefault="00000000">
            <w:pPr>
              <w:spacing w:after="0"/>
            </w:pPr>
            <w:r>
              <w:t>__________________________________</w:t>
            </w:r>
          </w:p>
        </w:tc>
      </w:tr>
      <w:tr w:rsidR="007B61A7" w14:paraId="1C68DF8E" w14:textId="77777777">
        <w:trPr>
          <w:jc w:val="center"/>
        </w:trPr>
        <w:tc>
          <w:tcPr>
            <w:tcW w:w="4680" w:type="dxa"/>
            <w:vAlign w:val="center"/>
          </w:tcPr>
          <w:p w14:paraId="6D8F20FE" w14:textId="77777777" w:rsidR="007B61A7" w:rsidRDefault="00000000">
            <w:pPr>
              <w:spacing w:after="0"/>
            </w:pPr>
            <w:r>
              <w:t>Participant Signature</w:t>
            </w:r>
          </w:p>
        </w:tc>
        <w:tc>
          <w:tcPr>
            <w:tcW w:w="4680" w:type="dxa"/>
            <w:vAlign w:val="center"/>
          </w:tcPr>
          <w:p w14:paraId="26F19188" w14:textId="77777777" w:rsidR="007B61A7" w:rsidRDefault="00000000">
            <w:pPr>
              <w:spacing w:after="0"/>
            </w:pPr>
            <w:r>
              <w:t>Participant Name (Print Clearly)</w:t>
            </w:r>
          </w:p>
        </w:tc>
      </w:tr>
    </w:tbl>
    <w:p w14:paraId="7E55198F" w14:textId="77777777" w:rsidR="007B61A7" w:rsidRDefault="00000000">
      <w:pPr>
        <w:spacing w:before="120"/>
      </w:pPr>
      <w:r>
        <w:t>Date: ______________________________</w:t>
      </w:r>
    </w:p>
    <w:sectPr w:rsidR="007B61A7"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9302534">
    <w:abstractNumId w:val="8"/>
  </w:num>
  <w:num w:numId="2" w16cid:durableId="1352683880">
    <w:abstractNumId w:val="6"/>
  </w:num>
  <w:num w:numId="3" w16cid:durableId="1920170297">
    <w:abstractNumId w:val="5"/>
  </w:num>
  <w:num w:numId="4" w16cid:durableId="160582328">
    <w:abstractNumId w:val="4"/>
  </w:num>
  <w:num w:numId="5" w16cid:durableId="1380088032">
    <w:abstractNumId w:val="7"/>
  </w:num>
  <w:num w:numId="6" w16cid:durableId="1495412738">
    <w:abstractNumId w:val="3"/>
  </w:num>
  <w:num w:numId="7" w16cid:durableId="679358265">
    <w:abstractNumId w:val="2"/>
  </w:num>
  <w:num w:numId="8" w16cid:durableId="728917899">
    <w:abstractNumId w:val="1"/>
  </w:num>
  <w:num w:numId="9" w16cid:durableId="500043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078E"/>
    <w:rsid w:val="0029639D"/>
    <w:rsid w:val="00326F90"/>
    <w:rsid w:val="007B61A7"/>
    <w:rsid w:val="00AA1D8D"/>
    <w:rsid w:val="00B47730"/>
    <w:rsid w:val="00CB0664"/>
    <w:rsid w:val="00DB44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CB5413"/>
  <w14:defaultImageDpi w14:val="300"/>
  <w15:docId w15:val="{9AC4D773-1079-472E-94C1-DF679A58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 Nagy</cp:lastModifiedBy>
  <cp:revision>2</cp:revision>
  <cp:lastPrinted>2026-09-04T17:32:00Z</cp:lastPrinted>
  <dcterms:created xsi:type="dcterms:W3CDTF">2026-09-04T17:33:00Z</dcterms:created>
  <dcterms:modified xsi:type="dcterms:W3CDTF">2026-09-04T17:33:00Z</dcterms:modified>
  <cp:category/>
</cp:coreProperties>
</file>