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JDANIELS PROPERTY GROUP, LLC</w:t>
      </w:r>
    </w:p>
    <w:p>
      <w:pPr>
        <w:jc w:val="center"/>
      </w:pPr>
      <w:r>
        <w:rPr>
          <w:b/>
          <w:sz w:val="26"/>
        </w:rPr>
        <w:t>RESIDENTIAL RENTAL APPLICATION</w:t>
      </w:r>
    </w:p>
    <w:p>
      <w:r>
        <w:t>Please complete this application for consideration as a prospective tenant. Submission does not guarantee approval or reserve the property. Each adult applicant (18 or older) should complete a separate application.</w:t>
      </w:r>
    </w:p>
    <w:p>
      <w:pPr>
        <w:spacing w:before="140" w:after="40"/>
      </w:pPr>
      <w:r>
        <w:rPr>
          <w:b/>
          <w:sz w:val="22"/>
        </w:rPr>
        <w:t>PROPERTY</w:t>
      </w:r>
    </w:p>
    <w:p>
      <w:pPr>
        <w:spacing w:after="60"/>
      </w:pPr>
      <w:r>
        <w:rPr>
          <w:b/>
        </w:rPr>
        <w:t xml:space="preserve">Property Address: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Desired Move-In Date: </w:t>
      </w:r>
      <w:r>
        <w:t>__________________________________________________________________</w:t>
      </w:r>
    </w:p>
    <w:p>
      <w:pPr>
        <w:spacing w:before="140" w:after="40"/>
      </w:pPr>
      <w:r>
        <w:rPr>
          <w:b/>
          <w:sz w:val="22"/>
        </w:rPr>
        <w:t>APPLICANT INFORMATION</w:t>
      </w:r>
    </w:p>
    <w:p>
      <w:pPr>
        <w:spacing w:after="60"/>
      </w:pPr>
      <w:r>
        <w:rPr>
          <w:b/>
        </w:rPr>
        <w:t xml:space="preserve">Full Legal Name: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Date of Birth: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Phone Number: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Email Address: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Current Address: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City / State / ZIP: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How Long at Current Address: </w:t>
      </w:r>
      <w:r>
        <w:t>__________________________________________________________________</w:t>
      </w:r>
    </w:p>
    <w:p>
      <w:r>
        <w:rPr>
          <w:b/>
        </w:rPr>
        <w:t xml:space="preserve">Social Security Number: </w:t>
      </w:r>
      <w:r>
        <w:t>Do not provide it on this application. If tenant screening is requested, sensitive identifying information will be submitted separately through the screening provider.</w:t>
      </w:r>
    </w:p>
    <w:p>
      <w:pPr>
        <w:spacing w:before="140" w:after="40"/>
      </w:pPr>
      <w:r>
        <w:rPr>
          <w:b/>
          <w:sz w:val="22"/>
        </w:rPr>
        <w:t>PROPOSED OCCUPANTS</w:t>
      </w:r>
    </w:p>
    <w:p>
      <w:pPr>
        <w:spacing w:after="60"/>
      </w:pPr>
      <w:r>
        <w:rPr>
          <w:b/>
        </w:rPr>
        <w:t xml:space="preserve">Name / Age / Relationship: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Name / Age / Relationship: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Name / Age / Relationship: </w:t>
      </w:r>
      <w:r>
        <w:t>__________________________________________________________________</w:t>
      </w:r>
    </w:p>
    <w:p>
      <w:pPr>
        <w:spacing w:before="140" w:after="40"/>
      </w:pPr>
      <w:r>
        <w:rPr>
          <w:b/>
          <w:sz w:val="22"/>
        </w:rPr>
        <w:t>RENTAL HISTORY</w:t>
      </w:r>
    </w:p>
    <w:p>
      <w:pPr>
        <w:spacing w:after="60"/>
      </w:pPr>
      <w:r>
        <w:rPr>
          <w:b/>
        </w:rPr>
        <w:t xml:space="preserve">Current Landlord / Property Manager: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Landlord Phone / Email: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Current Monthly Rent: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Reason for Moving: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Previous Address: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Previous Landlord / Property Manager: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Previous Landlord Phone / Email: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Dates at Previous Address: </w:t>
      </w:r>
      <w:r>
        <w:t>__________________________________________________________________</w:t>
      </w:r>
    </w:p>
    <w:p>
      <w:pPr>
        <w:spacing w:after="40"/>
      </w:pPr>
      <w:r>
        <w:rPr>
          <w:b/>
        </w:rPr>
        <w:t xml:space="preserve">☐ No   ☐ Yes   </w:t>
      </w:r>
      <w:r>
        <w:t>Have you ever been evicted or had an eviction action filed against you?</w:t>
      </w:r>
    </w:p>
    <w:p>
      <w:pPr>
        <w:spacing w:after="40"/>
      </w:pPr>
      <w:r>
        <w:rPr>
          <w:b/>
        </w:rPr>
        <w:t xml:space="preserve">☐ No   ☐ Yes   </w:t>
      </w:r>
      <w:r>
        <w:t>Have you ever broken a residential lease before the end of its term?</w:t>
      </w:r>
    </w:p>
    <w:p>
      <w:pPr>
        <w:spacing w:after="40"/>
      </w:pPr>
      <w:r>
        <w:rPr>
          <w:b/>
        </w:rPr>
        <w:t xml:space="preserve">☐ No   ☐ Yes   </w:t>
      </w:r>
      <w:r>
        <w:t>Do you currently owe money to a former landlord or property manager?</w:t>
      </w:r>
    </w:p>
    <w:p>
      <w:pPr>
        <w:spacing w:after="40"/>
      </w:pPr>
      <w:r>
        <w:rPr>
          <w:b/>
        </w:rPr>
        <w:t xml:space="preserve">☐ No   ☐ Yes   </w:t>
      </w:r>
      <w:r>
        <w:t>Have you ever been asked to leave a rental property for a lease violation?</w:t>
      </w:r>
    </w:p>
    <w:p>
      <w:pPr>
        <w:spacing w:after="60"/>
      </w:pPr>
      <w:r>
        <w:rPr>
          <w:b/>
        </w:rPr>
        <w:t xml:space="preserve">If yes to any question above, explain: </w:t>
      </w:r>
      <w:r>
        <w:t>__________________________________________________________________</w:t>
      </w:r>
    </w:p>
    <w:p>
      <w:pPr>
        <w:spacing w:before="140" w:after="40"/>
      </w:pPr>
      <w:r>
        <w:rPr>
          <w:b/>
          <w:sz w:val="22"/>
        </w:rPr>
        <w:t>EMPLOYMENT AND INCOME</w:t>
      </w:r>
    </w:p>
    <w:p>
      <w:pPr>
        <w:spacing w:after="60"/>
      </w:pPr>
      <w:r>
        <w:rPr>
          <w:b/>
        </w:rPr>
        <w:t xml:space="preserve">Employer: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Position / Job Title: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Employer Phone: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Length of Employment: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Gross Monthly Income: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Other Verifiable Income / Source: </w:t>
      </w:r>
      <w:r>
        <w:t>__________________________________________________________________</w:t>
      </w:r>
    </w:p>
    <w:p>
      <w:pPr>
        <w:spacing w:before="140" w:after="40"/>
      </w:pPr>
      <w:r>
        <w:rPr>
          <w:b/>
          <w:sz w:val="22"/>
        </w:rPr>
        <w:t>REFERENCES</w:t>
      </w:r>
    </w:p>
    <w:p>
      <w:pPr>
        <w:spacing w:after="60"/>
      </w:pPr>
      <w:r>
        <w:rPr>
          <w:b/>
        </w:rPr>
        <w:t xml:space="preserve">Reference 1: Name / Relationship / Phone: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Reference 2: Name / Relationship / Phone: </w:t>
      </w:r>
      <w:r>
        <w:t>__________________________________________________________________</w:t>
      </w:r>
    </w:p>
    <w:p>
      <w:pPr>
        <w:spacing w:before="140" w:after="40"/>
      </w:pPr>
      <w:r>
        <w:rPr>
          <w:b/>
          <w:sz w:val="22"/>
        </w:rPr>
        <w:t>APPLICANT CERTIFICATION</w:t>
      </w:r>
    </w:p>
    <w:p>
      <w:r>
        <w:t>I certify that the information provided in this application is true and complete to the best of my knowledge. I authorize JDaniels Property Group, LLC to verify the information provided, including contacting landlords, employers, and references. I understand that false or materially misleading information may result in denial. I understand that this application is not a lease and does not guarantee approval or reserve the property.</w:t>
      </w:r>
    </w:p>
    <w:p>
      <w:pPr>
        <w:spacing w:after="60"/>
      </w:pPr>
      <w:r>
        <w:rPr>
          <w:b/>
        </w:rPr>
        <w:t xml:space="preserve">Applicant Signature: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Printed Name: </w:t>
      </w:r>
      <w:r>
        <w:t>__________________________________________________________________</w:t>
      </w:r>
    </w:p>
    <w:p>
      <w:pPr>
        <w:spacing w:after="60"/>
      </w:pPr>
      <w:r>
        <w:rPr>
          <w:b/>
        </w:rPr>
        <w:t xml:space="preserve">Date: </w:t>
      </w:r>
      <w:r>
        <w:t>__________________________________________________________________</w:t>
      </w:r>
    </w:p>
    <w:p>
      <w:pPr>
        <w:spacing w:before="140" w:after="40"/>
      </w:pPr>
      <w:r>
        <w:rPr>
          <w:b/>
          <w:sz w:val="22"/>
        </w:rPr>
        <w:t>DOCUMENTS TO SUBMIT</w:t>
      </w:r>
    </w:p>
    <w:p>
      <w:r>
        <w:t>☐ Government-issued photo identification</w:t>
      </w:r>
    </w:p>
    <w:p>
      <w:r>
        <w:t>☐ Proof of income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JDaniels Property Group, LLC | Residential Rental Application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