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Order Form</w:t>
      </w:r>
    </w:p>
    <w:p w:rsidR="00000000" w:rsidDel="00000000" w:rsidP="00000000" w:rsidRDefault="00000000" w:rsidRPr="00000000" w14:paraId="00000002">
      <w:pPr>
        <w:pStyle w:val="Heading2"/>
        <w:rPr/>
      </w:pPr>
      <w:r w:rsidDel="00000000" w:rsidR="00000000" w:rsidRPr="00000000">
        <w:rPr>
          <w:rtl w:val="0"/>
        </w:rPr>
        <w:t xml:space="preserve">Site Information</w:t>
      </w:r>
    </w:p>
    <w:tbl>
      <w:tblPr>
        <w:tblStyle w:val="Table1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COMPANY NAME</w:t>
            </w:r>
          </w:p>
        </w:tc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highlight w:val="yellow"/>
                <w:rtl w:val="0"/>
              </w:rPr>
              <w:t xml:space="preserve">Property</w:t>
            </w:r>
            <w:r w:rsidDel="00000000" w:rsidR="00000000" w:rsidRPr="00000000">
              <w:rPr>
                <w:rtl w:val="0"/>
              </w:rPr>
              <w:t xml:space="preserve"> CORP NAME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SITE NAME (if applicable)</w:t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ADDRESS</w:t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NUMBER OF RESIDENTS ON SITE</w:t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TARGET LAUNCH DATE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HARDWARE TO BE INSTALLED</w:t>
              <w:br w:type="textWrapping"/>
            </w:r>
            <w:r w:rsidDel="00000000" w:rsidR="00000000" w:rsidRPr="00000000">
              <w:rPr>
                <w:rtl w:val="0"/>
              </w:rPr>
              <w:t xml:space="preserve">(Pantry or Fridge)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INSTALL LOCATION(S)</w:t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(Lobby, Mailroom, Gym, …)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Number of Cabinets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highlight w:val="yellow"/>
          <w:rtl w:val="0"/>
        </w:rPr>
        <w:t xml:space="preserve">Commercial Property </w:t>
      </w:r>
      <w:r w:rsidDel="00000000" w:rsidR="00000000" w:rsidRPr="00000000">
        <w:rPr>
          <w:rtl w:val="0"/>
        </w:rPr>
        <w:t xml:space="preserve">responsibilities</w:t>
      </w:r>
    </w:p>
    <w:tbl>
      <w:tblPr>
        <w:tblStyle w:val="Table2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ELECTRICAL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15 or 20 amp dedicated circuit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MARKETING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• Send out 2 email blasts to all residents (we’ll supply content)</w:t>
              <w:br w:type="textWrapping"/>
              <w:t xml:space="preserve">• Allow physical sign to be placed in the lobby for 3 weeks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INTERNET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Access to wifi/ethernet on dedicated channel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CLEANING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• Wipe glass and dusting once a week</w:t>
              <w:br w:type="textWrapping"/>
              <w:t xml:space="preserve">• Empty recycle bin twice a week</w:t>
            </w:r>
          </w:p>
        </w:tc>
      </w:tr>
    </w:tbl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Quote</w:t>
      </w:r>
    </w:p>
    <w:tbl>
      <w:tblPr>
        <w:tblStyle w:val="Table3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FOOD PRODUCT RANGE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  snacks &amp; baked goods</w:t>
              <w:br w:type="textWrapping"/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  ready-to-eat meals</w:t>
              <w:br w:type="textWrapping"/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  cold beverages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  Fresh meals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WEEKDAYS OR 24/7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  twenty-four (24) hours per day on weekdays only</w:t>
              <w:br w:type="textWrapping"/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  twenty-four (24) hours per day, seven (7) days per week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TERM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6 Month, then after that is month to month with 30 day termination notice.</w:t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</w:t>
      </w:r>
    </w:p>
    <w:p w:rsidR="00000000" w:rsidDel="00000000" w:rsidP="00000000" w:rsidRDefault="00000000" w:rsidRPr="00000000" w14:paraId="00000026">
      <w:pPr>
        <w:pStyle w:val="Heading2"/>
        <w:rPr/>
      </w:pPr>
      <w:r w:rsidDel="00000000" w:rsidR="00000000" w:rsidRPr="00000000">
        <w:rPr>
          <w:rtl w:val="0"/>
        </w:rPr>
        <w:t xml:space="preserve">Setup (To be filled by GrabVend)</w:t>
      </w:r>
    </w:p>
    <w:tbl>
      <w:tblPr>
        <w:tblStyle w:val="Table4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Setup Fee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Launch Party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MS Gothic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57238" cy="757238"/>
          <wp:effectExtent b="0" l="0" r="0" t="0"/>
          <wp:docPr descr="A green background with yellow text&#10;&#10;AI-generated content may be incorrect." id="1291144985" name="image1.png"/>
          <a:graphic>
            <a:graphicData uri="http://schemas.openxmlformats.org/drawingml/2006/picture">
              <pic:pic>
                <pic:nvPicPr>
                  <pic:cNvPr descr="A green background with yellow text&#10;&#10;AI-generated content may be incorrect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8" cy="7572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n7aneIwISkHquh+228t2yiXVA==">CgMxLjA4AHIhMWRFSmcyZ2xYeEJpM0ZkTWZKREhWWktMazJVWG9ES0Zq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