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3DEF7" w:themeColor="accent3" w:themeTint="33"/>
  <w:body>
    <w:p w14:paraId="7D5670C8" w14:textId="7D6D1B7C" w:rsidR="00092396" w:rsidRDefault="008B65D7">
      <w:pPr>
        <w:rPr>
          <w:rFonts w:ascii="Segoe UI Emoji" w:hAnsi="Segoe UI Emoji" w:cs="Segoe UI Emoji"/>
          <w:b/>
          <w:color w:val="009688"/>
          <w:sz w:val="56"/>
        </w:rPr>
      </w:pPr>
      <w:r>
        <w:rPr>
          <w:rFonts w:ascii="Segoe UI Emoji" w:hAnsi="Segoe UI Emoji" w:cs="Segoe UI Emoji"/>
          <w:b/>
          <w:noProof/>
          <w:color w:val="009688"/>
          <w:sz w:val="56"/>
        </w:rPr>
        <w:drawing>
          <wp:inline distT="0" distB="0" distL="0" distR="0" wp14:anchorId="5DC45F4D" wp14:editId="0AAFEB26">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ow-winter-white-play-child-season-joy-brothers-sister-twins-sledge-832070.jpg"/>
                    <pic:cNvPicPr/>
                  </pic:nvPicPr>
                  <pic:blipFill>
                    <a:blip r:embed="rId6">
                      <a:extLst>
                        <a:ext uri="{837473B0-CC2E-450A-ABE3-18F120FF3D39}">
                          <a1611:picAttrSrcUrl xmlns:a1611="http://schemas.microsoft.com/office/drawing/2016/11/main" r:id="rId7"/>
                        </a:ext>
                      </a:extLst>
                    </a:blip>
                    <a:stretch>
                      <a:fillRect/>
                    </a:stretch>
                  </pic:blipFill>
                  <pic:spPr>
                    <a:xfrm>
                      <a:off x="0" y="0"/>
                      <a:ext cx="5486400" cy="3657600"/>
                    </a:xfrm>
                    <a:prstGeom prst="rect">
                      <a:avLst/>
                    </a:prstGeom>
                  </pic:spPr>
                </pic:pic>
              </a:graphicData>
            </a:graphic>
          </wp:inline>
        </w:drawing>
      </w:r>
    </w:p>
    <w:p w14:paraId="7831AA5B" w14:textId="77777777" w:rsidR="00092396" w:rsidRDefault="00092396">
      <w:pPr>
        <w:rPr>
          <w:rFonts w:ascii="Segoe UI Emoji" w:hAnsi="Segoe UI Emoji" w:cs="Segoe UI Emoji"/>
          <w:b/>
          <w:color w:val="009688"/>
          <w:sz w:val="56"/>
        </w:rPr>
      </w:pPr>
    </w:p>
    <w:p w14:paraId="24614F16" w14:textId="59D4F526" w:rsidR="00B36556" w:rsidRDefault="00142131">
      <w:pPr>
        <w:rPr>
          <w:rFonts w:ascii="Segoe UI Emoji" w:hAnsi="Segoe UI Emoji" w:cs="Segoe UI Emoji"/>
          <w:b/>
          <w:color w:val="009688"/>
          <w:sz w:val="56"/>
        </w:rPr>
      </w:pPr>
      <w:r>
        <w:rPr>
          <w:rFonts w:ascii="Segoe UI Emoji" w:hAnsi="Segoe UI Emoji" w:cs="Segoe UI Emoji"/>
          <w:b/>
          <w:color w:val="009688"/>
          <w:sz w:val="56"/>
        </w:rPr>
        <w:t>🌟</w:t>
      </w:r>
      <w:r>
        <w:rPr>
          <w:b/>
          <w:color w:val="009688"/>
          <w:sz w:val="56"/>
        </w:rPr>
        <w:t xml:space="preserve"> </w:t>
      </w:r>
      <w:r w:rsidRPr="008B65D7">
        <w:rPr>
          <w:b/>
          <w:color w:val="009688"/>
          <w:sz w:val="44"/>
          <w:szCs w:val="44"/>
        </w:rPr>
        <w:t xml:space="preserve">Training Catalog – </w:t>
      </w:r>
      <w:r w:rsidR="007C6FB3" w:rsidRPr="008B65D7">
        <w:rPr>
          <w:b/>
          <w:color w:val="009688"/>
          <w:sz w:val="44"/>
          <w:szCs w:val="44"/>
        </w:rPr>
        <w:t>Winter</w:t>
      </w:r>
      <w:r w:rsidRPr="008B65D7">
        <w:rPr>
          <w:b/>
          <w:color w:val="009688"/>
          <w:sz w:val="44"/>
          <w:szCs w:val="44"/>
        </w:rPr>
        <w:t xml:space="preserve"> 2025</w:t>
      </w:r>
      <w:r>
        <w:rPr>
          <w:b/>
          <w:color w:val="009688"/>
          <w:sz w:val="56"/>
        </w:rPr>
        <w:t xml:space="preserve"> </w:t>
      </w:r>
      <w:r>
        <w:rPr>
          <w:rFonts w:ascii="Segoe UI Emoji" w:hAnsi="Segoe UI Emoji" w:cs="Segoe UI Emoji"/>
          <w:b/>
          <w:color w:val="009688"/>
          <w:sz w:val="56"/>
        </w:rPr>
        <w:t>🌟</w:t>
      </w:r>
    </w:p>
    <w:p w14:paraId="4423B35E" w14:textId="77777777" w:rsidR="00092396" w:rsidRDefault="00092396" w:rsidP="00092396">
      <w:pPr>
        <w:jc w:val="center"/>
        <w:rPr>
          <w:rFonts w:ascii="Segoe UI Emoji" w:hAnsi="Segoe UI Emoji" w:cs="Segoe UI Emoji"/>
          <w:b/>
          <w:color w:val="009688"/>
          <w:sz w:val="56"/>
        </w:rPr>
      </w:pPr>
      <w:r>
        <w:rPr>
          <w:rFonts w:ascii="Segoe UI Emoji" w:hAnsi="Segoe UI Emoji" w:cs="Segoe UI Emoji"/>
          <w:b/>
          <w:color w:val="009688"/>
          <w:sz w:val="56"/>
        </w:rPr>
        <w:t>Smart Start Rowan</w:t>
      </w:r>
    </w:p>
    <w:p w14:paraId="28A4F5B7" w14:textId="77777777" w:rsidR="00092396" w:rsidRPr="00C44AF5" w:rsidRDefault="00092396" w:rsidP="00092396">
      <w:pPr>
        <w:jc w:val="center"/>
        <w:rPr>
          <w:rFonts w:ascii="Segoe UI Emoji" w:hAnsi="Segoe UI Emoji" w:cs="Segoe UI Emoji"/>
          <w:b/>
          <w:color w:val="009688"/>
          <w:sz w:val="28"/>
          <w:szCs w:val="28"/>
        </w:rPr>
      </w:pPr>
      <w:r w:rsidRPr="00C44AF5">
        <w:rPr>
          <w:rFonts w:ascii="Segoe UI Emoji" w:hAnsi="Segoe UI Emoji" w:cs="Segoe UI Emoji"/>
          <w:b/>
          <w:color w:val="009688"/>
          <w:sz w:val="28"/>
          <w:szCs w:val="28"/>
        </w:rPr>
        <w:t>1329 Jake Alexander Blvd S. Salisbury, NC 28146</w:t>
      </w:r>
    </w:p>
    <w:p w14:paraId="5B733BC7" w14:textId="77777777" w:rsidR="00092396" w:rsidRDefault="00092396" w:rsidP="00092396">
      <w:pPr>
        <w:jc w:val="center"/>
      </w:pPr>
    </w:p>
    <w:p w14:paraId="6EC93A60" w14:textId="77777777" w:rsidR="00C44AF5" w:rsidRDefault="00C44AF5" w:rsidP="00C44AF5">
      <w:pPr>
        <w:jc w:val="center"/>
      </w:pPr>
      <w:r>
        <w:rPr>
          <w:noProof/>
        </w:rPr>
        <w:drawing>
          <wp:inline distT="0" distB="0" distL="0" distR="0" wp14:anchorId="583DE666" wp14:editId="59BCC6EC">
            <wp:extent cx="1219200" cy="1285875"/>
            <wp:effectExtent l="0" t="0" r="0" b="9525"/>
            <wp:docPr id="11" name="Picture 11" descr="https://www.bing.com/th/id/OIP.pqmIszi6gEa9CkQe8obXMQHaHa?w=178&amp;h=211&amp;c=8&amp;rs=1&amp;qlt=90&amp;o=6&amp;cb=thwsc4&amp;pid=3.1&amp;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ing.com/th/id/OIP.pqmIszi6gEa9CkQe8obXMQHaHa?w=178&amp;h=211&amp;c=8&amp;rs=1&amp;qlt=90&amp;o=6&amp;cb=thwsc4&amp;pid=3.1&amp;r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p>
    <w:p w14:paraId="38D16318" w14:textId="77777777" w:rsidR="00B36556" w:rsidRDefault="00142131" w:rsidP="00C44AF5">
      <w:pPr>
        <w:jc w:val="center"/>
      </w:pPr>
      <w:r>
        <w:t>Register Online: www.rowan-smartstart.org</w:t>
      </w:r>
    </w:p>
    <w:p w14:paraId="53D3710D" w14:textId="77777777" w:rsidR="00B36556" w:rsidRDefault="00B36556"/>
    <w:p w14:paraId="71A4D7B0" w14:textId="77777777" w:rsidR="00B36556" w:rsidRPr="00092396" w:rsidRDefault="00142131">
      <w:pPr>
        <w:spacing w:after="240"/>
        <w:rPr>
          <w:color w:val="2F2A60" w:themeColor="accent4" w:themeShade="80"/>
        </w:rPr>
      </w:pPr>
      <w:r w:rsidRPr="00092396">
        <w:rPr>
          <w:rFonts w:ascii="Segoe UI Emoji" w:hAnsi="Segoe UI Emoji" w:cs="Segoe UI Emoji"/>
          <w:b/>
          <w:color w:val="2F2A60" w:themeColor="accent4" w:themeShade="80"/>
          <w:sz w:val="36"/>
        </w:rPr>
        <w:t>📋</w:t>
      </w:r>
      <w:r w:rsidRPr="00092396">
        <w:rPr>
          <w:b/>
          <w:color w:val="2F2A60" w:themeColor="accent4" w:themeShade="80"/>
          <w:sz w:val="36"/>
        </w:rPr>
        <w:t xml:space="preserve"> Training Rules &amp; Expectations</w:t>
      </w:r>
    </w:p>
    <w:p w14:paraId="5BF35E37" w14:textId="77777777" w:rsidR="00987157" w:rsidRPr="00987157" w:rsidRDefault="00987157" w:rsidP="00987157">
      <w:pPr>
        <w:pStyle w:val="Heading2"/>
        <w:rPr>
          <w:rFonts w:ascii="Segoe UI Emoji" w:eastAsia="Times New Roman" w:hAnsi="Segoe UI Emoji" w:cs="Segoe UI Emoji"/>
          <w:b/>
          <w:bCs/>
          <w:caps w:val="0"/>
          <w:spacing w:val="0"/>
          <w:sz w:val="36"/>
          <w:szCs w:val="36"/>
        </w:rPr>
      </w:pPr>
      <w:r w:rsidRPr="00987157">
        <w:rPr>
          <w:rFonts w:ascii="Segoe UI Emoji" w:eastAsia="Times New Roman" w:hAnsi="Segoe UI Emoji" w:cs="Segoe UI Emoji"/>
          <w:b/>
          <w:bCs/>
          <w:caps w:val="0"/>
          <w:spacing w:val="0"/>
          <w:sz w:val="36"/>
          <w:szCs w:val="36"/>
        </w:rPr>
        <w:t>📍</w:t>
      </w:r>
      <w:r w:rsidRPr="00987157">
        <w:rPr>
          <w:rFonts w:ascii="Times New Roman" w:eastAsia="Times New Roman" w:hAnsi="Times New Roman" w:cs="Times New Roman"/>
          <w:b/>
          <w:bCs/>
          <w:caps w:val="0"/>
          <w:spacing w:val="0"/>
          <w:sz w:val="36"/>
          <w:szCs w:val="36"/>
        </w:rPr>
        <w:t xml:space="preserve"> In-Person Expectation Overview</w:t>
      </w:r>
    </w:p>
    <w:p w14:paraId="227257BF" w14:textId="77777777" w:rsidR="00987157" w:rsidRPr="00987157" w:rsidRDefault="00987157" w:rsidP="00987157">
      <w:pPr>
        <w:spacing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b/>
          <w:bCs/>
          <w:sz w:val="24"/>
          <w:szCs w:val="24"/>
        </w:rPr>
        <w:t>🎯</w:t>
      </w:r>
      <w:r w:rsidRPr="00987157">
        <w:rPr>
          <w:rFonts w:ascii="Times New Roman" w:eastAsia="Times New Roman" w:hAnsi="Times New Roman" w:cs="Times New Roman"/>
          <w:b/>
          <w:bCs/>
          <w:sz w:val="24"/>
          <w:szCs w:val="24"/>
        </w:rPr>
        <w:t xml:space="preserve"> Purpose</w:t>
      </w:r>
    </w:p>
    <w:p w14:paraId="179D0638" w14:textId="77777777" w:rsidR="00987157" w:rsidRPr="00987157" w:rsidRDefault="00987157" w:rsidP="00987157">
      <w:pPr>
        <w:numPr>
          <w:ilvl w:val="0"/>
          <w:numId w:val="15"/>
        </w:numPr>
        <w:spacing w:before="0" w:beforeAutospacing="1" w:after="100" w:afterAutospacing="1" w:line="240" w:lineRule="auto"/>
        <w:rPr>
          <w:rFonts w:ascii="Times New Roman" w:eastAsia="Times New Roman" w:hAnsi="Times New Roman" w:cs="Times New Roman"/>
          <w:sz w:val="24"/>
          <w:szCs w:val="24"/>
        </w:rPr>
      </w:pPr>
      <w:r w:rsidRPr="00987157">
        <w:rPr>
          <w:rFonts w:ascii="Times New Roman" w:eastAsia="Times New Roman" w:hAnsi="Times New Roman" w:cs="Times New Roman"/>
          <w:sz w:val="24"/>
          <w:szCs w:val="24"/>
        </w:rPr>
        <w:t>Provide high-quality professional learning in a respectful and engaging environment.</w:t>
      </w:r>
    </w:p>
    <w:p w14:paraId="7E043EEC" w14:textId="77777777" w:rsidR="00987157" w:rsidRPr="00987157" w:rsidRDefault="00987157" w:rsidP="00987157">
      <w:pPr>
        <w:spacing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b/>
          <w:bCs/>
          <w:sz w:val="24"/>
          <w:szCs w:val="24"/>
        </w:rPr>
        <w:t>🕒</w:t>
      </w:r>
      <w:r w:rsidRPr="00987157">
        <w:rPr>
          <w:rFonts w:ascii="Times New Roman" w:eastAsia="Times New Roman" w:hAnsi="Times New Roman" w:cs="Times New Roman"/>
          <w:b/>
          <w:bCs/>
          <w:sz w:val="24"/>
          <w:szCs w:val="24"/>
        </w:rPr>
        <w:t xml:space="preserve"> Attendance &amp; Participation</w:t>
      </w:r>
    </w:p>
    <w:p w14:paraId="03EEE6DD" w14:textId="77777777" w:rsidR="00987157" w:rsidRPr="00987157" w:rsidRDefault="00987157" w:rsidP="00987157">
      <w:pPr>
        <w:numPr>
          <w:ilvl w:val="0"/>
          <w:numId w:val="16"/>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Full Attendance:</w:t>
      </w:r>
      <w:r w:rsidRPr="00987157">
        <w:rPr>
          <w:rFonts w:ascii="Times New Roman" w:eastAsia="Times New Roman" w:hAnsi="Times New Roman" w:cs="Times New Roman"/>
          <w:sz w:val="24"/>
          <w:szCs w:val="24"/>
        </w:rPr>
        <w:t xml:space="preserve"> Participants must remain for the entire training to receive credit. Early departures may result in denial of credit.</w:t>
      </w:r>
    </w:p>
    <w:p w14:paraId="7F1B5AF6" w14:textId="77777777" w:rsidR="00987157" w:rsidRPr="00987157" w:rsidRDefault="00987157" w:rsidP="00987157">
      <w:pPr>
        <w:numPr>
          <w:ilvl w:val="0"/>
          <w:numId w:val="16"/>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Sign-In:</w:t>
      </w:r>
      <w:r w:rsidRPr="00987157">
        <w:rPr>
          <w:rFonts w:ascii="Times New Roman" w:eastAsia="Times New Roman" w:hAnsi="Times New Roman" w:cs="Times New Roman"/>
          <w:sz w:val="24"/>
          <w:szCs w:val="24"/>
        </w:rPr>
        <w:t xml:space="preserve"> Participants must sign in at the beginning of the session. Missing signatures may forfeit credit.</w:t>
      </w:r>
    </w:p>
    <w:p w14:paraId="577D95CA" w14:textId="77777777" w:rsidR="00987157" w:rsidRPr="00987157" w:rsidRDefault="00987157" w:rsidP="00987157">
      <w:pPr>
        <w:numPr>
          <w:ilvl w:val="0"/>
          <w:numId w:val="16"/>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Active Participation:</w:t>
      </w:r>
      <w:r w:rsidRPr="00987157">
        <w:rPr>
          <w:rFonts w:ascii="Times New Roman" w:eastAsia="Times New Roman" w:hAnsi="Times New Roman" w:cs="Times New Roman"/>
          <w:sz w:val="24"/>
          <w:szCs w:val="24"/>
        </w:rPr>
        <w:t xml:space="preserve"> Ask questions, join discussions, and complete required activities.</w:t>
      </w:r>
    </w:p>
    <w:p w14:paraId="07E83B21" w14:textId="77777777" w:rsidR="00987157" w:rsidRPr="00987157" w:rsidRDefault="00987157" w:rsidP="00987157">
      <w:pPr>
        <w:spacing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b/>
          <w:bCs/>
          <w:sz w:val="24"/>
          <w:szCs w:val="24"/>
        </w:rPr>
        <w:t>🤝</w:t>
      </w:r>
      <w:r w:rsidRPr="00987157">
        <w:rPr>
          <w:rFonts w:ascii="Times New Roman" w:eastAsia="Times New Roman" w:hAnsi="Times New Roman" w:cs="Times New Roman"/>
          <w:b/>
          <w:bCs/>
          <w:sz w:val="24"/>
          <w:szCs w:val="24"/>
        </w:rPr>
        <w:t xml:space="preserve"> Professional Conduct</w:t>
      </w:r>
    </w:p>
    <w:p w14:paraId="7331252C" w14:textId="77777777" w:rsidR="00987157" w:rsidRPr="00987157" w:rsidRDefault="00987157" w:rsidP="00987157">
      <w:pPr>
        <w:numPr>
          <w:ilvl w:val="0"/>
          <w:numId w:val="17"/>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Respectful Behavior:</w:t>
      </w:r>
      <w:r w:rsidRPr="00987157">
        <w:rPr>
          <w:rFonts w:ascii="Times New Roman" w:eastAsia="Times New Roman" w:hAnsi="Times New Roman" w:cs="Times New Roman"/>
          <w:sz w:val="24"/>
          <w:szCs w:val="24"/>
        </w:rPr>
        <w:t xml:space="preserve"> Be respectful to trainers and other attendees. Disruptive or inappropriate behavior will not be tolerated.</w:t>
      </w:r>
    </w:p>
    <w:p w14:paraId="3F6BEE10" w14:textId="77777777" w:rsidR="00987157" w:rsidRPr="00987157" w:rsidRDefault="00987157" w:rsidP="00987157">
      <w:pPr>
        <w:numPr>
          <w:ilvl w:val="0"/>
          <w:numId w:val="17"/>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Electronic Devices:</w:t>
      </w:r>
      <w:r w:rsidRPr="00987157">
        <w:rPr>
          <w:rFonts w:ascii="Times New Roman" w:eastAsia="Times New Roman" w:hAnsi="Times New Roman" w:cs="Times New Roman"/>
          <w:sz w:val="24"/>
          <w:szCs w:val="24"/>
        </w:rPr>
        <w:t xml:space="preserve"> Silence phones and avoid texting or unrelated device use unless directed as part of the session.</w:t>
      </w:r>
    </w:p>
    <w:p w14:paraId="2A98B700" w14:textId="77777777" w:rsidR="00987157" w:rsidRPr="00987157" w:rsidRDefault="00987157" w:rsidP="00987157">
      <w:pPr>
        <w:numPr>
          <w:ilvl w:val="0"/>
          <w:numId w:val="17"/>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Dress Code:</w:t>
      </w:r>
      <w:r w:rsidRPr="00987157">
        <w:rPr>
          <w:rFonts w:ascii="Times New Roman" w:eastAsia="Times New Roman" w:hAnsi="Times New Roman" w:cs="Times New Roman"/>
          <w:sz w:val="24"/>
          <w:szCs w:val="24"/>
        </w:rPr>
        <w:t xml:space="preserve"> Dress appropriately for a professional learning environment.</w:t>
      </w:r>
    </w:p>
    <w:p w14:paraId="3FB15703" w14:textId="77777777" w:rsidR="00987157" w:rsidRPr="00987157" w:rsidRDefault="00987157" w:rsidP="00987157">
      <w:pPr>
        <w:spacing w:beforeAutospacing="1" w:after="100" w:afterAutospacing="1" w:line="240" w:lineRule="auto"/>
        <w:rPr>
          <w:rFonts w:ascii="Times New Roman" w:eastAsia="Times New Roman" w:hAnsi="Times New Roman" w:cs="Times New Roman"/>
          <w:sz w:val="24"/>
          <w:szCs w:val="24"/>
        </w:rPr>
      </w:pPr>
      <w:r w:rsidRPr="00987157">
        <w:rPr>
          <w:rFonts w:ascii="Times New Roman" w:eastAsia="Times New Roman" w:hAnsi="Times New Roman" w:cs="Times New Roman"/>
          <w:b/>
          <w:bCs/>
          <w:sz w:val="24"/>
          <w:szCs w:val="24"/>
        </w:rPr>
        <w:t>🧾 Credit Eligibility &amp; Documentation</w:t>
      </w:r>
    </w:p>
    <w:p w14:paraId="1163EA08" w14:textId="77777777" w:rsidR="00987157" w:rsidRPr="00987157" w:rsidRDefault="00987157" w:rsidP="00987157">
      <w:pPr>
        <w:numPr>
          <w:ilvl w:val="0"/>
          <w:numId w:val="18"/>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Verification:</w:t>
      </w:r>
      <w:r w:rsidRPr="00987157">
        <w:rPr>
          <w:rFonts w:ascii="Times New Roman" w:eastAsia="Times New Roman" w:hAnsi="Times New Roman" w:cs="Times New Roman"/>
          <w:sz w:val="24"/>
          <w:szCs w:val="24"/>
        </w:rPr>
        <w:t xml:space="preserve"> Trainers will verify participation through attendance logs and engagement.</w:t>
      </w:r>
    </w:p>
    <w:p w14:paraId="4115E383" w14:textId="77777777" w:rsidR="00987157" w:rsidRPr="00987157" w:rsidRDefault="00987157" w:rsidP="00987157">
      <w:pPr>
        <w:numPr>
          <w:ilvl w:val="0"/>
          <w:numId w:val="18"/>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proofErr w:type="gramStart"/>
      <w:r w:rsidRPr="00987157">
        <w:rPr>
          <w:rFonts w:ascii="Times New Roman" w:eastAsia="Times New Roman" w:hAnsi="Times New Roman" w:cs="Times New Roman"/>
          <w:b/>
          <w:bCs/>
          <w:sz w:val="24"/>
          <w:szCs w:val="24"/>
        </w:rPr>
        <w:t>Pre &amp;</w:t>
      </w:r>
      <w:proofErr w:type="gramEnd"/>
      <w:r w:rsidRPr="00987157">
        <w:rPr>
          <w:rFonts w:ascii="Times New Roman" w:eastAsia="Times New Roman" w:hAnsi="Times New Roman" w:cs="Times New Roman"/>
          <w:b/>
          <w:bCs/>
          <w:sz w:val="24"/>
          <w:szCs w:val="24"/>
        </w:rPr>
        <w:t xml:space="preserve"> Post Questionnaire:</w:t>
      </w:r>
      <w:r w:rsidRPr="00987157">
        <w:rPr>
          <w:rFonts w:ascii="Times New Roman" w:eastAsia="Times New Roman" w:hAnsi="Times New Roman" w:cs="Times New Roman"/>
          <w:sz w:val="24"/>
          <w:szCs w:val="24"/>
        </w:rPr>
        <w:t xml:space="preserve"> Must be completed to receive credit.</w:t>
      </w:r>
    </w:p>
    <w:p w14:paraId="7FC5F1AD" w14:textId="77777777" w:rsidR="00987157" w:rsidRPr="00987157" w:rsidRDefault="00987157" w:rsidP="00987157">
      <w:pPr>
        <w:numPr>
          <w:ilvl w:val="0"/>
          <w:numId w:val="18"/>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Evaluation Form:</w:t>
      </w:r>
      <w:r w:rsidRPr="00987157">
        <w:rPr>
          <w:rFonts w:ascii="Times New Roman" w:eastAsia="Times New Roman" w:hAnsi="Times New Roman" w:cs="Times New Roman"/>
          <w:sz w:val="24"/>
          <w:szCs w:val="24"/>
        </w:rPr>
        <w:t xml:space="preserve"> Required for certificate issuance.</w:t>
      </w:r>
    </w:p>
    <w:p w14:paraId="67D578ED" w14:textId="77777777" w:rsidR="00987157" w:rsidRPr="00987157" w:rsidRDefault="00987157" w:rsidP="00987157">
      <w:pPr>
        <w:numPr>
          <w:ilvl w:val="0"/>
          <w:numId w:val="18"/>
        </w:numPr>
        <w:spacing w:before="0" w:beforeAutospacing="1" w:after="100" w:afterAutospacing="1" w:line="240" w:lineRule="auto"/>
        <w:rPr>
          <w:rFonts w:ascii="Times New Roman" w:eastAsia="Times New Roman" w:hAnsi="Times New Roman" w:cs="Times New Roman"/>
          <w:sz w:val="24"/>
          <w:szCs w:val="24"/>
        </w:rPr>
      </w:pP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Accurate Information:</w:t>
      </w:r>
      <w:r w:rsidRPr="00987157">
        <w:rPr>
          <w:rFonts w:ascii="Times New Roman" w:eastAsia="Times New Roman" w:hAnsi="Times New Roman" w:cs="Times New Roman"/>
          <w:sz w:val="24"/>
          <w:szCs w:val="24"/>
        </w:rPr>
        <w:t xml:space="preserve"> Name on sign-in sheet must match your official DCDEE documentation.</w:t>
      </w:r>
    </w:p>
    <w:p w14:paraId="038CF857" w14:textId="77777777" w:rsidR="00987157" w:rsidRPr="00987157" w:rsidRDefault="00987157" w:rsidP="00987157">
      <w:pPr>
        <w:numPr>
          <w:ilvl w:val="0"/>
          <w:numId w:val="18"/>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Full Expectations</w:t>
      </w:r>
      <w:r w:rsidRPr="00987157">
        <w:rPr>
          <w:rFonts w:ascii="Times New Roman" w:eastAsia="Times New Roman" w:hAnsi="Times New Roman" w:cs="Times New Roman"/>
          <w:sz w:val="24"/>
          <w:szCs w:val="24"/>
        </w:rPr>
        <w:t xml:space="preserve"> are available on our website.</w:t>
      </w:r>
    </w:p>
    <w:p w14:paraId="521FC5B8" w14:textId="77777777" w:rsidR="00987157" w:rsidRPr="00987157" w:rsidRDefault="00A250EA" w:rsidP="00987157">
      <w:p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A282CD8">
          <v:rect id="_x0000_i1026" style="width:0;height:1.5pt" o:hralign="center" o:hrstd="t" o:hr="t" fillcolor="#a0a0a0" stroked="f"/>
        </w:pict>
      </w:r>
    </w:p>
    <w:p w14:paraId="27F112D0" w14:textId="77777777" w:rsidR="00987157" w:rsidRDefault="00987157" w:rsidP="00987157">
      <w:pPr>
        <w:spacing w:beforeAutospacing="1" w:after="100" w:afterAutospacing="1" w:line="240" w:lineRule="auto"/>
        <w:outlineLvl w:val="1"/>
        <w:rPr>
          <w:rFonts w:ascii="Segoe UI Emoji" w:eastAsia="Times New Roman" w:hAnsi="Segoe UI Emoji" w:cs="Segoe UI Emoji"/>
          <w:b/>
          <w:bCs/>
          <w:sz w:val="36"/>
          <w:szCs w:val="36"/>
        </w:rPr>
      </w:pPr>
    </w:p>
    <w:p w14:paraId="666B8FC6" w14:textId="77777777" w:rsidR="00987157" w:rsidRPr="00987157" w:rsidRDefault="00987157" w:rsidP="00987157">
      <w:pPr>
        <w:spacing w:beforeAutospacing="1" w:after="100" w:afterAutospacing="1" w:line="240" w:lineRule="auto"/>
        <w:outlineLvl w:val="1"/>
        <w:rPr>
          <w:rFonts w:ascii="Times New Roman" w:eastAsia="Times New Roman" w:hAnsi="Times New Roman" w:cs="Times New Roman"/>
          <w:b/>
          <w:bCs/>
          <w:sz w:val="36"/>
          <w:szCs w:val="36"/>
        </w:rPr>
      </w:pPr>
      <w:r w:rsidRPr="00987157">
        <w:rPr>
          <w:rFonts w:ascii="Segoe UI Emoji" w:eastAsia="Times New Roman" w:hAnsi="Segoe UI Emoji" w:cs="Segoe UI Emoji"/>
          <w:b/>
          <w:bCs/>
          <w:sz w:val="36"/>
          <w:szCs w:val="36"/>
        </w:rPr>
        <w:lastRenderedPageBreak/>
        <w:t>💻</w:t>
      </w:r>
      <w:r w:rsidRPr="00987157">
        <w:rPr>
          <w:rFonts w:ascii="Times New Roman" w:eastAsia="Times New Roman" w:hAnsi="Times New Roman" w:cs="Times New Roman"/>
          <w:b/>
          <w:bCs/>
          <w:sz w:val="36"/>
          <w:szCs w:val="36"/>
        </w:rPr>
        <w:t xml:space="preserve"> Virtual Expectations Overview</w:t>
      </w:r>
    </w:p>
    <w:p w14:paraId="47779371" w14:textId="77777777" w:rsidR="00987157" w:rsidRPr="00987157" w:rsidRDefault="00987157" w:rsidP="00987157">
      <w:pPr>
        <w:spacing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b/>
          <w:bCs/>
          <w:sz w:val="24"/>
          <w:szCs w:val="24"/>
        </w:rPr>
        <w:t>🕒</w:t>
      </w:r>
      <w:r w:rsidRPr="00987157">
        <w:rPr>
          <w:rFonts w:ascii="Times New Roman" w:eastAsia="Times New Roman" w:hAnsi="Times New Roman" w:cs="Times New Roman"/>
          <w:b/>
          <w:bCs/>
          <w:sz w:val="24"/>
          <w:szCs w:val="24"/>
        </w:rPr>
        <w:t xml:space="preserve"> Attendance &amp; Participation</w:t>
      </w:r>
    </w:p>
    <w:p w14:paraId="51604133" w14:textId="77777777" w:rsidR="00987157" w:rsidRPr="00987157" w:rsidRDefault="00987157" w:rsidP="00987157">
      <w:pPr>
        <w:numPr>
          <w:ilvl w:val="0"/>
          <w:numId w:val="19"/>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Timeliness:</w:t>
      </w:r>
      <w:r w:rsidRPr="00987157">
        <w:rPr>
          <w:rFonts w:ascii="Times New Roman" w:eastAsia="Times New Roman" w:hAnsi="Times New Roman" w:cs="Times New Roman"/>
          <w:sz w:val="24"/>
          <w:szCs w:val="24"/>
        </w:rPr>
        <w:t xml:space="preserve"> Join on time. Late arrivals may not be eligible for credit.</w:t>
      </w:r>
    </w:p>
    <w:p w14:paraId="74B2119F" w14:textId="77777777" w:rsidR="00987157" w:rsidRPr="00987157" w:rsidRDefault="00987157" w:rsidP="00987157">
      <w:pPr>
        <w:numPr>
          <w:ilvl w:val="0"/>
          <w:numId w:val="19"/>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Full Attendance:</w:t>
      </w:r>
      <w:r w:rsidRPr="00987157">
        <w:rPr>
          <w:rFonts w:ascii="Times New Roman" w:eastAsia="Times New Roman" w:hAnsi="Times New Roman" w:cs="Times New Roman"/>
          <w:sz w:val="24"/>
          <w:szCs w:val="24"/>
        </w:rPr>
        <w:t xml:space="preserve"> Remain for the entire training.</w:t>
      </w:r>
    </w:p>
    <w:p w14:paraId="6E5B07A1" w14:textId="77777777" w:rsidR="00987157" w:rsidRPr="00987157" w:rsidRDefault="00987157" w:rsidP="00987157">
      <w:pPr>
        <w:numPr>
          <w:ilvl w:val="0"/>
          <w:numId w:val="19"/>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Engagement:</w:t>
      </w:r>
    </w:p>
    <w:p w14:paraId="3540A9E5" w14:textId="77777777" w:rsidR="00987157" w:rsidRPr="00987157" w:rsidRDefault="00987157" w:rsidP="00987157">
      <w:pPr>
        <w:numPr>
          <w:ilvl w:val="1"/>
          <w:numId w:val="19"/>
        </w:numPr>
        <w:spacing w:before="0" w:beforeAutospacing="1" w:after="100" w:afterAutospacing="1" w:line="240" w:lineRule="auto"/>
        <w:rPr>
          <w:rFonts w:ascii="Times New Roman" w:eastAsia="Times New Roman" w:hAnsi="Times New Roman" w:cs="Times New Roman"/>
          <w:sz w:val="24"/>
          <w:szCs w:val="24"/>
        </w:rPr>
      </w:pPr>
      <w:r w:rsidRPr="00987157">
        <w:rPr>
          <w:rFonts w:ascii="Times New Roman" w:eastAsia="Times New Roman" w:hAnsi="Times New Roman" w:cs="Times New Roman"/>
          <w:sz w:val="24"/>
          <w:szCs w:val="24"/>
        </w:rPr>
        <w:t>Camera must be on (unless pre-approved for accessibility/technical reasons).</w:t>
      </w:r>
    </w:p>
    <w:p w14:paraId="0CC27A28" w14:textId="77777777" w:rsidR="00987157" w:rsidRPr="00987157" w:rsidRDefault="00987157" w:rsidP="00987157">
      <w:pPr>
        <w:numPr>
          <w:ilvl w:val="1"/>
          <w:numId w:val="19"/>
        </w:numPr>
        <w:spacing w:before="0" w:beforeAutospacing="1" w:after="100" w:afterAutospacing="1" w:line="240" w:lineRule="auto"/>
        <w:rPr>
          <w:rFonts w:ascii="Times New Roman" w:eastAsia="Times New Roman" w:hAnsi="Times New Roman" w:cs="Times New Roman"/>
          <w:sz w:val="24"/>
          <w:szCs w:val="24"/>
        </w:rPr>
      </w:pPr>
      <w:r w:rsidRPr="00987157">
        <w:rPr>
          <w:rFonts w:ascii="Times New Roman" w:eastAsia="Times New Roman" w:hAnsi="Times New Roman" w:cs="Times New Roman"/>
          <w:sz w:val="24"/>
          <w:szCs w:val="24"/>
        </w:rPr>
        <w:t>Participate in discussions, polls, breakout rooms, and activities.</w:t>
      </w:r>
    </w:p>
    <w:p w14:paraId="1BD4FA58" w14:textId="77777777" w:rsidR="00987157" w:rsidRPr="00987157" w:rsidRDefault="00987157" w:rsidP="00987157">
      <w:pPr>
        <w:numPr>
          <w:ilvl w:val="1"/>
          <w:numId w:val="19"/>
        </w:numPr>
        <w:spacing w:before="0" w:beforeAutospacing="1" w:after="100" w:afterAutospacing="1" w:line="240" w:lineRule="auto"/>
        <w:rPr>
          <w:rFonts w:ascii="Times New Roman" w:eastAsia="Times New Roman" w:hAnsi="Times New Roman" w:cs="Times New Roman"/>
          <w:sz w:val="24"/>
          <w:szCs w:val="24"/>
        </w:rPr>
      </w:pPr>
      <w:r w:rsidRPr="00987157">
        <w:rPr>
          <w:rFonts w:ascii="Times New Roman" w:eastAsia="Times New Roman" w:hAnsi="Times New Roman" w:cs="Times New Roman"/>
          <w:sz w:val="24"/>
          <w:szCs w:val="24"/>
        </w:rPr>
        <w:t>Avoid multitasking or unrelated activities.</w:t>
      </w:r>
    </w:p>
    <w:p w14:paraId="5494C315" w14:textId="77777777" w:rsidR="00987157" w:rsidRPr="00987157" w:rsidRDefault="00987157" w:rsidP="00987157">
      <w:pPr>
        <w:spacing w:beforeAutospacing="1" w:after="100" w:afterAutospacing="1" w:line="240" w:lineRule="auto"/>
        <w:rPr>
          <w:rFonts w:ascii="Times New Roman" w:eastAsia="Times New Roman" w:hAnsi="Times New Roman" w:cs="Times New Roman"/>
          <w:sz w:val="24"/>
          <w:szCs w:val="24"/>
        </w:rPr>
      </w:pPr>
      <w:r w:rsidRPr="00987157">
        <w:rPr>
          <w:rFonts w:ascii="Times New Roman" w:eastAsia="Times New Roman" w:hAnsi="Times New Roman" w:cs="Times New Roman"/>
          <w:b/>
          <w:bCs/>
          <w:sz w:val="24"/>
          <w:szCs w:val="24"/>
        </w:rPr>
        <w:t>🧾 Credit Eligibility &amp; Documentation</w:t>
      </w:r>
    </w:p>
    <w:p w14:paraId="6A0CD08C" w14:textId="77777777" w:rsidR="00987157" w:rsidRPr="00987157" w:rsidRDefault="00987157" w:rsidP="00987157">
      <w:pPr>
        <w:numPr>
          <w:ilvl w:val="0"/>
          <w:numId w:val="20"/>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Verification:</w:t>
      </w:r>
      <w:r w:rsidRPr="00987157">
        <w:rPr>
          <w:rFonts w:ascii="Times New Roman" w:eastAsia="Times New Roman" w:hAnsi="Times New Roman" w:cs="Times New Roman"/>
          <w:sz w:val="24"/>
          <w:szCs w:val="24"/>
        </w:rPr>
        <w:t xml:space="preserve"> Attendance verified by login data, engagement tracking, and visible participation.</w:t>
      </w:r>
    </w:p>
    <w:p w14:paraId="08A9757C" w14:textId="77777777" w:rsidR="00987157" w:rsidRPr="00987157" w:rsidRDefault="00987157" w:rsidP="00987157">
      <w:pPr>
        <w:numPr>
          <w:ilvl w:val="0"/>
          <w:numId w:val="20"/>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proofErr w:type="gramStart"/>
      <w:r w:rsidRPr="00987157">
        <w:rPr>
          <w:rFonts w:ascii="Times New Roman" w:eastAsia="Times New Roman" w:hAnsi="Times New Roman" w:cs="Times New Roman"/>
          <w:b/>
          <w:bCs/>
          <w:sz w:val="24"/>
          <w:szCs w:val="24"/>
        </w:rPr>
        <w:t>Pre &amp;</w:t>
      </w:r>
      <w:proofErr w:type="gramEnd"/>
      <w:r w:rsidRPr="00987157">
        <w:rPr>
          <w:rFonts w:ascii="Times New Roman" w:eastAsia="Times New Roman" w:hAnsi="Times New Roman" w:cs="Times New Roman"/>
          <w:b/>
          <w:bCs/>
          <w:sz w:val="24"/>
          <w:szCs w:val="24"/>
        </w:rPr>
        <w:t xml:space="preserve"> Post Questionnaire:</w:t>
      </w:r>
      <w:r w:rsidRPr="00987157">
        <w:rPr>
          <w:rFonts w:ascii="Times New Roman" w:eastAsia="Times New Roman" w:hAnsi="Times New Roman" w:cs="Times New Roman"/>
          <w:sz w:val="24"/>
          <w:szCs w:val="24"/>
        </w:rPr>
        <w:t xml:space="preserve"> Required for training credit.</w:t>
      </w:r>
    </w:p>
    <w:p w14:paraId="680CDBBA" w14:textId="77777777" w:rsidR="00987157" w:rsidRPr="00987157" w:rsidRDefault="00987157" w:rsidP="00987157">
      <w:pPr>
        <w:numPr>
          <w:ilvl w:val="0"/>
          <w:numId w:val="20"/>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Evaluation Form:</w:t>
      </w:r>
      <w:r w:rsidRPr="00987157">
        <w:rPr>
          <w:rFonts w:ascii="Times New Roman" w:eastAsia="Times New Roman" w:hAnsi="Times New Roman" w:cs="Times New Roman"/>
          <w:sz w:val="24"/>
          <w:szCs w:val="24"/>
        </w:rPr>
        <w:t xml:space="preserve"> Must be completed for certificate issuance.</w:t>
      </w:r>
    </w:p>
    <w:p w14:paraId="50566BED" w14:textId="77777777" w:rsidR="00987157" w:rsidRPr="00987157" w:rsidRDefault="00987157" w:rsidP="00987157">
      <w:pPr>
        <w:numPr>
          <w:ilvl w:val="0"/>
          <w:numId w:val="20"/>
        </w:numPr>
        <w:spacing w:before="0" w:beforeAutospacing="1" w:after="100" w:afterAutospacing="1" w:line="240" w:lineRule="auto"/>
        <w:rPr>
          <w:rFonts w:ascii="Times New Roman" w:eastAsia="Times New Roman" w:hAnsi="Times New Roman" w:cs="Times New Roman"/>
          <w:sz w:val="24"/>
          <w:szCs w:val="24"/>
        </w:rPr>
      </w:pP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Correct Name Usage:</w:t>
      </w:r>
      <w:r w:rsidRPr="00987157">
        <w:rPr>
          <w:rFonts w:ascii="Times New Roman" w:eastAsia="Times New Roman" w:hAnsi="Times New Roman" w:cs="Times New Roman"/>
          <w:sz w:val="24"/>
          <w:szCs w:val="24"/>
        </w:rPr>
        <w:t xml:space="preserve"> Log in with your registration/official DCDEE name, or type full name into chat if not possible.</w:t>
      </w:r>
    </w:p>
    <w:p w14:paraId="1E773885" w14:textId="77777777" w:rsidR="00987157" w:rsidRPr="00987157" w:rsidRDefault="00987157" w:rsidP="00987157">
      <w:pPr>
        <w:numPr>
          <w:ilvl w:val="0"/>
          <w:numId w:val="20"/>
        </w:numPr>
        <w:spacing w:before="0" w:beforeAutospacing="1" w:after="100" w:afterAutospacing="1" w:line="240" w:lineRule="auto"/>
        <w:rPr>
          <w:rFonts w:ascii="Times New Roman" w:eastAsia="Times New Roman" w:hAnsi="Times New Roman" w:cs="Times New Roman"/>
          <w:sz w:val="24"/>
          <w:szCs w:val="24"/>
        </w:rPr>
      </w:pPr>
      <w:r w:rsidRPr="00987157">
        <w:rPr>
          <w:rFonts w:ascii="Segoe UI Emoji" w:eastAsia="Times New Roman" w:hAnsi="Segoe UI Emoji" w:cs="Segoe UI Emoji"/>
          <w:sz w:val="24"/>
          <w:szCs w:val="24"/>
        </w:rPr>
        <w:t>🌐</w:t>
      </w:r>
      <w:r w:rsidRPr="00987157">
        <w:rPr>
          <w:rFonts w:ascii="Times New Roman" w:eastAsia="Times New Roman" w:hAnsi="Times New Roman" w:cs="Times New Roman"/>
          <w:sz w:val="24"/>
          <w:szCs w:val="24"/>
        </w:rPr>
        <w:t xml:space="preserve"> </w:t>
      </w:r>
      <w:r w:rsidRPr="00987157">
        <w:rPr>
          <w:rFonts w:ascii="Times New Roman" w:eastAsia="Times New Roman" w:hAnsi="Times New Roman" w:cs="Times New Roman"/>
          <w:b/>
          <w:bCs/>
          <w:sz w:val="24"/>
          <w:szCs w:val="24"/>
        </w:rPr>
        <w:t>Full Expectations</w:t>
      </w:r>
      <w:r w:rsidRPr="00987157">
        <w:rPr>
          <w:rFonts w:ascii="Times New Roman" w:eastAsia="Times New Roman" w:hAnsi="Times New Roman" w:cs="Times New Roman"/>
          <w:sz w:val="24"/>
          <w:szCs w:val="24"/>
        </w:rPr>
        <w:t xml:space="preserve"> are available on our website.</w:t>
      </w:r>
    </w:p>
    <w:p w14:paraId="5EBFFC7D" w14:textId="77777777" w:rsidR="00C44AF5" w:rsidRPr="00C44AF5" w:rsidRDefault="00A250EA" w:rsidP="00987157">
      <w:pPr>
        <w:rPr>
          <w:rFonts w:ascii="Segoe UI Emoji" w:hAnsi="Segoe UI Emoji" w:cs="Segoe UI Emoji"/>
        </w:rPr>
      </w:pPr>
      <w:r>
        <w:rPr>
          <w:rFonts w:ascii="Times New Roman" w:eastAsia="Times New Roman" w:hAnsi="Times New Roman" w:cs="Times New Roman"/>
          <w:sz w:val="24"/>
          <w:szCs w:val="24"/>
        </w:rPr>
        <w:pict w14:anchorId="324D1D88">
          <v:rect id="_x0000_i1027" style="width:0;height:1.5pt" o:hralign="center" o:hrstd="t" o:hr="t" fillcolor="#a0a0a0" stroked="f"/>
        </w:pict>
      </w:r>
      <w:r w:rsidR="00142131">
        <w:br/>
      </w:r>
      <w:r w:rsidR="00142131">
        <w:br/>
      </w:r>
      <w:r w:rsidR="00C44AF5" w:rsidRPr="00C44AF5">
        <w:rPr>
          <w:rFonts w:ascii="Segoe UI Emoji" w:eastAsia="Times New Roman" w:hAnsi="Segoe UI Emoji" w:cs="Segoe UI Emoji"/>
          <w:b/>
          <w:bCs/>
          <w:sz w:val="24"/>
          <w:szCs w:val="24"/>
        </w:rPr>
        <w:t>🖊</w:t>
      </w:r>
      <w:r w:rsidR="00C44AF5" w:rsidRPr="00C44AF5">
        <w:rPr>
          <w:rFonts w:ascii="Times New Roman" w:eastAsia="Times New Roman" w:hAnsi="Times New Roman" w:cs="Times New Roman"/>
          <w:b/>
          <w:bCs/>
          <w:sz w:val="24"/>
          <w:szCs w:val="24"/>
        </w:rPr>
        <w:t>️ How to Register</w:t>
      </w:r>
    </w:p>
    <w:p w14:paraId="06462DC4" w14:textId="77777777" w:rsidR="00C44AF5" w:rsidRPr="00C44AF5" w:rsidRDefault="00C44AF5" w:rsidP="00C44AF5">
      <w:pPr>
        <w:numPr>
          <w:ilvl w:val="0"/>
          <w:numId w:val="10"/>
        </w:numPr>
        <w:spacing w:before="0" w:beforeAutospacing="1" w:after="100" w:afterAutospacing="1" w:line="240" w:lineRule="auto"/>
        <w:rPr>
          <w:rFonts w:ascii="Times New Roman" w:eastAsia="Times New Roman" w:hAnsi="Times New Roman" w:cs="Times New Roman"/>
          <w:sz w:val="24"/>
          <w:szCs w:val="24"/>
        </w:rPr>
      </w:pPr>
      <w:r w:rsidRPr="00C44AF5">
        <w:rPr>
          <w:rFonts w:ascii="Segoe UI Emoji" w:eastAsia="Times New Roman" w:hAnsi="Segoe UI Emoji" w:cs="Segoe UI Emoji"/>
          <w:sz w:val="24"/>
          <w:szCs w:val="24"/>
        </w:rPr>
        <w:t>🌐</w:t>
      </w:r>
      <w:r w:rsidRPr="00C44AF5">
        <w:rPr>
          <w:rFonts w:ascii="Times New Roman" w:eastAsia="Times New Roman" w:hAnsi="Times New Roman" w:cs="Times New Roman"/>
          <w:sz w:val="24"/>
          <w:szCs w:val="24"/>
        </w:rPr>
        <w:t xml:space="preserve"> </w:t>
      </w:r>
      <w:r w:rsidRPr="00C44AF5">
        <w:rPr>
          <w:rFonts w:ascii="Times New Roman" w:eastAsia="Times New Roman" w:hAnsi="Times New Roman" w:cs="Times New Roman"/>
          <w:b/>
          <w:bCs/>
          <w:sz w:val="24"/>
          <w:szCs w:val="24"/>
        </w:rPr>
        <w:t>Online:</w:t>
      </w:r>
      <w:r w:rsidRPr="00C44AF5">
        <w:rPr>
          <w:rFonts w:ascii="Times New Roman" w:eastAsia="Times New Roman" w:hAnsi="Times New Roman" w:cs="Times New Roman"/>
          <w:sz w:val="24"/>
          <w:szCs w:val="24"/>
        </w:rPr>
        <w:t xml:space="preserve"> </w:t>
      </w:r>
      <w:hyperlink r:id="rId9" w:tgtFrame="_new" w:history="1">
        <w:r w:rsidRPr="00C44AF5">
          <w:rPr>
            <w:rFonts w:ascii="Times New Roman" w:eastAsia="Times New Roman" w:hAnsi="Times New Roman" w:cs="Times New Roman"/>
            <w:color w:val="0000FF"/>
            <w:sz w:val="24"/>
            <w:szCs w:val="24"/>
            <w:u w:val="single"/>
          </w:rPr>
          <w:t>www.rowan-smartstart.org</w:t>
        </w:r>
      </w:hyperlink>
    </w:p>
    <w:p w14:paraId="4D567053" w14:textId="77777777" w:rsidR="00C44AF5" w:rsidRPr="00C44AF5" w:rsidRDefault="00C44AF5" w:rsidP="00C44AF5">
      <w:pPr>
        <w:numPr>
          <w:ilvl w:val="0"/>
          <w:numId w:val="10"/>
        </w:numPr>
        <w:spacing w:before="0" w:beforeAutospacing="1" w:after="100" w:afterAutospacing="1" w:line="240" w:lineRule="auto"/>
        <w:rPr>
          <w:rFonts w:ascii="Times New Roman" w:eastAsia="Times New Roman" w:hAnsi="Times New Roman" w:cs="Times New Roman"/>
          <w:sz w:val="24"/>
          <w:szCs w:val="24"/>
        </w:rPr>
      </w:pPr>
      <w:r w:rsidRPr="00C44AF5">
        <w:rPr>
          <w:rFonts w:ascii="Segoe UI Emoji" w:eastAsia="Times New Roman" w:hAnsi="Segoe UI Emoji" w:cs="Segoe UI Emoji"/>
          <w:sz w:val="24"/>
          <w:szCs w:val="24"/>
        </w:rPr>
        <w:t>📞</w:t>
      </w:r>
      <w:r w:rsidRPr="00C44AF5">
        <w:rPr>
          <w:rFonts w:ascii="Times New Roman" w:eastAsia="Times New Roman" w:hAnsi="Times New Roman" w:cs="Times New Roman"/>
          <w:sz w:val="24"/>
          <w:szCs w:val="24"/>
        </w:rPr>
        <w:t xml:space="preserve"> </w:t>
      </w:r>
      <w:proofErr w:type="gramStart"/>
      <w:r w:rsidRPr="00C44AF5">
        <w:rPr>
          <w:rFonts w:ascii="Times New Roman" w:eastAsia="Times New Roman" w:hAnsi="Times New Roman" w:cs="Times New Roman"/>
          <w:b/>
          <w:bCs/>
          <w:sz w:val="24"/>
          <w:szCs w:val="24"/>
        </w:rPr>
        <w:t>By</w:t>
      </w:r>
      <w:proofErr w:type="gramEnd"/>
      <w:r w:rsidRPr="00C44AF5">
        <w:rPr>
          <w:rFonts w:ascii="Times New Roman" w:eastAsia="Times New Roman" w:hAnsi="Times New Roman" w:cs="Times New Roman"/>
          <w:b/>
          <w:bCs/>
          <w:sz w:val="24"/>
          <w:szCs w:val="24"/>
        </w:rPr>
        <w:t xml:space="preserve"> phone:</w:t>
      </w:r>
      <w:r w:rsidRPr="00C44AF5">
        <w:rPr>
          <w:rFonts w:ascii="Times New Roman" w:eastAsia="Times New Roman" w:hAnsi="Times New Roman" w:cs="Times New Roman"/>
          <w:sz w:val="24"/>
          <w:szCs w:val="24"/>
        </w:rPr>
        <w:t xml:space="preserve"> (704)-603-3433</w:t>
      </w:r>
    </w:p>
    <w:p w14:paraId="081FFBDE" w14:textId="77777777" w:rsidR="00C44AF5" w:rsidRPr="00C44AF5" w:rsidRDefault="00C44AF5" w:rsidP="00C44AF5">
      <w:pPr>
        <w:numPr>
          <w:ilvl w:val="0"/>
          <w:numId w:val="10"/>
        </w:numPr>
        <w:spacing w:before="0" w:beforeAutospacing="1" w:after="100" w:afterAutospacing="1" w:line="240" w:lineRule="auto"/>
        <w:rPr>
          <w:rFonts w:ascii="Times New Roman" w:eastAsia="Times New Roman" w:hAnsi="Times New Roman" w:cs="Times New Roman"/>
          <w:sz w:val="24"/>
          <w:szCs w:val="24"/>
        </w:rPr>
      </w:pPr>
      <w:r w:rsidRPr="00C44AF5">
        <w:rPr>
          <w:rFonts w:ascii="Segoe UI Emoji" w:eastAsia="Times New Roman" w:hAnsi="Segoe UI Emoji" w:cs="Segoe UI Emoji"/>
          <w:sz w:val="24"/>
          <w:szCs w:val="24"/>
        </w:rPr>
        <w:t>✉️</w:t>
      </w:r>
      <w:r w:rsidRPr="00C44AF5">
        <w:rPr>
          <w:rFonts w:ascii="Times New Roman" w:eastAsia="Times New Roman" w:hAnsi="Times New Roman" w:cs="Times New Roman"/>
          <w:sz w:val="24"/>
          <w:szCs w:val="24"/>
        </w:rPr>
        <w:t xml:space="preserve"> </w:t>
      </w:r>
      <w:r w:rsidRPr="00C44AF5">
        <w:rPr>
          <w:rFonts w:ascii="Times New Roman" w:eastAsia="Times New Roman" w:hAnsi="Times New Roman" w:cs="Times New Roman"/>
          <w:b/>
          <w:bCs/>
          <w:sz w:val="24"/>
          <w:szCs w:val="24"/>
        </w:rPr>
        <w:t>By mail or in person:</w:t>
      </w:r>
      <w:r w:rsidRPr="00C44AF5">
        <w:rPr>
          <w:rFonts w:ascii="Times New Roman" w:eastAsia="Times New Roman" w:hAnsi="Times New Roman" w:cs="Times New Roman"/>
          <w:sz w:val="24"/>
          <w:szCs w:val="24"/>
        </w:rPr>
        <w:t xml:space="preserve"> Send registration form and payment to:</w:t>
      </w:r>
      <w:r w:rsidRPr="00C44AF5">
        <w:rPr>
          <w:rFonts w:ascii="Times New Roman" w:eastAsia="Times New Roman" w:hAnsi="Times New Roman" w:cs="Times New Roman"/>
          <w:sz w:val="24"/>
          <w:szCs w:val="24"/>
        </w:rPr>
        <w:br/>
      </w:r>
      <w:r w:rsidRPr="00C44AF5">
        <w:rPr>
          <w:rFonts w:ascii="Times New Roman" w:eastAsia="Times New Roman" w:hAnsi="Times New Roman" w:cs="Times New Roman"/>
          <w:i/>
          <w:iCs/>
          <w:sz w:val="24"/>
          <w:szCs w:val="24"/>
        </w:rPr>
        <w:t>Smart Start Rowan</w:t>
      </w:r>
      <w:r w:rsidRPr="00C44AF5">
        <w:rPr>
          <w:rFonts w:ascii="Times New Roman" w:eastAsia="Times New Roman" w:hAnsi="Times New Roman" w:cs="Times New Roman"/>
          <w:sz w:val="24"/>
          <w:szCs w:val="24"/>
        </w:rPr>
        <w:br/>
        <w:t>1329 Jake Alexander Blvd. S.</w:t>
      </w:r>
      <w:r w:rsidRPr="00C44AF5">
        <w:rPr>
          <w:rFonts w:ascii="Times New Roman" w:eastAsia="Times New Roman" w:hAnsi="Times New Roman" w:cs="Times New Roman"/>
          <w:sz w:val="24"/>
          <w:szCs w:val="24"/>
        </w:rPr>
        <w:br/>
        <w:t>Salisbury, NC 28146</w:t>
      </w:r>
    </w:p>
    <w:p w14:paraId="4E0E33B6" w14:textId="77777777" w:rsidR="00C44AF5" w:rsidRPr="00C44AF5" w:rsidRDefault="00A250EA" w:rsidP="00C44AF5">
      <w:pPr>
        <w:spacing w:before="0" w:after="0" w:line="240" w:lineRule="auto"/>
        <w:rPr>
          <w:rFonts w:ascii="Times New Roman" w:eastAsia="Times New Roman" w:hAnsi="Times New Roman" w:cs="Times New Roman"/>
          <w:sz w:val="24"/>
          <w:szCs w:val="24"/>
        </w:rPr>
      </w:pPr>
      <w:bookmarkStart w:id="0" w:name="_Hlk207964268"/>
      <w:r>
        <w:rPr>
          <w:rFonts w:ascii="Times New Roman" w:eastAsia="Times New Roman" w:hAnsi="Times New Roman" w:cs="Times New Roman"/>
          <w:sz w:val="24"/>
          <w:szCs w:val="24"/>
        </w:rPr>
        <w:pict w14:anchorId="5372B3AF">
          <v:rect id="_x0000_i1028" style="width:0;height:1.5pt" o:hralign="center" o:hrstd="t" o:hr="t" fillcolor="#a0a0a0" stroked="f"/>
        </w:pict>
      </w:r>
      <w:bookmarkEnd w:id="0"/>
    </w:p>
    <w:p w14:paraId="11E2B293" w14:textId="77777777" w:rsidR="00C44AF5" w:rsidRPr="00C44AF5" w:rsidRDefault="00C44AF5" w:rsidP="00C44AF5">
      <w:pPr>
        <w:spacing w:beforeAutospacing="1" w:after="100" w:afterAutospacing="1" w:line="240" w:lineRule="auto"/>
        <w:rPr>
          <w:rFonts w:ascii="Times New Roman" w:eastAsia="Times New Roman" w:hAnsi="Times New Roman" w:cs="Times New Roman"/>
          <w:sz w:val="24"/>
          <w:szCs w:val="24"/>
        </w:rPr>
      </w:pPr>
      <w:r w:rsidRPr="00C44AF5">
        <w:rPr>
          <w:rFonts w:ascii="Segoe UI Emoji" w:eastAsia="Times New Roman" w:hAnsi="Segoe UI Emoji" w:cs="Segoe UI Emoji"/>
          <w:b/>
          <w:bCs/>
          <w:sz w:val="24"/>
          <w:szCs w:val="24"/>
        </w:rPr>
        <w:t>💳</w:t>
      </w:r>
      <w:r w:rsidRPr="00C44AF5">
        <w:rPr>
          <w:rFonts w:ascii="Times New Roman" w:eastAsia="Times New Roman" w:hAnsi="Times New Roman" w:cs="Times New Roman"/>
          <w:b/>
          <w:bCs/>
          <w:sz w:val="24"/>
          <w:szCs w:val="24"/>
        </w:rPr>
        <w:t xml:space="preserve"> Registration &amp; Payment Information</w:t>
      </w:r>
    </w:p>
    <w:p w14:paraId="40E962A1" w14:textId="77777777" w:rsidR="00C44AF5" w:rsidRPr="00C44AF5" w:rsidRDefault="00C44AF5" w:rsidP="00C44AF5">
      <w:pPr>
        <w:numPr>
          <w:ilvl w:val="0"/>
          <w:numId w:val="11"/>
        </w:numPr>
        <w:spacing w:before="0" w:beforeAutospacing="1" w:after="100" w:afterAutospacing="1" w:line="240" w:lineRule="auto"/>
        <w:rPr>
          <w:rFonts w:ascii="Times New Roman" w:eastAsia="Times New Roman" w:hAnsi="Times New Roman" w:cs="Times New Roman"/>
          <w:sz w:val="24"/>
          <w:szCs w:val="24"/>
        </w:rPr>
      </w:pPr>
      <w:r w:rsidRPr="00C44AF5">
        <w:rPr>
          <w:rFonts w:ascii="Segoe UI Emoji" w:eastAsia="Times New Roman" w:hAnsi="Segoe UI Emoji" w:cs="Segoe UI Emoji"/>
          <w:sz w:val="24"/>
          <w:szCs w:val="24"/>
        </w:rPr>
        <w:t>🌐</w:t>
      </w:r>
      <w:r w:rsidRPr="00C44AF5">
        <w:rPr>
          <w:rFonts w:ascii="Times New Roman" w:eastAsia="Times New Roman" w:hAnsi="Times New Roman" w:cs="Times New Roman"/>
          <w:sz w:val="24"/>
          <w:szCs w:val="24"/>
        </w:rPr>
        <w:t xml:space="preserve"> </w:t>
      </w:r>
      <w:r w:rsidRPr="00C44AF5">
        <w:rPr>
          <w:rFonts w:ascii="Times New Roman" w:eastAsia="Times New Roman" w:hAnsi="Times New Roman" w:cs="Times New Roman"/>
          <w:b/>
          <w:bCs/>
          <w:sz w:val="24"/>
          <w:szCs w:val="24"/>
        </w:rPr>
        <w:t>Online:</w:t>
      </w:r>
      <w:r w:rsidRPr="00C44AF5">
        <w:rPr>
          <w:rFonts w:ascii="Times New Roman" w:eastAsia="Times New Roman" w:hAnsi="Times New Roman" w:cs="Times New Roman"/>
          <w:sz w:val="24"/>
          <w:szCs w:val="24"/>
        </w:rPr>
        <w:t xml:space="preserve"> All major credit cards accepted at </w:t>
      </w:r>
      <w:hyperlink r:id="rId10" w:tgtFrame="_new" w:history="1">
        <w:r w:rsidRPr="00C44AF5">
          <w:rPr>
            <w:rFonts w:ascii="Times New Roman" w:eastAsia="Times New Roman" w:hAnsi="Times New Roman" w:cs="Times New Roman"/>
            <w:color w:val="0000FF"/>
            <w:sz w:val="24"/>
            <w:szCs w:val="24"/>
            <w:u w:val="single"/>
          </w:rPr>
          <w:t>www.rowan-smartstart.org</w:t>
        </w:r>
      </w:hyperlink>
    </w:p>
    <w:p w14:paraId="5479A14A" w14:textId="77777777" w:rsidR="00C44AF5" w:rsidRPr="00C44AF5" w:rsidRDefault="00C44AF5" w:rsidP="00C44AF5">
      <w:pPr>
        <w:numPr>
          <w:ilvl w:val="0"/>
          <w:numId w:val="11"/>
        </w:numPr>
        <w:spacing w:before="0" w:beforeAutospacing="1" w:after="100" w:afterAutospacing="1" w:line="240" w:lineRule="auto"/>
        <w:rPr>
          <w:rFonts w:ascii="Times New Roman" w:eastAsia="Times New Roman" w:hAnsi="Times New Roman" w:cs="Times New Roman"/>
          <w:sz w:val="24"/>
          <w:szCs w:val="24"/>
        </w:rPr>
      </w:pPr>
      <w:r w:rsidRPr="00C44AF5">
        <w:rPr>
          <w:rFonts w:ascii="Segoe UI Emoji" w:eastAsia="Times New Roman" w:hAnsi="Segoe UI Emoji" w:cs="Segoe UI Emoji"/>
          <w:sz w:val="24"/>
          <w:szCs w:val="24"/>
        </w:rPr>
        <w:t>📞</w:t>
      </w:r>
      <w:r w:rsidRPr="00C44AF5">
        <w:rPr>
          <w:rFonts w:ascii="Times New Roman" w:eastAsia="Times New Roman" w:hAnsi="Times New Roman" w:cs="Times New Roman"/>
          <w:sz w:val="24"/>
          <w:szCs w:val="24"/>
        </w:rPr>
        <w:t xml:space="preserve"> </w:t>
      </w:r>
      <w:proofErr w:type="gramStart"/>
      <w:r w:rsidRPr="00C44AF5">
        <w:rPr>
          <w:rFonts w:ascii="Times New Roman" w:eastAsia="Times New Roman" w:hAnsi="Times New Roman" w:cs="Times New Roman"/>
          <w:b/>
          <w:bCs/>
          <w:sz w:val="24"/>
          <w:szCs w:val="24"/>
        </w:rPr>
        <w:t>By</w:t>
      </w:r>
      <w:proofErr w:type="gramEnd"/>
      <w:r w:rsidRPr="00C44AF5">
        <w:rPr>
          <w:rFonts w:ascii="Times New Roman" w:eastAsia="Times New Roman" w:hAnsi="Times New Roman" w:cs="Times New Roman"/>
          <w:b/>
          <w:bCs/>
          <w:sz w:val="24"/>
          <w:szCs w:val="24"/>
        </w:rPr>
        <w:t xml:space="preserve"> phone:</w:t>
      </w:r>
      <w:r w:rsidRPr="00C44AF5">
        <w:rPr>
          <w:rFonts w:ascii="Times New Roman" w:eastAsia="Times New Roman" w:hAnsi="Times New Roman" w:cs="Times New Roman"/>
          <w:sz w:val="24"/>
          <w:szCs w:val="24"/>
        </w:rPr>
        <w:t xml:space="preserve"> Trainings over $10 may be paid by credit card.</w:t>
      </w:r>
    </w:p>
    <w:p w14:paraId="592D75D0" w14:textId="77777777" w:rsidR="00C44AF5" w:rsidRPr="00C44AF5" w:rsidRDefault="00C44AF5" w:rsidP="00C44AF5">
      <w:pPr>
        <w:numPr>
          <w:ilvl w:val="0"/>
          <w:numId w:val="11"/>
        </w:numPr>
        <w:spacing w:before="0" w:beforeAutospacing="1" w:after="100" w:afterAutospacing="1" w:line="240" w:lineRule="auto"/>
        <w:rPr>
          <w:rFonts w:ascii="Times New Roman" w:eastAsia="Times New Roman" w:hAnsi="Times New Roman" w:cs="Times New Roman"/>
          <w:sz w:val="24"/>
          <w:szCs w:val="24"/>
        </w:rPr>
      </w:pPr>
      <w:r w:rsidRPr="00C44AF5">
        <w:rPr>
          <w:rFonts w:ascii="Segoe UI Emoji" w:eastAsia="Times New Roman" w:hAnsi="Segoe UI Emoji" w:cs="Segoe UI Emoji"/>
          <w:sz w:val="24"/>
          <w:szCs w:val="24"/>
        </w:rPr>
        <w:t>✉️</w:t>
      </w:r>
      <w:r w:rsidRPr="00C44AF5">
        <w:rPr>
          <w:rFonts w:ascii="Times New Roman" w:eastAsia="Times New Roman" w:hAnsi="Times New Roman" w:cs="Times New Roman"/>
          <w:sz w:val="24"/>
          <w:szCs w:val="24"/>
        </w:rPr>
        <w:t xml:space="preserve"> </w:t>
      </w:r>
      <w:r w:rsidRPr="00C44AF5">
        <w:rPr>
          <w:rFonts w:ascii="Times New Roman" w:eastAsia="Times New Roman" w:hAnsi="Times New Roman" w:cs="Times New Roman"/>
          <w:b/>
          <w:bCs/>
          <w:sz w:val="24"/>
          <w:szCs w:val="24"/>
        </w:rPr>
        <w:t>By mail or in person:</w:t>
      </w:r>
      <w:r w:rsidRPr="00C44AF5">
        <w:rPr>
          <w:rFonts w:ascii="Times New Roman" w:eastAsia="Times New Roman" w:hAnsi="Times New Roman" w:cs="Times New Roman"/>
          <w:sz w:val="24"/>
          <w:szCs w:val="24"/>
        </w:rPr>
        <w:t xml:space="preserve"> Pay by cash, check, or credit card with your registration form.</w:t>
      </w:r>
    </w:p>
    <w:p w14:paraId="400D95E9" w14:textId="77777777" w:rsidR="00C44AF5" w:rsidRPr="00C44AF5" w:rsidRDefault="00C44AF5" w:rsidP="00C44AF5">
      <w:pPr>
        <w:spacing w:beforeAutospacing="1" w:after="100" w:afterAutospacing="1" w:line="240" w:lineRule="auto"/>
        <w:rPr>
          <w:rFonts w:ascii="Times New Roman" w:eastAsia="Times New Roman" w:hAnsi="Times New Roman" w:cs="Times New Roman"/>
          <w:sz w:val="24"/>
          <w:szCs w:val="24"/>
        </w:rPr>
      </w:pPr>
      <w:r w:rsidRPr="00C44AF5">
        <w:rPr>
          <w:rFonts w:ascii="Segoe UI Emoji" w:eastAsia="Times New Roman" w:hAnsi="Segoe UI Emoji" w:cs="Segoe UI Emoji"/>
          <w:sz w:val="24"/>
          <w:szCs w:val="24"/>
        </w:rPr>
        <w:t>⚠️</w:t>
      </w:r>
      <w:r w:rsidRPr="00C44AF5">
        <w:rPr>
          <w:rFonts w:ascii="Times New Roman" w:eastAsia="Times New Roman" w:hAnsi="Times New Roman" w:cs="Times New Roman"/>
          <w:sz w:val="24"/>
          <w:szCs w:val="24"/>
        </w:rPr>
        <w:t xml:space="preserve"> </w:t>
      </w:r>
      <w:r w:rsidRPr="00C44AF5">
        <w:rPr>
          <w:rFonts w:ascii="Times New Roman" w:eastAsia="Times New Roman" w:hAnsi="Times New Roman" w:cs="Times New Roman"/>
          <w:b/>
          <w:bCs/>
          <w:sz w:val="24"/>
          <w:szCs w:val="24"/>
        </w:rPr>
        <w:t>Spaces cannot be held without payment!</w:t>
      </w:r>
    </w:p>
    <w:p w14:paraId="643CF451" w14:textId="77777777" w:rsidR="00C44AF5" w:rsidRPr="00C44AF5" w:rsidRDefault="00C44AF5" w:rsidP="00C44AF5">
      <w:pPr>
        <w:spacing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i/>
          <w:iCs/>
          <w:sz w:val="24"/>
          <w:szCs w:val="24"/>
        </w:rPr>
        <w:lastRenderedPageBreak/>
        <w:t>Note: Several trainings are provided by non–Smart Start Rowan employees. Please check the training calendar for registration instructions for those sessions.</w:t>
      </w:r>
    </w:p>
    <w:p w14:paraId="1175BE1E" w14:textId="77777777" w:rsidR="00C44AF5" w:rsidRPr="00C44AF5" w:rsidRDefault="00C44AF5" w:rsidP="00C44AF5">
      <w:pPr>
        <w:pStyle w:val="Heading3"/>
        <w:rPr>
          <w:rFonts w:ascii="Times New Roman" w:eastAsia="Times New Roman" w:hAnsi="Times New Roman" w:cs="Times New Roman"/>
          <w:b/>
          <w:bCs/>
          <w:caps w:val="0"/>
          <w:color w:val="auto"/>
          <w:spacing w:val="0"/>
          <w:sz w:val="27"/>
          <w:szCs w:val="27"/>
        </w:rPr>
      </w:pPr>
      <w:r>
        <w:t xml:space="preserve"> </w:t>
      </w:r>
      <w:r w:rsidRPr="00C44AF5">
        <w:rPr>
          <w:rFonts w:ascii="Segoe UI Emoji" w:eastAsia="Times New Roman" w:hAnsi="Segoe UI Emoji" w:cs="Segoe UI Emoji"/>
          <w:b/>
          <w:bCs/>
          <w:caps w:val="0"/>
          <w:color w:val="auto"/>
          <w:spacing w:val="0"/>
          <w:sz w:val="27"/>
          <w:szCs w:val="27"/>
        </w:rPr>
        <w:t>🏫</w:t>
      </w:r>
      <w:r w:rsidRPr="00C44AF5">
        <w:rPr>
          <w:rFonts w:ascii="Times New Roman" w:eastAsia="Times New Roman" w:hAnsi="Times New Roman" w:cs="Times New Roman"/>
          <w:b/>
          <w:bCs/>
          <w:caps w:val="0"/>
          <w:color w:val="auto"/>
          <w:spacing w:val="0"/>
          <w:sz w:val="27"/>
          <w:szCs w:val="27"/>
        </w:rPr>
        <w:t xml:space="preserve"> Center Trainings</w:t>
      </w:r>
    </w:p>
    <w:p w14:paraId="6D0B2D95" w14:textId="77777777" w:rsidR="00C44AF5" w:rsidRPr="00C44AF5" w:rsidRDefault="00C44AF5" w:rsidP="00C44AF5">
      <w:pPr>
        <w:spacing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 xml:space="preserve">We are available to provide </w:t>
      </w:r>
      <w:r w:rsidRPr="00C44AF5">
        <w:rPr>
          <w:rFonts w:ascii="Times New Roman" w:eastAsia="Times New Roman" w:hAnsi="Times New Roman" w:cs="Times New Roman"/>
          <w:b/>
          <w:bCs/>
          <w:sz w:val="24"/>
          <w:szCs w:val="24"/>
        </w:rPr>
        <w:t>custom trainings</w:t>
      </w:r>
      <w:r w:rsidRPr="00C44AF5">
        <w:rPr>
          <w:rFonts w:ascii="Times New Roman" w:eastAsia="Times New Roman" w:hAnsi="Times New Roman" w:cs="Times New Roman"/>
          <w:sz w:val="24"/>
          <w:szCs w:val="24"/>
        </w:rPr>
        <w:t xml:space="preserve"> either </w:t>
      </w:r>
      <w:r w:rsidRPr="00C44AF5">
        <w:rPr>
          <w:rFonts w:ascii="Times New Roman" w:eastAsia="Times New Roman" w:hAnsi="Times New Roman" w:cs="Times New Roman"/>
          <w:b/>
          <w:bCs/>
          <w:sz w:val="24"/>
          <w:szCs w:val="24"/>
        </w:rPr>
        <w:t>off-site at your center</w:t>
      </w:r>
      <w:r w:rsidRPr="00C44AF5">
        <w:rPr>
          <w:rFonts w:ascii="Times New Roman" w:eastAsia="Times New Roman" w:hAnsi="Times New Roman" w:cs="Times New Roman"/>
          <w:sz w:val="24"/>
          <w:szCs w:val="24"/>
        </w:rPr>
        <w:t xml:space="preserve"> or </w:t>
      </w:r>
      <w:r w:rsidRPr="00C44AF5">
        <w:rPr>
          <w:rFonts w:ascii="Times New Roman" w:eastAsia="Times New Roman" w:hAnsi="Times New Roman" w:cs="Times New Roman"/>
          <w:b/>
          <w:bCs/>
          <w:sz w:val="24"/>
          <w:szCs w:val="24"/>
        </w:rPr>
        <w:t>at our office</w:t>
      </w:r>
      <w:r w:rsidRPr="00C44AF5">
        <w:rPr>
          <w:rFonts w:ascii="Times New Roman" w:eastAsia="Times New Roman" w:hAnsi="Times New Roman" w:cs="Times New Roman"/>
          <w:sz w:val="24"/>
          <w:szCs w:val="24"/>
        </w:rPr>
        <w:t>.</w:t>
      </w:r>
    </w:p>
    <w:p w14:paraId="60E09F2B" w14:textId="77777777" w:rsidR="00C44AF5" w:rsidRPr="00C44AF5" w:rsidRDefault="00C44AF5" w:rsidP="00C44AF5">
      <w:pPr>
        <w:numPr>
          <w:ilvl w:val="0"/>
          <w:numId w:val="12"/>
        </w:numPr>
        <w:spacing w:beforeAutospacing="1" w:after="100" w:afterAutospacing="1" w:line="240" w:lineRule="auto"/>
        <w:rPr>
          <w:rFonts w:ascii="Times New Roman" w:eastAsia="Times New Roman" w:hAnsi="Times New Roman" w:cs="Times New Roman"/>
          <w:sz w:val="24"/>
          <w:szCs w:val="24"/>
        </w:rPr>
      </w:pPr>
      <w:r w:rsidRPr="00C44AF5">
        <w:rPr>
          <w:rFonts w:ascii="Segoe UI Emoji" w:eastAsia="Times New Roman" w:hAnsi="Segoe UI Emoji" w:cs="Segoe UI Emoji"/>
          <w:sz w:val="24"/>
          <w:szCs w:val="24"/>
        </w:rPr>
        <w:t>💲</w:t>
      </w:r>
      <w:r w:rsidRPr="00C44AF5">
        <w:rPr>
          <w:rFonts w:ascii="Times New Roman" w:eastAsia="Times New Roman" w:hAnsi="Times New Roman" w:cs="Times New Roman"/>
          <w:sz w:val="24"/>
          <w:szCs w:val="24"/>
        </w:rPr>
        <w:t xml:space="preserve"> </w:t>
      </w:r>
      <w:r w:rsidRPr="00C44AF5">
        <w:rPr>
          <w:rFonts w:ascii="Times New Roman" w:eastAsia="Times New Roman" w:hAnsi="Times New Roman" w:cs="Times New Roman"/>
          <w:b/>
          <w:bCs/>
          <w:sz w:val="24"/>
          <w:szCs w:val="24"/>
        </w:rPr>
        <w:t>$50 per hour</w:t>
      </w:r>
      <w:r w:rsidRPr="00C44AF5">
        <w:rPr>
          <w:rFonts w:ascii="Times New Roman" w:eastAsia="Times New Roman" w:hAnsi="Times New Roman" w:cs="Times New Roman"/>
          <w:sz w:val="24"/>
          <w:szCs w:val="24"/>
        </w:rPr>
        <w:t xml:space="preserve"> (with a 2-hour minimum) for standard trainings</w:t>
      </w:r>
    </w:p>
    <w:p w14:paraId="24472025" w14:textId="77777777" w:rsidR="00C44AF5" w:rsidRPr="00C44AF5" w:rsidRDefault="00C44AF5" w:rsidP="00C44AF5">
      <w:pPr>
        <w:numPr>
          <w:ilvl w:val="0"/>
          <w:numId w:val="12"/>
        </w:numPr>
        <w:spacing w:beforeAutospacing="1" w:after="100" w:afterAutospacing="1" w:line="240" w:lineRule="auto"/>
        <w:rPr>
          <w:rFonts w:ascii="Times New Roman" w:eastAsia="Times New Roman" w:hAnsi="Times New Roman" w:cs="Times New Roman"/>
          <w:sz w:val="24"/>
          <w:szCs w:val="24"/>
        </w:rPr>
      </w:pPr>
      <w:r w:rsidRPr="00C44AF5">
        <w:rPr>
          <w:rFonts w:ascii="Segoe UI Emoji" w:eastAsia="Times New Roman" w:hAnsi="Segoe UI Emoji" w:cs="Segoe UI Emoji"/>
          <w:sz w:val="24"/>
          <w:szCs w:val="24"/>
        </w:rPr>
        <w:t>📚</w:t>
      </w:r>
      <w:r w:rsidRPr="00C44AF5">
        <w:rPr>
          <w:rFonts w:ascii="Times New Roman" w:eastAsia="Times New Roman" w:hAnsi="Times New Roman" w:cs="Times New Roman"/>
          <w:sz w:val="24"/>
          <w:szCs w:val="24"/>
        </w:rPr>
        <w:t xml:space="preserve"> </w:t>
      </w:r>
      <w:r w:rsidRPr="00C44AF5">
        <w:rPr>
          <w:rFonts w:ascii="Times New Roman" w:eastAsia="Times New Roman" w:hAnsi="Times New Roman" w:cs="Times New Roman"/>
          <w:b/>
          <w:bCs/>
          <w:sz w:val="24"/>
          <w:szCs w:val="24"/>
        </w:rPr>
        <w:t>CEU trainings:</w:t>
      </w:r>
      <w:r w:rsidRPr="00C44AF5">
        <w:rPr>
          <w:rFonts w:ascii="Times New Roman" w:eastAsia="Times New Roman" w:hAnsi="Times New Roman" w:cs="Times New Roman"/>
          <w:sz w:val="24"/>
          <w:szCs w:val="24"/>
        </w:rPr>
        <w:t xml:space="preserve"> $35 per participant (minimum of 8 participants required)</w:t>
      </w:r>
    </w:p>
    <w:p w14:paraId="57A8F804" w14:textId="77777777" w:rsidR="00C44AF5" w:rsidRDefault="00C44AF5" w:rsidP="00C44AF5">
      <w:r>
        <w:t xml:space="preserve"> </w:t>
      </w:r>
    </w:p>
    <w:p w14:paraId="083FA3B9" w14:textId="77777777" w:rsidR="00C44AF5" w:rsidRDefault="00A250EA" w:rsidP="00C44AF5">
      <w:r>
        <w:rPr>
          <w:rFonts w:ascii="Times New Roman" w:eastAsia="Times New Roman" w:hAnsi="Times New Roman" w:cs="Times New Roman"/>
          <w:sz w:val="24"/>
          <w:szCs w:val="24"/>
        </w:rPr>
        <w:pict w14:anchorId="72643323">
          <v:rect id="_x0000_i1029" style="width:0;height:1.5pt" o:hralign="center" o:hrstd="t" o:hr="t" fillcolor="#a0a0a0" stroked="f"/>
        </w:pict>
      </w:r>
    </w:p>
    <w:p w14:paraId="0C78A3C3" w14:textId="77777777" w:rsidR="00C44AF5" w:rsidRPr="00C44AF5" w:rsidRDefault="00C44AF5" w:rsidP="00C44AF5">
      <w:pPr>
        <w:spacing w:beforeAutospacing="1" w:after="100" w:afterAutospacing="1" w:line="240" w:lineRule="auto"/>
        <w:outlineLvl w:val="1"/>
        <w:rPr>
          <w:rFonts w:ascii="Times New Roman" w:eastAsia="Times New Roman" w:hAnsi="Times New Roman" w:cs="Times New Roman"/>
          <w:b/>
          <w:bCs/>
          <w:sz w:val="36"/>
          <w:szCs w:val="36"/>
        </w:rPr>
      </w:pPr>
      <w:r w:rsidRPr="00C44AF5">
        <w:rPr>
          <w:rFonts w:ascii="Segoe UI Emoji" w:eastAsia="Times New Roman" w:hAnsi="Segoe UI Emoji" w:cs="Segoe UI Emoji"/>
          <w:b/>
          <w:bCs/>
          <w:sz w:val="36"/>
          <w:szCs w:val="36"/>
        </w:rPr>
        <w:t>🎓</w:t>
      </w:r>
      <w:r w:rsidRPr="00C44AF5">
        <w:rPr>
          <w:rFonts w:ascii="Times New Roman" w:eastAsia="Times New Roman" w:hAnsi="Times New Roman" w:cs="Times New Roman"/>
          <w:b/>
          <w:bCs/>
          <w:sz w:val="36"/>
          <w:szCs w:val="36"/>
        </w:rPr>
        <w:t xml:space="preserve"> Training Certificates</w:t>
      </w:r>
    </w:p>
    <w:p w14:paraId="0B2F221F" w14:textId="77777777" w:rsidR="00C44AF5" w:rsidRPr="00C44AF5" w:rsidRDefault="00C44AF5" w:rsidP="00C44AF5">
      <w:pPr>
        <w:numPr>
          <w:ilvl w:val="0"/>
          <w:numId w:val="13"/>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b/>
          <w:bCs/>
          <w:sz w:val="24"/>
          <w:szCs w:val="24"/>
        </w:rPr>
        <w:t>Certificate distribution:</w:t>
      </w:r>
      <w:r w:rsidRPr="00C44AF5">
        <w:rPr>
          <w:rFonts w:ascii="Times New Roman" w:eastAsia="Times New Roman" w:hAnsi="Times New Roman" w:cs="Times New Roman"/>
          <w:sz w:val="24"/>
          <w:szCs w:val="24"/>
        </w:rPr>
        <w:t xml:space="preserve"> Training certificates are distributed to participants when the session concludes for most trainings.</w:t>
      </w:r>
    </w:p>
    <w:p w14:paraId="2A3CAE2B" w14:textId="77777777" w:rsidR="00C44AF5" w:rsidRPr="00C44AF5" w:rsidRDefault="00C44AF5" w:rsidP="00C44AF5">
      <w:pPr>
        <w:numPr>
          <w:ilvl w:val="0"/>
          <w:numId w:val="13"/>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b/>
          <w:bCs/>
          <w:sz w:val="24"/>
          <w:szCs w:val="24"/>
        </w:rPr>
        <w:t>CEU courses:</w:t>
      </w:r>
      <w:r w:rsidRPr="00C44AF5">
        <w:rPr>
          <w:rFonts w:ascii="Times New Roman" w:eastAsia="Times New Roman" w:hAnsi="Times New Roman" w:cs="Times New Roman"/>
          <w:sz w:val="24"/>
          <w:szCs w:val="24"/>
        </w:rPr>
        <w:t xml:space="preserve"> For some learning events, such as CEU courses, certificates are </w:t>
      </w:r>
      <w:r w:rsidRPr="00C44AF5">
        <w:rPr>
          <w:rFonts w:ascii="Times New Roman" w:eastAsia="Times New Roman" w:hAnsi="Times New Roman" w:cs="Times New Roman"/>
          <w:b/>
          <w:bCs/>
          <w:sz w:val="24"/>
          <w:szCs w:val="24"/>
        </w:rPr>
        <w:t>mailed after successful completion</w:t>
      </w:r>
      <w:r w:rsidRPr="00C44AF5">
        <w:rPr>
          <w:rFonts w:ascii="Times New Roman" w:eastAsia="Times New Roman" w:hAnsi="Times New Roman" w:cs="Times New Roman"/>
          <w:sz w:val="24"/>
          <w:szCs w:val="24"/>
        </w:rPr>
        <w:t>.</w:t>
      </w:r>
    </w:p>
    <w:p w14:paraId="74F27638" w14:textId="77777777" w:rsidR="00C44AF5" w:rsidRPr="00C44AF5" w:rsidRDefault="00C44AF5" w:rsidP="00C44AF5">
      <w:pPr>
        <w:numPr>
          <w:ilvl w:val="0"/>
          <w:numId w:val="13"/>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b/>
          <w:bCs/>
          <w:sz w:val="24"/>
          <w:szCs w:val="24"/>
        </w:rPr>
        <w:t>Series trainings:</w:t>
      </w:r>
      <w:r w:rsidRPr="00C44AF5">
        <w:rPr>
          <w:rFonts w:ascii="Times New Roman" w:eastAsia="Times New Roman" w:hAnsi="Times New Roman" w:cs="Times New Roman"/>
          <w:sz w:val="24"/>
          <w:szCs w:val="24"/>
        </w:rPr>
        <w:t xml:space="preserve"> Some trainings are offered as a </w:t>
      </w:r>
      <w:r w:rsidRPr="00C44AF5">
        <w:rPr>
          <w:rFonts w:ascii="Times New Roman" w:eastAsia="Times New Roman" w:hAnsi="Times New Roman" w:cs="Times New Roman"/>
          <w:b/>
          <w:bCs/>
          <w:sz w:val="24"/>
          <w:szCs w:val="24"/>
        </w:rPr>
        <w:t>series</w:t>
      </w:r>
      <w:r w:rsidRPr="00C44AF5">
        <w:rPr>
          <w:rFonts w:ascii="Times New Roman" w:eastAsia="Times New Roman" w:hAnsi="Times New Roman" w:cs="Times New Roman"/>
          <w:sz w:val="24"/>
          <w:szCs w:val="24"/>
        </w:rPr>
        <w:t xml:space="preserve"> with additional assignments to be completed outside of the scheduled training. Participants </w:t>
      </w:r>
      <w:r w:rsidRPr="00C44AF5">
        <w:rPr>
          <w:rFonts w:ascii="Times New Roman" w:eastAsia="Times New Roman" w:hAnsi="Times New Roman" w:cs="Times New Roman"/>
          <w:b/>
          <w:bCs/>
          <w:sz w:val="24"/>
          <w:szCs w:val="24"/>
        </w:rPr>
        <w:t>must attend all sessions</w:t>
      </w:r>
      <w:r w:rsidRPr="00C44AF5">
        <w:rPr>
          <w:rFonts w:ascii="Times New Roman" w:eastAsia="Times New Roman" w:hAnsi="Times New Roman" w:cs="Times New Roman"/>
          <w:sz w:val="24"/>
          <w:szCs w:val="24"/>
        </w:rPr>
        <w:t xml:space="preserve"> in the series and </w:t>
      </w:r>
      <w:r w:rsidRPr="00C44AF5">
        <w:rPr>
          <w:rFonts w:ascii="Times New Roman" w:eastAsia="Times New Roman" w:hAnsi="Times New Roman" w:cs="Times New Roman"/>
          <w:b/>
          <w:bCs/>
          <w:sz w:val="24"/>
          <w:szCs w:val="24"/>
        </w:rPr>
        <w:t>complete any assignments</w:t>
      </w:r>
      <w:r w:rsidRPr="00C44AF5">
        <w:rPr>
          <w:rFonts w:ascii="Times New Roman" w:eastAsia="Times New Roman" w:hAnsi="Times New Roman" w:cs="Times New Roman"/>
          <w:sz w:val="24"/>
          <w:szCs w:val="24"/>
        </w:rPr>
        <w:t xml:space="preserve"> to receive the training certificate.</w:t>
      </w:r>
    </w:p>
    <w:p w14:paraId="14AE30F1" w14:textId="77777777" w:rsidR="00C44AF5" w:rsidRPr="00C44AF5" w:rsidRDefault="00C44AF5" w:rsidP="00C44AF5">
      <w:pPr>
        <w:numPr>
          <w:ilvl w:val="0"/>
          <w:numId w:val="13"/>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b/>
          <w:bCs/>
          <w:sz w:val="24"/>
          <w:szCs w:val="24"/>
        </w:rPr>
        <w:t>Replacement certificates:</w:t>
      </w:r>
      <w:r w:rsidRPr="00C44AF5">
        <w:rPr>
          <w:rFonts w:ascii="Times New Roman" w:eastAsia="Times New Roman" w:hAnsi="Times New Roman" w:cs="Times New Roman"/>
          <w:sz w:val="24"/>
          <w:szCs w:val="24"/>
        </w:rPr>
        <w:t xml:space="preserve"> Replacement training certificates </w:t>
      </w:r>
      <w:r w:rsidRPr="00C44AF5">
        <w:rPr>
          <w:rFonts w:ascii="Times New Roman" w:eastAsia="Times New Roman" w:hAnsi="Times New Roman" w:cs="Times New Roman"/>
          <w:b/>
          <w:bCs/>
          <w:sz w:val="24"/>
          <w:szCs w:val="24"/>
        </w:rPr>
        <w:t>cannot be provided</w:t>
      </w:r>
      <w:r w:rsidRPr="00C44AF5">
        <w:rPr>
          <w:rFonts w:ascii="Times New Roman" w:eastAsia="Times New Roman" w:hAnsi="Times New Roman" w:cs="Times New Roman"/>
          <w:sz w:val="24"/>
          <w:szCs w:val="24"/>
        </w:rPr>
        <w:t>.</w:t>
      </w:r>
    </w:p>
    <w:p w14:paraId="799844EB" w14:textId="77777777" w:rsidR="00C44AF5" w:rsidRPr="00C44AF5" w:rsidRDefault="00C44AF5" w:rsidP="00C44AF5">
      <w:pPr>
        <w:numPr>
          <w:ilvl w:val="1"/>
          <w:numId w:val="13"/>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 xml:space="preserve">Smart Start Rowan can issue an </w:t>
      </w:r>
      <w:r w:rsidRPr="00C44AF5">
        <w:rPr>
          <w:rFonts w:ascii="Times New Roman" w:eastAsia="Times New Roman" w:hAnsi="Times New Roman" w:cs="Times New Roman"/>
          <w:b/>
          <w:bCs/>
          <w:sz w:val="24"/>
          <w:szCs w:val="24"/>
        </w:rPr>
        <w:t>official letter verifying participation</w:t>
      </w:r>
      <w:r w:rsidRPr="00C44AF5">
        <w:rPr>
          <w:rFonts w:ascii="Times New Roman" w:eastAsia="Times New Roman" w:hAnsi="Times New Roman" w:cs="Times New Roman"/>
          <w:sz w:val="24"/>
          <w:szCs w:val="24"/>
        </w:rPr>
        <w:t xml:space="preserve"> in a training </w:t>
      </w:r>
      <w:r w:rsidRPr="00C44AF5">
        <w:rPr>
          <w:rFonts w:ascii="Times New Roman" w:eastAsia="Times New Roman" w:hAnsi="Times New Roman" w:cs="Times New Roman"/>
          <w:b/>
          <w:bCs/>
          <w:sz w:val="24"/>
          <w:szCs w:val="24"/>
        </w:rPr>
        <w:t>within 2 years</w:t>
      </w:r>
      <w:r w:rsidRPr="00C44AF5">
        <w:rPr>
          <w:rFonts w:ascii="Times New Roman" w:eastAsia="Times New Roman" w:hAnsi="Times New Roman" w:cs="Times New Roman"/>
          <w:sz w:val="24"/>
          <w:szCs w:val="24"/>
        </w:rPr>
        <w:t xml:space="preserve"> from the date of the training.</w:t>
      </w:r>
    </w:p>
    <w:p w14:paraId="6198F47D" w14:textId="77777777" w:rsidR="00C44AF5" w:rsidRPr="00C44AF5" w:rsidRDefault="00C44AF5" w:rsidP="00C44AF5">
      <w:pPr>
        <w:numPr>
          <w:ilvl w:val="1"/>
          <w:numId w:val="13"/>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 xml:space="preserve">Please provide the </w:t>
      </w:r>
      <w:r w:rsidRPr="00C44AF5">
        <w:rPr>
          <w:rFonts w:ascii="Times New Roman" w:eastAsia="Times New Roman" w:hAnsi="Times New Roman" w:cs="Times New Roman"/>
          <w:b/>
          <w:bCs/>
          <w:sz w:val="24"/>
          <w:szCs w:val="24"/>
        </w:rPr>
        <w:t>title and date</w:t>
      </w:r>
      <w:r w:rsidRPr="00C44AF5">
        <w:rPr>
          <w:rFonts w:ascii="Times New Roman" w:eastAsia="Times New Roman" w:hAnsi="Times New Roman" w:cs="Times New Roman"/>
          <w:sz w:val="24"/>
          <w:szCs w:val="24"/>
        </w:rPr>
        <w:t xml:space="preserve"> of the training and the </w:t>
      </w:r>
      <w:r w:rsidRPr="00C44AF5">
        <w:rPr>
          <w:rFonts w:ascii="Times New Roman" w:eastAsia="Times New Roman" w:hAnsi="Times New Roman" w:cs="Times New Roman"/>
          <w:b/>
          <w:bCs/>
          <w:sz w:val="24"/>
          <w:szCs w:val="24"/>
        </w:rPr>
        <w:t>participant’s name</w:t>
      </w:r>
      <w:r w:rsidRPr="00C44AF5">
        <w:rPr>
          <w:rFonts w:ascii="Times New Roman" w:eastAsia="Times New Roman" w:hAnsi="Times New Roman" w:cs="Times New Roman"/>
          <w:sz w:val="24"/>
          <w:szCs w:val="24"/>
        </w:rPr>
        <w:t>.</w:t>
      </w:r>
    </w:p>
    <w:p w14:paraId="43E848D6" w14:textId="77777777" w:rsidR="00C44AF5" w:rsidRPr="00C44AF5" w:rsidRDefault="00C44AF5" w:rsidP="00C44AF5">
      <w:pPr>
        <w:numPr>
          <w:ilvl w:val="1"/>
          <w:numId w:val="13"/>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 xml:space="preserve">The </w:t>
      </w:r>
      <w:r w:rsidRPr="00C44AF5">
        <w:rPr>
          <w:rFonts w:ascii="Times New Roman" w:eastAsia="Times New Roman" w:hAnsi="Times New Roman" w:cs="Times New Roman"/>
          <w:b/>
          <w:bCs/>
          <w:sz w:val="24"/>
          <w:szCs w:val="24"/>
        </w:rPr>
        <w:t>first official letter is free</w:t>
      </w:r>
      <w:r w:rsidRPr="00C44AF5">
        <w:rPr>
          <w:rFonts w:ascii="Times New Roman" w:eastAsia="Times New Roman" w:hAnsi="Times New Roman" w:cs="Times New Roman"/>
          <w:sz w:val="24"/>
          <w:szCs w:val="24"/>
        </w:rPr>
        <w:t xml:space="preserve">; afterwards, a </w:t>
      </w:r>
      <w:r w:rsidRPr="00C44AF5">
        <w:rPr>
          <w:rFonts w:ascii="Times New Roman" w:eastAsia="Times New Roman" w:hAnsi="Times New Roman" w:cs="Times New Roman"/>
          <w:b/>
          <w:bCs/>
          <w:sz w:val="24"/>
          <w:szCs w:val="24"/>
        </w:rPr>
        <w:t>$3.00 fee</w:t>
      </w:r>
      <w:r w:rsidRPr="00C44AF5">
        <w:rPr>
          <w:rFonts w:ascii="Times New Roman" w:eastAsia="Times New Roman" w:hAnsi="Times New Roman" w:cs="Times New Roman"/>
          <w:sz w:val="24"/>
          <w:szCs w:val="24"/>
        </w:rPr>
        <w:t xml:space="preserve"> will be charged.</w:t>
      </w:r>
    </w:p>
    <w:p w14:paraId="413F0306" w14:textId="77777777" w:rsidR="00C44AF5" w:rsidRPr="00C44AF5" w:rsidRDefault="00A250EA" w:rsidP="00C44AF5">
      <w:p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90ABB81">
          <v:rect id="_x0000_i1030" style="width:0;height:1.5pt" o:hralign="center" o:hrstd="t" o:hr="t" fillcolor="#a0a0a0" stroked="f"/>
        </w:pict>
      </w:r>
    </w:p>
    <w:p w14:paraId="2963C962" w14:textId="77777777" w:rsidR="00C44AF5" w:rsidRPr="00C44AF5" w:rsidRDefault="00C44AF5" w:rsidP="00C44AF5">
      <w:pPr>
        <w:spacing w:beforeAutospacing="1" w:after="100" w:afterAutospacing="1" w:line="240" w:lineRule="auto"/>
        <w:outlineLvl w:val="1"/>
        <w:rPr>
          <w:rFonts w:ascii="Times New Roman" w:eastAsia="Times New Roman" w:hAnsi="Times New Roman" w:cs="Times New Roman"/>
          <w:b/>
          <w:bCs/>
          <w:sz w:val="36"/>
          <w:szCs w:val="36"/>
        </w:rPr>
      </w:pPr>
      <w:r w:rsidRPr="00C44AF5">
        <w:rPr>
          <w:rFonts w:ascii="Segoe UI Emoji" w:eastAsia="Times New Roman" w:hAnsi="Segoe UI Emoji" w:cs="Segoe UI Emoji"/>
          <w:b/>
          <w:bCs/>
          <w:sz w:val="36"/>
          <w:szCs w:val="36"/>
        </w:rPr>
        <w:t>❌</w:t>
      </w:r>
      <w:r w:rsidRPr="00C44AF5">
        <w:rPr>
          <w:rFonts w:ascii="Times New Roman" w:eastAsia="Times New Roman" w:hAnsi="Times New Roman" w:cs="Times New Roman"/>
          <w:b/>
          <w:bCs/>
          <w:sz w:val="36"/>
          <w:szCs w:val="36"/>
        </w:rPr>
        <w:t xml:space="preserve"> Cancellations &amp; Refunds</w:t>
      </w:r>
    </w:p>
    <w:p w14:paraId="74318406" w14:textId="77777777" w:rsidR="00C44AF5" w:rsidRPr="00C44AF5" w:rsidRDefault="00C44AF5" w:rsidP="00C44AF5">
      <w:pPr>
        <w:numPr>
          <w:ilvl w:val="0"/>
          <w:numId w:val="14"/>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b/>
          <w:bCs/>
          <w:sz w:val="24"/>
          <w:szCs w:val="24"/>
        </w:rPr>
        <w:t>Participant cancellations:</w:t>
      </w:r>
    </w:p>
    <w:p w14:paraId="2AA2C8B3" w14:textId="77777777" w:rsidR="00C44AF5" w:rsidRPr="00C44AF5" w:rsidRDefault="00C44AF5" w:rsidP="00C44AF5">
      <w:pPr>
        <w:numPr>
          <w:ilvl w:val="1"/>
          <w:numId w:val="14"/>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 xml:space="preserve">You may cancel </w:t>
      </w:r>
      <w:r w:rsidRPr="00C44AF5">
        <w:rPr>
          <w:rFonts w:ascii="Times New Roman" w:eastAsia="Times New Roman" w:hAnsi="Times New Roman" w:cs="Times New Roman"/>
          <w:b/>
          <w:bCs/>
          <w:sz w:val="24"/>
          <w:szCs w:val="24"/>
        </w:rPr>
        <w:t>up to 24 hours prior</w:t>
      </w:r>
      <w:r w:rsidRPr="00C44AF5">
        <w:rPr>
          <w:rFonts w:ascii="Times New Roman" w:eastAsia="Times New Roman" w:hAnsi="Times New Roman" w:cs="Times New Roman"/>
          <w:sz w:val="24"/>
          <w:szCs w:val="24"/>
        </w:rPr>
        <w:t xml:space="preserve"> to the training date to receive </w:t>
      </w:r>
      <w:r w:rsidRPr="00C44AF5">
        <w:rPr>
          <w:rFonts w:ascii="Times New Roman" w:eastAsia="Times New Roman" w:hAnsi="Times New Roman" w:cs="Times New Roman"/>
          <w:b/>
          <w:bCs/>
          <w:sz w:val="24"/>
          <w:szCs w:val="24"/>
        </w:rPr>
        <w:t>credit toward another training</w:t>
      </w:r>
      <w:r w:rsidRPr="00C44AF5">
        <w:rPr>
          <w:rFonts w:ascii="Times New Roman" w:eastAsia="Times New Roman" w:hAnsi="Times New Roman" w:cs="Times New Roman"/>
          <w:sz w:val="24"/>
          <w:szCs w:val="24"/>
        </w:rPr>
        <w:t>.</w:t>
      </w:r>
    </w:p>
    <w:p w14:paraId="41FA51DF" w14:textId="77777777" w:rsidR="00C44AF5" w:rsidRPr="00C44AF5" w:rsidRDefault="00C44AF5" w:rsidP="00C44AF5">
      <w:pPr>
        <w:numPr>
          <w:ilvl w:val="1"/>
          <w:numId w:val="14"/>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 xml:space="preserve">A </w:t>
      </w:r>
      <w:r w:rsidRPr="00C44AF5">
        <w:rPr>
          <w:rFonts w:ascii="Times New Roman" w:eastAsia="Times New Roman" w:hAnsi="Times New Roman" w:cs="Times New Roman"/>
          <w:b/>
          <w:bCs/>
          <w:sz w:val="24"/>
          <w:szCs w:val="24"/>
        </w:rPr>
        <w:t>substitute</w:t>
      </w:r>
      <w:r w:rsidRPr="00C44AF5">
        <w:rPr>
          <w:rFonts w:ascii="Times New Roman" w:eastAsia="Times New Roman" w:hAnsi="Times New Roman" w:cs="Times New Roman"/>
          <w:sz w:val="24"/>
          <w:szCs w:val="24"/>
        </w:rPr>
        <w:t xml:space="preserve"> may attend in your place.</w:t>
      </w:r>
    </w:p>
    <w:p w14:paraId="3B239F7E" w14:textId="77777777" w:rsidR="00C44AF5" w:rsidRPr="00C44AF5" w:rsidRDefault="00C44AF5" w:rsidP="00C44AF5">
      <w:pPr>
        <w:numPr>
          <w:ilvl w:val="1"/>
          <w:numId w:val="14"/>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 xml:space="preserve">Failure to cancel within 24 hours will result in </w:t>
      </w:r>
      <w:r w:rsidRPr="00C44AF5">
        <w:rPr>
          <w:rFonts w:ascii="Times New Roman" w:eastAsia="Times New Roman" w:hAnsi="Times New Roman" w:cs="Times New Roman"/>
          <w:b/>
          <w:bCs/>
          <w:sz w:val="24"/>
          <w:szCs w:val="24"/>
        </w:rPr>
        <w:t>forfeiture of the registration fee</w:t>
      </w:r>
      <w:r w:rsidRPr="00C44AF5">
        <w:rPr>
          <w:rFonts w:ascii="Times New Roman" w:eastAsia="Times New Roman" w:hAnsi="Times New Roman" w:cs="Times New Roman"/>
          <w:sz w:val="24"/>
          <w:szCs w:val="24"/>
        </w:rPr>
        <w:t>.</w:t>
      </w:r>
    </w:p>
    <w:p w14:paraId="60AA898D" w14:textId="77777777" w:rsidR="00C44AF5" w:rsidRPr="00C44AF5" w:rsidRDefault="00C44AF5" w:rsidP="00C44AF5">
      <w:pPr>
        <w:numPr>
          <w:ilvl w:val="0"/>
          <w:numId w:val="14"/>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b/>
          <w:bCs/>
          <w:sz w:val="24"/>
          <w:szCs w:val="24"/>
        </w:rPr>
        <w:t>No-shows / partial attendance:</w:t>
      </w:r>
    </w:p>
    <w:p w14:paraId="096BCBD4" w14:textId="77777777" w:rsidR="00C44AF5" w:rsidRPr="00C44AF5" w:rsidRDefault="00C44AF5" w:rsidP="00C44AF5">
      <w:pPr>
        <w:numPr>
          <w:ilvl w:val="1"/>
          <w:numId w:val="14"/>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lastRenderedPageBreak/>
        <w:t xml:space="preserve">Registered participants who </w:t>
      </w:r>
      <w:r w:rsidRPr="00C44AF5">
        <w:rPr>
          <w:rFonts w:ascii="Times New Roman" w:eastAsia="Times New Roman" w:hAnsi="Times New Roman" w:cs="Times New Roman"/>
          <w:b/>
          <w:bCs/>
          <w:sz w:val="24"/>
          <w:szCs w:val="24"/>
        </w:rPr>
        <w:t>do not attend</w:t>
      </w:r>
      <w:r w:rsidRPr="00C44AF5">
        <w:rPr>
          <w:rFonts w:ascii="Times New Roman" w:eastAsia="Times New Roman" w:hAnsi="Times New Roman" w:cs="Times New Roman"/>
          <w:sz w:val="24"/>
          <w:szCs w:val="24"/>
        </w:rPr>
        <w:t xml:space="preserve"> a session, or </w:t>
      </w:r>
      <w:r w:rsidRPr="00C44AF5">
        <w:rPr>
          <w:rFonts w:ascii="Times New Roman" w:eastAsia="Times New Roman" w:hAnsi="Times New Roman" w:cs="Times New Roman"/>
          <w:b/>
          <w:bCs/>
          <w:sz w:val="24"/>
          <w:szCs w:val="24"/>
        </w:rPr>
        <w:t>do not complete</w:t>
      </w:r>
      <w:r w:rsidRPr="00C44AF5">
        <w:rPr>
          <w:rFonts w:ascii="Times New Roman" w:eastAsia="Times New Roman" w:hAnsi="Times New Roman" w:cs="Times New Roman"/>
          <w:sz w:val="24"/>
          <w:szCs w:val="24"/>
        </w:rPr>
        <w:t xml:space="preserve"> a series in its entirety, and </w:t>
      </w:r>
      <w:r w:rsidRPr="00C44AF5">
        <w:rPr>
          <w:rFonts w:ascii="Times New Roman" w:eastAsia="Times New Roman" w:hAnsi="Times New Roman" w:cs="Times New Roman"/>
          <w:b/>
          <w:bCs/>
          <w:sz w:val="24"/>
          <w:szCs w:val="24"/>
        </w:rPr>
        <w:t>have not canceled</w:t>
      </w:r>
      <w:r w:rsidRPr="00C44AF5">
        <w:rPr>
          <w:rFonts w:ascii="Times New Roman" w:eastAsia="Times New Roman" w:hAnsi="Times New Roman" w:cs="Times New Roman"/>
          <w:sz w:val="24"/>
          <w:szCs w:val="24"/>
        </w:rPr>
        <w:t xml:space="preserve"> per policy, will </w:t>
      </w:r>
      <w:r w:rsidRPr="00C44AF5">
        <w:rPr>
          <w:rFonts w:ascii="Times New Roman" w:eastAsia="Times New Roman" w:hAnsi="Times New Roman" w:cs="Times New Roman"/>
          <w:b/>
          <w:bCs/>
          <w:sz w:val="24"/>
          <w:szCs w:val="24"/>
        </w:rPr>
        <w:t>not receive a refund</w:t>
      </w:r>
      <w:r w:rsidRPr="00C44AF5">
        <w:rPr>
          <w:rFonts w:ascii="Times New Roman" w:eastAsia="Times New Roman" w:hAnsi="Times New Roman" w:cs="Times New Roman"/>
          <w:sz w:val="24"/>
          <w:szCs w:val="24"/>
        </w:rPr>
        <w:t xml:space="preserve"> and </w:t>
      </w:r>
      <w:r w:rsidRPr="00C44AF5">
        <w:rPr>
          <w:rFonts w:ascii="Times New Roman" w:eastAsia="Times New Roman" w:hAnsi="Times New Roman" w:cs="Times New Roman"/>
          <w:b/>
          <w:bCs/>
          <w:sz w:val="24"/>
          <w:szCs w:val="24"/>
        </w:rPr>
        <w:t>cannot transfer</w:t>
      </w:r>
      <w:r w:rsidRPr="00C44AF5">
        <w:rPr>
          <w:rFonts w:ascii="Times New Roman" w:eastAsia="Times New Roman" w:hAnsi="Times New Roman" w:cs="Times New Roman"/>
          <w:sz w:val="24"/>
          <w:szCs w:val="24"/>
        </w:rPr>
        <w:t xml:space="preserve"> fees to another learning event.</w:t>
      </w:r>
    </w:p>
    <w:p w14:paraId="0777432F" w14:textId="77777777" w:rsidR="00C44AF5" w:rsidRPr="00C44AF5" w:rsidRDefault="00C44AF5" w:rsidP="00C44AF5">
      <w:pPr>
        <w:numPr>
          <w:ilvl w:val="0"/>
          <w:numId w:val="14"/>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b/>
          <w:bCs/>
          <w:sz w:val="24"/>
          <w:szCs w:val="24"/>
        </w:rPr>
        <w:t>Provider cancellations:</w:t>
      </w:r>
    </w:p>
    <w:p w14:paraId="05591A46" w14:textId="77777777" w:rsidR="00C44AF5" w:rsidRPr="00C44AF5" w:rsidRDefault="00C44AF5" w:rsidP="00C44AF5">
      <w:pPr>
        <w:numPr>
          <w:ilvl w:val="1"/>
          <w:numId w:val="14"/>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 xml:space="preserve">If Smart Start Rowan must cancel due to </w:t>
      </w:r>
      <w:r w:rsidRPr="00C44AF5">
        <w:rPr>
          <w:rFonts w:ascii="Times New Roman" w:eastAsia="Times New Roman" w:hAnsi="Times New Roman" w:cs="Times New Roman"/>
          <w:b/>
          <w:bCs/>
          <w:sz w:val="24"/>
          <w:szCs w:val="24"/>
        </w:rPr>
        <w:t>inclement weather, staff emergency, or low enrollment</w:t>
      </w:r>
      <w:r w:rsidRPr="00C44AF5">
        <w:rPr>
          <w:rFonts w:ascii="Times New Roman" w:eastAsia="Times New Roman" w:hAnsi="Times New Roman" w:cs="Times New Roman"/>
          <w:sz w:val="24"/>
          <w:szCs w:val="24"/>
        </w:rPr>
        <w:t xml:space="preserve">, your fee may be </w:t>
      </w:r>
      <w:r w:rsidRPr="00C44AF5">
        <w:rPr>
          <w:rFonts w:ascii="Times New Roman" w:eastAsia="Times New Roman" w:hAnsi="Times New Roman" w:cs="Times New Roman"/>
          <w:b/>
          <w:bCs/>
          <w:sz w:val="24"/>
          <w:szCs w:val="24"/>
        </w:rPr>
        <w:t>applied to another training</w:t>
      </w:r>
      <w:r w:rsidRPr="00C44AF5">
        <w:rPr>
          <w:rFonts w:ascii="Times New Roman" w:eastAsia="Times New Roman" w:hAnsi="Times New Roman" w:cs="Times New Roman"/>
          <w:sz w:val="24"/>
          <w:szCs w:val="24"/>
        </w:rPr>
        <w:t xml:space="preserve"> or you may </w:t>
      </w:r>
      <w:r w:rsidRPr="00C44AF5">
        <w:rPr>
          <w:rFonts w:ascii="Times New Roman" w:eastAsia="Times New Roman" w:hAnsi="Times New Roman" w:cs="Times New Roman"/>
          <w:b/>
          <w:bCs/>
          <w:sz w:val="24"/>
          <w:szCs w:val="24"/>
        </w:rPr>
        <w:t>request a refund</w:t>
      </w:r>
      <w:r w:rsidRPr="00C44AF5">
        <w:rPr>
          <w:rFonts w:ascii="Times New Roman" w:eastAsia="Times New Roman" w:hAnsi="Times New Roman" w:cs="Times New Roman"/>
          <w:sz w:val="24"/>
          <w:szCs w:val="24"/>
        </w:rPr>
        <w:t>.</w:t>
      </w:r>
    </w:p>
    <w:p w14:paraId="4651ABBF" w14:textId="77777777" w:rsidR="00C44AF5" w:rsidRPr="00C44AF5" w:rsidRDefault="00C44AF5" w:rsidP="00C44AF5">
      <w:pPr>
        <w:numPr>
          <w:ilvl w:val="1"/>
          <w:numId w:val="14"/>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 xml:space="preserve">Money credited for canceled trainings will </w:t>
      </w:r>
      <w:r w:rsidRPr="00C44AF5">
        <w:rPr>
          <w:rFonts w:ascii="Times New Roman" w:eastAsia="Times New Roman" w:hAnsi="Times New Roman" w:cs="Times New Roman"/>
          <w:b/>
          <w:bCs/>
          <w:sz w:val="24"/>
          <w:szCs w:val="24"/>
        </w:rPr>
        <w:t>expire 1 year</w:t>
      </w:r>
      <w:r w:rsidRPr="00C44AF5">
        <w:rPr>
          <w:rFonts w:ascii="Times New Roman" w:eastAsia="Times New Roman" w:hAnsi="Times New Roman" w:cs="Times New Roman"/>
          <w:sz w:val="24"/>
          <w:szCs w:val="24"/>
        </w:rPr>
        <w:t xml:space="preserve"> from the date issued.</w:t>
      </w:r>
    </w:p>
    <w:p w14:paraId="4636A0B1" w14:textId="77777777" w:rsidR="00C44AF5" w:rsidRPr="00C44AF5" w:rsidRDefault="00C44AF5" w:rsidP="00C44AF5">
      <w:pPr>
        <w:numPr>
          <w:ilvl w:val="1"/>
          <w:numId w:val="14"/>
        </w:numPr>
        <w:spacing w:before="0"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 xml:space="preserve">If </w:t>
      </w:r>
      <w:r w:rsidRPr="00C44AF5">
        <w:rPr>
          <w:rFonts w:ascii="Times New Roman" w:eastAsia="Times New Roman" w:hAnsi="Times New Roman" w:cs="Times New Roman"/>
          <w:b/>
          <w:bCs/>
          <w:sz w:val="24"/>
          <w:szCs w:val="24"/>
        </w:rPr>
        <w:t>fewer than 8 participants</w:t>
      </w:r>
      <w:r w:rsidRPr="00C44AF5">
        <w:rPr>
          <w:rFonts w:ascii="Times New Roman" w:eastAsia="Times New Roman" w:hAnsi="Times New Roman" w:cs="Times New Roman"/>
          <w:sz w:val="24"/>
          <w:szCs w:val="24"/>
        </w:rPr>
        <w:t xml:space="preserve"> are registered, the training </w:t>
      </w:r>
      <w:r w:rsidRPr="00C44AF5">
        <w:rPr>
          <w:rFonts w:ascii="Times New Roman" w:eastAsia="Times New Roman" w:hAnsi="Times New Roman" w:cs="Times New Roman"/>
          <w:b/>
          <w:bCs/>
          <w:sz w:val="24"/>
          <w:szCs w:val="24"/>
        </w:rPr>
        <w:t>may be canceled</w:t>
      </w:r>
      <w:r w:rsidRPr="00C44AF5">
        <w:rPr>
          <w:rFonts w:ascii="Times New Roman" w:eastAsia="Times New Roman" w:hAnsi="Times New Roman" w:cs="Times New Roman"/>
          <w:sz w:val="24"/>
          <w:szCs w:val="24"/>
        </w:rPr>
        <w:t xml:space="preserve">. Registered participants will be notified by </w:t>
      </w:r>
      <w:r w:rsidRPr="00C44AF5">
        <w:rPr>
          <w:rFonts w:ascii="Times New Roman" w:eastAsia="Times New Roman" w:hAnsi="Times New Roman" w:cs="Times New Roman"/>
          <w:b/>
          <w:bCs/>
          <w:sz w:val="24"/>
          <w:szCs w:val="24"/>
        </w:rPr>
        <w:t>telephone</w:t>
      </w:r>
      <w:r w:rsidRPr="00C44AF5">
        <w:rPr>
          <w:rFonts w:ascii="Times New Roman" w:eastAsia="Times New Roman" w:hAnsi="Times New Roman" w:cs="Times New Roman"/>
          <w:sz w:val="24"/>
          <w:szCs w:val="24"/>
        </w:rPr>
        <w:t>.</w:t>
      </w:r>
    </w:p>
    <w:p w14:paraId="38BF8C21" w14:textId="77777777" w:rsidR="00C44AF5" w:rsidRPr="00C44AF5" w:rsidRDefault="00A250EA" w:rsidP="00C44AF5">
      <w:p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BC80C04">
          <v:rect id="_x0000_i1031" style="width:0;height:1.5pt" o:hralign="center" o:hrstd="t" o:hr="t" fillcolor="#a0a0a0" stroked="f"/>
        </w:pict>
      </w:r>
    </w:p>
    <w:p w14:paraId="276FA20F" w14:textId="77777777" w:rsidR="00C44AF5" w:rsidRDefault="00C44AF5" w:rsidP="00C44AF5">
      <w:pPr>
        <w:spacing w:beforeAutospacing="1" w:after="100" w:afterAutospacing="1" w:line="240" w:lineRule="auto"/>
        <w:outlineLvl w:val="1"/>
        <w:rPr>
          <w:rFonts w:ascii="Segoe UI Emoji" w:eastAsia="Times New Roman" w:hAnsi="Segoe UI Emoji" w:cs="Segoe UI Emoji"/>
          <w:b/>
          <w:bCs/>
          <w:sz w:val="36"/>
          <w:szCs w:val="36"/>
        </w:rPr>
      </w:pPr>
    </w:p>
    <w:p w14:paraId="00A8EBA6" w14:textId="77777777" w:rsidR="00C44AF5" w:rsidRPr="00C44AF5" w:rsidRDefault="00C44AF5" w:rsidP="00C44AF5">
      <w:pPr>
        <w:spacing w:beforeAutospacing="1" w:after="100" w:afterAutospacing="1" w:line="240" w:lineRule="auto"/>
        <w:outlineLvl w:val="1"/>
        <w:rPr>
          <w:rFonts w:ascii="Times New Roman" w:eastAsia="Times New Roman" w:hAnsi="Times New Roman" w:cs="Times New Roman"/>
          <w:b/>
          <w:bCs/>
          <w:sz w:val="36"/>
          <w:szCs w:val="36"/>
        </w:rPr>
      </w:pPr>
      <w:r w:rsidRPr="00C44AF5">
        <w:rPr>
          <w:rFonts w:ascii="Segoe UI Emoji" w:eastAsia="Times New Roman" w:hAnsi="Segoe UI Emoji" w:cs="Segoe UI Emoji"/>
          <w:b/>
          <w:bCs/>
          <w:sz w:val="36"/>
          <w:szCs w:val="36"/>
        </w:rPr>
        <w:t>📞</w:t>
      </w:r>
      <w:r w:rsidRPr="00C44AF5">
        <w:rPr>
          <w:rFonts w:ascii="Times New Roman" w:eastAsia="Times New Roman" w:hAnsi="Times New Roman" w:cs="Times New Roman"/>
          <w:b/>
          <w:bCs/>
          <w:sz w:val="36"/>
          <w:szCs w:val="36"/>
        </w:rPr>
        <w:t xml:space="preserve"> More Information</w:t>
      </w:r>
    </w:p>
    <w:p w14:paraId="6B64FCBE" w14:textId="77777777" w:rsidR="00C44AF5" w:rsidRPr="00C44AF5" w:rsidRDefault="00C44AF5" w:rsidP="00C44AF5">
      <w:pPr>
        <w:spacing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For more information on trainings, please contact</w:t>
      </w:r>
      <w:r w:rsidRPr="00C44AF5">
        <w:rPr>
          <w:rFonts w:ascii="Times New Roman" w:eastAsia="Times New Roman" w:hAnsi="Times New Roman" w:cs="Times New Roman"/>
          <w:sz w:val="24"/>
          <w:szCs w:val="24"/>
        </w:rPr>
        <w:br/>
      </w:r>
      <w:r w:rsidRPr="00C44AF5">
        <w:rPr>
          <w:rFonts w:ascii="Times New Roman" w:eastAsia="Times New Roman" w:hAnsi="Times New Roman" w:cs="Times New Roman"/>
          <w:b/>
          <w:bCs/>
          <w:sz w:val="24"/>
          <w:szCs w:val="24"/>
        </w:rPr>
        <w:t>Betty Trujillo</w:t>
      </w:r>
      <w:r w:rsidRPr="00C44AF5">
        <w:rPr>
          <w:rFonts w:ascii="Times New Roman" w:eastAsia="Times New Roman" w:hAnsi="Times New Roman" w:cs="Times New Roman"/>
          <w:sz w:val="24"/>
          <w:szCs w:val="24"/>
        </w:rPr>
        <w:t>, Early Education Program Manager</w:t>
      </w:r>
      <w:r w:rsidRPr="00C44AF5">
        <w:rPr>
          <w:rFonts w:ascii="Times New Roman" w:eastAsia="Times New Roman" w:hAnsi="Times New Roman" w:cs="Times New Roman"/>
          <w:sz w:val="24"/>
          <w:szCs w:val="24"/>
        </w:rPr>
        <w:br/>
      </w:r>
      <w:r w:rsidRPr="00C44AF5">
        <w:rPr>
          <w:rFonts w:ascii="Times New Roman" w:eastAsia="Times New Roman" w:hAnsi="Times New Roman" w:cs="Times New Roman"/>
          <w:b/>
          <w:bCs/>
          <w:sz w:val="24"/>
          <w:szCs w:val="24"/>
        </w:rPr>
        <w:t>(704) 603-3351</w:t>
      </w:r>
    </w:p>
    <w:p w14:paraId="1C410322" w14:textId="77777777" w:rsidR="00C44AF5" w:rsidRPr="00C44AF5" w:rsidRDefault="00A250EA" w:rsidP="00C44AF5">
      <w:p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481F295">
          <v:rect id="_x0000_i1032" style="width:0;height:1.5pt" o:hralign="center" o:hrstd="t" o:hr="t" fillcolor="#a0a0a0" stroked="f"/>
        </w:pict>
      </w:r>
    </w:p>
    <w:p w14:paraId="0521E2FB" w14:textId="77777777" w:rsidR="00C44AF5" w:rsidRPr="00C44AF5" w:rsidRDefault="00C44AF5" w:rsidP="00C44AF5">
      <w:pPr>
        <w:spacing w:beforeAutospacing="1" w:after="100" w:afterAutospacing="1" w:line="240" w:lineRule="auto"/>
        <w:outlineLvl w:val="1"/>
        <w:rPr>
          <w:rFonts w:ascii="Times New Roman" w:eastAsia="Times New Roman" w:hAnsi="Times New Roman" w:cs="Times New Roman"/>
          <w:b/>
          <w:bCs/>
          <w:sz w:val="36"/>
          <w:szCs w:val="36"/>
        </w:rPr>
      </w:pPr>
      <w:r w:rsidRPr="00C44AF5">
        <w:rPr>
          <w:rFonts w:ascii="Segoe UI Emoji" w:eastAsia="Times New Roman" w:hAnsi="Segoe UI Emoji" w:cs="Segoe UI Emoji"/>
          <w:b/>
          <w:bCs/>
          <w:sz w:val="36"/>
          <w:szCs w:val="36"/>
        </w:rPr>
        <w:t>💬</w:t>
      </w:r>
      <w:r w:rsidRPr="00C44AF5">
        <w:rPr>
          <w:rFonts w:ascii="Times New Roman" w:eastAsia="Times New Roman" w:hAnsi="Times New Roman" w:cs="Times New Roman"/>
          <w:b/>
          <w:bCs/>
          <w:sz w:val="36"/>
          <w:szCs w:val="36"/>
        </w:rPr>
        <w:t xml:space="preserve"> We Value Your Feedback!</w:t>
      </w:r>
    </w:p>
    <w:p w14:paraId="000D706F" w14:textId="77777777" w:rsidR="00C44AF5" w:rsidRPr="00C44AF5" w:rsidRDefault="00C44AF5" w:rsidP="00C44AF5">
      <w:pPr>
        <w:spacing w:beforeAutospacing="1" w:after="100" w:afterAutospacing="1" w:line="240" w:lineRule="auto"/>
        <w:rPr>
          <w:rFonts w:ascii="Times New Roman" w:eastAsia="Times New Roman" w:hAnsi="Times New Roman" w:cs="Times New Roman"/>
          <w:sz w:val="24"/>
          <w:szCs w:val="24"/>
        </w:rPr>
      </w:pPr>
      <w:r w:rsidRPr="00C44AF5">
        <w:rPr>
          <w:rFonts w:ascii="Times New Roman" w:eastAsia="Times New Roman" w:hAnsi="Times New Roman" w:cs="Times New Roman"/>
          <w:sz w:val="24"/>
          <w:szCs w:val="24"/>
        </w:rPr>
        <w:t>Smart Start Rowan is committed to providing trainings that meet the needs of our community. We would love to hear your feedback!</w:t>
      </w:r>
      <w:r w:rsidRPr="00C44AF5">
        <w:rPr>
          <w:rFonts w:ascii="Times New Roman" w:eastAsia="Times New Roman" w:hAnsi="Times New Roman" w:cs="Times New Roman"/>
          <w:sz w:val="24"/>
          <w:szCs w:val="24"/>
        </w:rPr>
        <w:br/>
      </w:r>
      <w:r w:rsidRPr="00C44AF5">
        <w:rPr>
          <w:rFonts w:ascii="Times New Roman" w:eastAsia="Times New Roman" w:hAnsi="Times New Roman" w:cs="Times New Roman"/>
          <w:b/>
          <w:bCs/>
          <w:sz w:val="24"/>
          <w:szCs w:val="24"/>
        </w:rPr>
        <w:t>Send your ideas for future trainings to:</w:t>
      </w:r>
      <w:r w:rsidRPr="00C44AF5">
        <w:rPr>
          <w:rFonts w:ascii="Times New Roman" w:eastAsia="Times New Roman" w:hAnsi="Times New Roman" w:cs="Times New Roman"/>
          <w:sz w:val="24"/>
          <w:szCs w:val="24"/>
        </w:rPr>
        <w:t xml:space="preserve"> btrujillo@smartstartrowan.org</w:t>
      </w:r>
    </w:p>
    <w:p w14:paraId="1E9EFD1C" w14:textId="77777777" w:rsidR="00B36556" w:rsidRDefault="00C44AF5" w:rsidP="00C44AF5">
      <w:r>
        <w:t xml:space="preserve"> </w:t>
      </w:r>
      <w:r w:rsidR="00142131">
        <w:br w:type="page"/>
      </w:r>
    </w:p>
    <w:p w14:paraId="5460EA26" w14:textId="1C4E18BB" w:rsidR="00B36556" w:rsidRDefault="00142131">
      <w:pPr>
        <w:spacing w:after="240"/>
        <w:rPr>
          <w:b/>
          <w:color w:val="5982DB" w:themeColor="accent6"/>
          <w:sz w:val="36"/>
        </w:rPr>
      </w:pPr>
      <w:r w:rsidRPr="00092396">
        <w:rPr>
          <w:rFonts w:ascii="Segoe UI Emoji" w:hAnsi="Segoe UI Emoji" w:cs="Segoe UI Emoji"/>
          <w:b/>
          <w:color w:val="5982DB" w:themeColor="accent6"/>
          <w:sz w:val="36"/>
        </w:rPr>
        <w:lastRenderedPageBreak/>
        <w:t>📍</w:t>
      </w:r>
      <w:r w:rsidRPr="00092396">
        <w:rPr>
          <w:b/>
          <w:color w:val="5982DB" w:themeColor="accent6"/>
          <w:sz w:val="36"/>
        </w:rPr>
        <w:t xml:space="preserve"> In-Person Trainings</w:t>
      </w:r>
    </w:p>
    <w:p w14:paraId="0E63DAA9" w14:textId="42A7FE1B" w:rsidR="008B65D7" w:rsidRDefault="008B65D7" w:rsidP="008B65D7">
      <w:r>
        <w:rPr>
          <w:b/>
        </w:rPr>
        <w:t>First Aid / CPR</w:t>
      </w:r>
      <w:r>
        <w:rPr>
          <w:b/>
        </w:rPr>
        <w:br/>
      </w:r>
      <w:r>
        <w:t>📅 Monday, January 12, 2026 | 5:15 pm -9:15pm</w:t>
      </w:r>
      <w:r>
        <w:br/>
        <w:t xml:space="preserve">📍 </w:t>
      </w:r>
      <w:r>
        <w:t xml:space="preserve">311 Webb Rd </w:t>
      </w:r>
      <w:r>
        <w:br/>
      </w:r>
      <w:r>
        <w:t xml:space="preserve">  </w:t>
      </w:r>
      <w:r>
        <w:t>🧾 Kristen Zapata</w:t>
      </w:r>
      <w:r w:rsidRPr="008B65D7">
        <w:rPr>
          <w:rFonts w:ascii="Segoe UI Emoji" w:hAnsi="Segoe UI Emoji" w:cs="Segoe UI Emoji"/>
        </w:rPr>
        <w:t xml:space="preserve"> </w:t>
      </w:r>
      <w:r>
        <w:rPr>
          <w:rFonts w:ascii="Segoe UI Emoji" w:hAnsi="Segoe UI Emoji" w:cs="Segoe UI Emoji"/>
        </w:rPr>
        <w:t>💲</w:t>
      </w:r>
      <w:r>
        <w:t xml:space="preserve"> $</w:t>
      </w:r>
      <w:r>
        <w:t>75</w:t>
      </w:r>
      <w:r>
        <w:t xml:space="preserve"> | </w:t>
      </w:r>
      <w:r>
        <w:rPr>
          <w:rFonts w:ascii="Cambria" w:hAnsi="Cambria" w:cs="Cambria"/>
        </w:rPr>
        <w:t>Pay Trainer</w:t>
      </w:r>
    </w:p>
    <w:p w14:paraId="5A8D2949" w14:textId="77777777" w:rsidR="008B65D7" w:rsidRDefault="008B65D7" w:rsidP="008B65D7">
      <w:r>
        <w:br/>
        <w:t>This course provides child care professionals with essential lifesaving skills to respond confidently during emergencies. Participants will learn the fundamentals of Basic First Aid, including how to recognize and care for injuries, sudden illnesses, and common childhood emergencies. The training also covers CPR techniques for infants, children, and adults.</w:t>
      </w:r>
      <w:r>
        <w:br/>
        <w:t>Through hands-on practice, demonstrations, and real-life scenarios, educators will gain the knowledge and skills needed to respond quickly and effectively in critical situations. Upon successful completion, participants will receive certification in Basic First Aid and CPR, meeting state child care licensing requirements.</w:t>
      </w:r>
    </w:p>
    <w:p w14:paraId="7A1A2082" w14:textId="77777777" w:rsidR="00CE7EB1" w:rsidRDefault="008B65D7" w:rsidP="008B65D7">
      <w:r>
        <w:rPr>
          <w:b/>
        </w:rPr>
        <w:t>Autism in Child Care: A foundation for early educators</w:t>
      </w:r>
      <w:r>
        <w:rPr>
          <w:b/>
        </w:rPr>
        <w:br/>
      </w:r>
      <w:r>
        <w:t xml:space="preserve">📅 </w:t>
      </w:r>
      <w:r>
        <w:t>Tuesday</w:t>
      </w:r>
      <w:r>
        <w:t>, January 15, 2026 | 6:30 pm - 8:30 pm</w:t>
      </w:r>
      <w:r>
        <w:br/>
        <w:t xml:space="preserve">📍 </w:t>
      </w:r>
      <w:r>
        <w:t xml:space="preserve">Smart Start Rowan </w:t>
      </w:r>
      <w:r>
        <w:br/>
      </w:r>
      <w:r>
        <w:t xml:space="preserve">  </w:t>
      </w:r>
      <w:r>
        <w:t xml:space="preserve">🧾 Kimberly </w:t>
      </w:r>
      <w:proofErr w:type="gramStart"/>
      <w:r>
        <w:t>Cruz</w:t>
      </w:r>
      <w:r>
        <w:t xml:space="preserve">  </w:t>
      </w:r>
      <w:bookmarkStart w:id="1" w:name="_Hlk216868269"/>
      <w:r>
        <w:rPr>
          <w:rFonts w:ascii="Segoe UI Emoji" w:hAnsi="Segoe UI Emoji" w:cs="Segoe UI Emoji"/>
        </w:rPr>
        <w:t>💲</w:t>
      </w:r>
      <w:proofErr w:type="gramEnd"/>
      <w:r>
        <w:t xml:space="preserve"> $10 | </w:t>
      </w:r>
      <w:r>
        <w:rPr>
          <w:rFonts w:ascii="Cambria" w:hAnsi="Cambria" w:cs="Cambria"/>
        </w:rPr>
        <w:t>🧾</w:t>
      </w:r>
      <w:r>
        <w:t xml:space="preserve"> 2.0 </w:t>
      </w:r>
      <w:proofErr w:type="spellStart"/>
      <w:r>
        <w:t>hrs</w:t>
      </w:r>
      <w:proofErr w:type="spellEnd"/>
      <w:r>
        <w:t xml:space="preserve"> </w:t>
      </w:r>
      <w:bookmarkEnd w:id="1"/>
    </w:p>
    <w:p w14:paraId="7BAF3F33" w14:textId="0CA03B93" w:rsidR="008B65D7" w:rsidRDefault="008B65D7" w:rsidP="008B65D7">
      <w:r>
        <w:br/>
        <w:t>Participants will have an increased knowledge of early signs and detection of autism for young children, while also gaining the knowledge to share concerns with caregivers, identify resources that support and assist young children with autism in the ECE setting, and explore developmentally appropriate activities and inclusion practices to young children with autism.</w:t>
      </w:r>
    </w:p>
    <w:p w14:paraId="50C7D746" w14:textId="77777777" w:rsidR="00CE7EB1" w:rsidRDefault="008B65D7" w:rsidP="008B65D7">
      <w:bookmarkStart w:id="2" w:name="_Hlk216874322"/>
      <w:r>
        <w:rPr>
          <w:b/>
        </w:rPr>
        <w:t>Allergies and Anaphylaxis</w:t>
      </w:r>
      <w:r>
        <w:rPr>
          <w:b/>
        </w:rPr>
        <w:br/>
      </w:r>
      <w:r>
        <w:t xml:space="preserve">📅 Thursday, </w:t>
      </w:r>
      <w:r>
        <w:t>February</w:t>
      </w:r>
      <w:r>
        <w:t xml:space="preserve"> 12, 2026 | 6:30 pm - 8:30 pm</w:t>
      </w:r>
      <w:r>
        <w:br/>
        <w:t xml:space="preserve">📍 </w:t>
      </w:r>
      <w:r>
        <w:t xml:space="preserve">Smart Start Rowan </w:t>
      </w:r>
      <w:r>
        <w:br/>
      </w:r>
      <w:r>
        <w:t xml:space="preserve"> </w:t>
      </w:r>
      <w:r>
        <w:t>🧾 Kimberly Cruz</w:t>
      </w:r>
      <w:r>
        <w:t xml:space="preserve">   </w:t>
      </w:r>
      <w:r>
        <w:rPr>
          <w:rFonts w:ascii="Segoe UI Emoji" w:hAnsi="Segoe UI Emoji" w:cs="Segoe UI Emoji"/>
        </w:rPr>
        <w:t>💲</w:t>
      </w:r>
      <w:r>
        <w:t xml:space="preserve"> $10 | </w:t>
      </w:r>
      <w:r>
        <w:rPr>
          <w:rFonts w:ascii="Cambria" w:hAnsi="Cambria" w:cs="Cambria"/>
        </w:rPr>
        <w:t>🧾</w:t>
      </w:r>
      <w:r>
        <w:t xml:space="preserve"> 2.0 </w:t>
      </w:r>
      <w:proofErr w:type="spellStart"/>
      <w:r>
        <w:t>hrs</w:t>
      </w:r>
      <w:proofErr w:type="spellEnd"/>
    </w:p>
    <w:bookmarkEnd w:id="2"/>
    <w:p w14:paraId="716ADD67" w14:textId="575E1E93" w:rsidR="008B65D7" w:rsidRDefault="008B65D7" w:rsidP="008B65D7">
      <w:r>
        <w:br/>
        <w:t>Participants will learn about allergies and common allergens, how to reduce the risk of developing allergies and reduce exposure to allergens, to recognize signs and symptoms of severe allergic reactions, including anaphylaxis, become familiar with proper storage and use of epinephrine auto-injectors, how to follow emergency follow-up procedures, and about required documentation.</w:t>
      </w:r>
    </w:p>
    <w:p w14:paraId="4CE74728" w14:textId="77777777" w:rsidR="00CE7EB1" w:rsidRDefault="008B65D7" w:rsidP="008B65D7">
      <w:pPr>
        <w:rPr>
          <w:rFonts w:ascii="Cambria" w:hAnsi="Cambria" w:cs="Cambria"/>
        </w:rPr>
      </w:pPr>
      <w:bookmarkStart w:id="3" w:name="_Hlk216874390"/>
      <w:r>
        <w:rPr>
          <w:b/>
        </w:rPr>
        <w:t>First Aid / CPR</w:t>
      </w:r>
      <w:r>
        <w:rPr>
          <w:b/>
        </w:rPr>
        <w:br/>
      </w:r>
      <w:r>
        <w:t>📅 Monday, March 9, 2023 | 5:15 pm -9:15pm</w:t>
      </w:r>
      <w:r>
        <w:br/>
        <w:t xml:space="preserve">📍 311 Webb Rd </w:t>
      </w:r>
      <w:r>
        <w:br/>
        <w:t xml:space="preserve">  🧾 Kristen Zapata</w:t>
      </w:r>
      <w:r w:rsidRPr="008B65D7">
        <w:rPr>
          <w:rFonts w:ascii="Segoe UI Emoji" w:hAnsi="Segoe UI Emoji" w:cs="Segoe UI Emoji"/>
        </w:rPr>
        <w:t xml:space="preserve"> </w:t>
      </w:r>
      <w:r>
        <w:rPr>
          <w:rFonts w:ascii="Segoe UI Emoji" w:hAnsi="Segoe UI Emoji" w:cs="Segoe UI Emoji"/>
        </w:rPr>
        <w:t>💲</w:t>
      </w:r>
      <w:r>
        <w:t xml:space="preserve"> $75 | </w:t>
      </w:r>
      <w:r>
        <w:rPr>
          <w:rFonts w:ascii="Cambria" w:hAnsi="Cambria" w:cs="Cambria"/>
        </w:rPr>
        <w:t>Pay Trainer</w:t>
      </w:r>
    </w:p>
    <w:bookmarkEnd w:id="3"/>
    <w:p w14:paraId="2BBCA8AA" w14:textId="1D9A8B86" w:rsidR="008B65D7" w:rsidRDefault="008B65D7" w:rsidP="008B65D7">
      <w:r>
        <w:br/>
        <w:t xml:space="preserve">This course provides child care professionals with essential lifesaving skills to respond confidently during emergencies. Participants will learn the fundamentals of Basic First Aid, including how to </w:t>
      </w:r>
      <w:r>
        <w:lastRenderedPageBreak/>
        <w:t>recognize and care for injuries, sudden illnesses, and common childhood emergencies. The training also covers CPR techniques for infants, children, and adults.</w:t>
      </w:r>
      <w:r>
        <w:br/>
        <w:t>Through hands-on practice, demonstrations, and real-life scenarios, educators will gain the knowledge and skills needed to respond quickly and effectively in critical situations. Upon successful completion, participants will receive certification in Basic First Aid and CPR, meeting state child care licensing requirements.</w:t>
      </w:r>
      <w:r>
        <w:br/>
      </w:r>
    </w:p>
    <w:p w14:paraId="55CBF347" w14:textId="77777777" w:rsidR="00CE7EB1" w:rsidRDefault="00CE7EB1" w:rsidP="00CE7EB1">
      <w:bookmarkStart w:id="4" w:name="_Hlk216874449"/>
      <w:r>
        <w:rPr>
          <w:b/>
        </w:rPr>
        <w:t>ITS_SIDS</w:t>
      </w:r>
      <w:r>
        <w:rPr>
          <w:b/>
        </w:rPr>
        <w:br/>
      </w:r>
      <w:r>
        <w:t>📅 Tuesday, March 17, 2026 | 6:30 pm - 8:30 pm</w:t>
      </w:r>
      <w:r>
        <w:br/>
        <w:t xml:space="preserve">📍 </w:t>
      </w:r>
      <w:r>
        <w:t xml:space="preserve">Smart Start Rowan </w:t>
      </w:r>
      <w:r>
        <w:br/>
      </w:r>
      <w:r>
        <w:t xml:space="preserve"> </w:t>
      </w:r>
      <w:r>
        <w:t>🧾 Kimberly Cruz</w:t>
      </w:r>
      <w:r>
        <w:t xml:space="preserve">   </w:t>
      </w:r>
      <w:bookmarkStart w:id="5" w:name="_Hlk216868784"/>
      <w:r>
        <w:rPr>
          <w:rFonts w:ascii="Segoe UI Emoji" w:hAnsi="Segoe UI Emoji" w:cs="Segoe UI Emoji"/>
        </w:rPr>
        <w:t>💲</w:t>
      </w:r>
      <w:r>
        <w:t xml:space="preserve"> $10 | </w:t>
      </w:r>
      <w:r>
        <w:rPr>
          <w:rFonts w:ascii="Cambria" w:hAnsi="Cambria" w:cs="Cambria"/>
        </w:rPr>
        <w:t>🧾</w:t>
      </w:r>
      <w:r>
        <w:t xml:space="preserve"> 2.0 </w:t>
      </w:r>
      <w:proofErr w:type="spellStart"/>
      <w:r>
        <w:t>hrs</w:t>
      </w:r>
      <w:bookmarkEnd w:id="5"/>
      <w:proofErr w:type="spellEnd"/>
    </w:p>
    <w:bookmarkEnd w:id="4"/>
    <w:p w14:paraId="45F88BED" w14:textId="5FA19B34" w:rsidR="00CE7EB1" w:rsidRDefault="00CE7EB1" w:rsidP="00CE7EB1">
      <w:r>
        <w:br/>
        <w:t>ITS-SIDS was developed by the NC Healthy Start Foundation's ITS-SIDS Project. This session meets state requirements for ITS-SIDS training.  Participants will learn to reduce the risk of SIDS through safe sleep practices for infants.  Participants will also review Safe Sleep Policy guidelines, NC Division of Child Development and Early Education licensing rules, and maintenance of the proper forms.</w:t>
      </w:r>
      <w:r>
        <w:br/>
      </w:r>
    </w:p>
    <w:p w14:paraId="1A647964" w14:textId="77777777" w:rsidR="00CE7EB1" w:rsidRDefault="00CE7EB1" w:rsidP="00CE7EB1"/>
    <w:p w14:paraId="791CCE05" w14:textId="7C5B513A" w:rsidR="00B36556" w:rsidRPr="00CE7EB1" w:rsidRDefault="00CE7EB1">
      <w:pPr>
        <w:rPr>
          <w:rFonts w:ascii="Segoe UI Emoji" w:hAnsi="Segoe UI Emoji" w:cs="Segoe UI Emoji"/>
        </w:rPr>
      </w:pPr>
      <w:r>
        <w:rPr>
          <w:noProof/>
        </w:rPr>
        <w:drawing>
          <wp:inline distT="0" distB="0" distL="0" distR="0" wp14:anchorId="56482850" wp14:editId="4126E807">
            <wp:extent cx="54864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ng-cute-children-playing-garden-backyard.jpg"/>
                    <pic:cNvPicPr/>
                  </pic:nvPicPr>
                  <pic:blipFill>
                    <a:blip r:embed="rId11">
                      <a:extLst>
                        <a:ext uri="{837473B0-CC2E-450A-ABE3-18F120FF3D39}">
                          <a1611:picAttrSrcUrl xmlns:a1611="http://schemas.microsoft.com/office/drawing/2016/11/main" r:id="rId12"/>
                        </a:ext>
                      </a:extLst>
                    </a:blip>
                    <a:stretch>
                      <a:fillRect/>
                    </a:stretch>
                  </pic:blipFill>
                  <pic:spPr>
                    <a:xfrm>
                      <a:off x="0" y="0"/>
                      <a:ext cx="5486400" cy="3657600"/>
                    </a:xfrm>
                    <a:prstGeom prst="rect">
                      <a:avLst/>
                    </a:prstGeom>
                  </pic:spPr>
                </pic:pic>
              </a:graphicData>
            </a:graphic>
          </wp:inline>
        </w:drawing>
      </w:r>
      <w:r w:rsidR="00142131">
        <w:br w:type="page"/>
      </w:r>
    </w:p>
    <w:p w14:paraId="61188F93" w14:textId="6CEA3509" w:rsidR="00B36556" w:rsidRDefault="00142131">
      <w:pPr>
        <w:spacing w:after="240"/>
        <w:rPr>
          <w:b/>
          <w:color w:val="5982DB" w:themeColor="accent6"/>
          <w:sz w:val="36"/>
        </w:rPr>
      </w:pPr>
      <w:r w:rsidRPr="00092396">
        <w:rPr>
          <w:rFonts w:ascii="Segoe UI Emoji" w:hAnsi="Segoe UI Emoji" w:cs="Segoe UI Emoji"/>
          <w:b/>
          <w:color w:val="5982DB" w:themeColor="accent6"/>
          <w:sz w:val="36"/>
        </w:rPr>
        <w:lastRenderedPageBreak/>
        <w:t>💻</w:t>
      </w:r>
      <w:r w:rsidRPr="00092396">
        <w:rPr>
          <w:b/>
          <w:color w:val="5982DB" w:themeColor="accent6"/>
          <w:sz w:val="36"/>
        </w:rPr>
        <w:t xml:space="preserve"> Virtual Trainings</w:t>
      </w:r>
    </w:p>
    <w:p w14:paraId="134C5E80" w14:textId="7B0A4316" w:rsidR="00CE7EB1" w:rsidRDefault="00CE7EB1" w:rsidP="00CE7EB1">
      <w:bookmarkStart w:id="6" w:name="_Hlk216874495"/>
      <w:r>
        <w:rPr>
          <w:b/>
        </w:rPr>
        <w:t xml:space="preserve">Sensory </w:t>
      </w:r>
      <w:r>
        <w:rPr>
          <w:b/>
        </w:rPr>
        <w:t>Exploration:</w:t>
      </w:r>
      <w:r>
        <w:rPr>
          <w:b/>
        </w:rPr>
        <w:t xml:space="preserve"> beyond the basics</w:t>
      </w:r>
      <w:r>
        <w:rPr>
          <w:b/>
        </w:rPr>
        <w:br/>
      </w:r>
      <w:r>
        <w:t>📅 Thursday, January 22, 2026 | 6:30 pm - 8:30 pm</w:t>
      </w:r>
      <w:r>
        <w:br/>
        <w:t>📍 Rowan/Zoom</w:t>
      </w:r>
      <w:r>
        <w:br/>
      </w:r>
      <w:r>
        <w:t xml:space="preserve">  </w:t>
      </w:r>
      <w:r>
        <w:t>🧾 Betty Trujillo</w:t>
      </w:r>
      <w:r>
        <w:t xml:space="preserve">   </w:t>
      </w:r>
      <w:r>
        <w:rPr>
          <w:rFonts w:ascii="Segoe UI Emoji" w:hAnsi="Segoe UI Emoji" w:cs="Segoe UI Emoji"/>
        </w:rPr>
        <w:t>💲</w:t>
      </w:r>
      <w:r>
        <w:t xml:space="preserve"> $10 | </w:t>
      </w:r>
      <w:r>
        <w:rPr>
          <w:rFonts w:ascii="Cambria" w:hAnsi="Cambria" w:cs="Cambria"/>
        </w:rPr>
        <w:t>🧾</w:t>
      </w:r>
      <w:r>
        <w:t xml:space="preserve"> 2.0 </w:t>
      </w:r>
      <w:proofErr w:type="spellStart"/>
      <w:r>
        <w:t>hrs</w:t>
      </w:r>
      <w:proofErr w:type="spellEnd"/>
    </w:p>
    <w:bookmarkEnd w:id="6"/>
    <w:p w14:paraId="5BA1AF95" w14:textId="1F6C3CFE" w:rsidR="00CE7EB1" w:rsidRPr="00CE7EB1" w:rsidRDefault="00CE7EB1" w:rsidP="00CE7EB1">
      <w:r>
        <w:br/>
        <w:t>This interactive training helps teachers design meaningful sensory experiences that support early brain development. Participants will explore hands-on sensory stations and learn how to create affordable sensory bins that build language, fine motor skills, and self-regulation. Educators will leave with a ready-to-use sensory toolkit and practical strategies aligned with ECERS-3 and NC FELD.</w:t>
      </w:r>
      <w:r>
        <w:br/>
      </w:r>
    </w:p>
    <w:p w14:paraId="23AE368C" w14:textId="7774EC7F" w:rsidR="00CE7EB1" w:rsidRDefault="00CE7EB1">
      <w:pPr>
        <w:spacing w:after="240"/>
      </w:pPr>
      <w:r>
        <w:rPr>
          <w:b/>
        </w:rPr>
        <w:t>Use Your Words: How Our Words Impact Children</w:t>
      </w:r>
      <w:r>
        <w:rPr>
          <w:b/>
        </w:rPr>
        <w:br/>
      </w:r>
      <w:r>
        <w:t xml:space="preserve">📅 </w:t>
      </w:r>
      <w:r>
        <w:t>Thursday</w:t>
      </w:r>
      <w:r>
        <w:t>, January 29, 2026 | 6:30pm -8:30 pm</w:t>
      </w:r>
      <w:r>
        <w:br/>
        <w:t>📍 Rowan/Zoom</w:t>
      </w:r>
      <w:r>
        <w:br/>
      </w:r>
      <w:r>
        <w:t xml:space="preserve">  </w:t>
      </w:r>
      <w:r>
        <w:t>🧾 Jessica Lane</w:t>
      </w:r>
      <w:r>
        <w:t xml:space="preserve">    </w:t>
      </w:r>
      <w:bookmarkStart w:id="7" w:name="_Hlk216868857"/>
      <w:r>
        <w:rPr>
          <w:rFonts w:ascii="Segoe UI Emoji" w:hAnsi="Segoe UI Emoji" w:cs="Segoe UI Emoji"/>
        </w:rPr>
        <w:t>💲</w:t>
      </w:r>
      <w:r>
        <w:t xml:space="preserve"> $10 | </w:t>
      </w:r>
      <w:r>
        <w:rPr>
          <w:rFonts w:ascii="Cambria" w:hAnsi="Cambria" w:cs="Cambria"/>
        </w:rPr>
        <w:t>🧾</w:t>
      </w:r>
      <w:r>
        <w:t xml:space="preserve"> 2.0 </w:t>
      </w:r>
      <w:proofErr w:type="spellStart"/>
      <w:r>
        <w:t>hrs</w:t>
      </w:r>
      <w:bookmarkEnd w:id="7"/>
      <w:proofErr w:type="spellEnd"/>
    </w:p>
    <w:p w14:paraId="70017B26" w14:textId="166C8F87" w:rsidR="00CE7EB1" w:rsidRDefault="00CE7EB1">
      <w:pPr>
        <w:spacing w:after="240"/>
        <w:rPr>
          <w:color w:val="5982DB" w:themeColor="accent6"/>
        </w:rPr>
      </w:pPr>
      <w:r>
        <w:br/>
        <w:t> “Sticks and Stones may break my bones, but words will never hurt me” a phrase that has been used for many years spreading a false sentiment. Research has shown that the words we use in the classroom as early childhood professionals have lasting effects on a child’s cognitive and social-emotional development. We often find ourselves reminding students to “use their words” or “we only use kind words”, but are we being mindful of the words we are using? This training focuses on informing, reflecting on, and providing strategies that support teachers in using intentional language and tones that support the healthy development of the students in their care.</w:t>
      </w:r>
      <w:r>
        <w:br/>
      </w:r>
    </w:p>
    <w:p w14:paraId="4FF58208" w14:textId="5DF12FFD" w:rsidR="00CE7EB1" w:rsidRDefault="00CE7EB1" w:rsidP="00CE7EB1">
      <w:bookmarkStart w:id="8" w:name="_Hlk216874622"/>
      <w:r>
        <w:rPr>
          <w:b/>
        </w:rPr>
        <w:t>Positive Guidance &amp; Behavior Support Toolkit</w:t>
      </w:r>
      <w:r>
        <w:rPr>
          <w:b/>
        </w:rPr>
        <w:br/>
      </w:r>
      <w:r>
        <w:t xml:space="preserve">📅 Thursday, </w:t>
      </w:r>
      <w:r>
        <w:t>February</w:t>
      </w:r>
      <w:r>
        <w:t xml:space="preserve"> 5, 2026 | 6:30 pm - 8:30 pm</w:t>
      </w:r>
      <w:r>
        <w:br/>
        <w:t>📍 Rowan/Zoom</w:t>
      </w:r>
      <w:r>
        <w:br/>
      </w:r>
      <w:r>
        <w:t xml:space="preserve">  </w:t>
      </w:r>
      <w:r>
        <w:t>🧾 Betty Trujillo</w:t>
      </w:r>
      <w:r>
        <w:t xml:space="preserve">   </w:t>
      </w:r>
      <w:bookmarkStart w:id="9" w:name="_Hlk216869049"/>
      <w:r>
        <w:rPr>
          <w:rFonts w:ascii="Segoe UI Emoji" w:hAnsi="Segoe UI Emoji" w:cs="Segoe UI Emoji"/>
        </w:rPr>
        <w:t>💲</w:t>
      </w:r>
      <w:r>
        <w:t xml:space="preserve"> $10 | </w:t>
      </w:r>
      <w:r>
        <w:rPr>
          <w:rFonts w:ascii="Cambria" w:hAnsi="Cambria" w:cs="Cambria"/>
        </w:rPr>
        <w:t>🧾</w:t>
      </w:r>
      <w:r>
        <w:t xml:space="preserve"> 2.0 </w:t>
      </w:r>
      <w:proofErr w:type="spellStart"/>
      <w:r>
        <w:t>hrs</w:t>
      </w:r>
      <w:bookmarkEnd w:id="9"/>
      <w:proofErr w:type="spellEnd"/>
    </w:p>
    <w:bookmarkEnd w:id="8"/>
    <w:p w14:paraId="73BCF42B" w14:textId="77777777" w:rsidR="00153691" w:rsidRDefault="00CE7EB1" w:rsidP="00CE7EB1">
      <w:r>
        <w:br/>
        <w:t>This training introduces simple, developmentally appropriate tools that help reduce challenging behaviors and promote emotional regulation. Teachers will participate in real-world scenario practice and create a calm-down kit to use immediately in their classroom. Strategies support the Pyramid Model, ECERS-3 interactions, and trauma-informed practice.</w:t>
      </w:r>
    </w:p>
    <w:p w14:paraId="3D62C9EB" w14:textId="77777777" w:rsidR="00153691" w:rsidRDefault="00153691" w:rsidP="00CE7EB1"/>
    <w:p w14:paraId="0B3C0549" w14:textId="77777777" w:rsidR="00153691" w:rsidRDefault="00153691" w:rsidP="00153691">
      <w:bookmarkStart w:id="10" w:name="_Hlk216874675"/>
      <w:r>
        <w:rPr>
          <w:b/>
        </w:rPr>
        <w:t>STEM for Littles: Creating Simple STEM Bins</w:t>
      </w:r>
      <w:r>
        <w:rPr>
          <w:b/>
        </w:rPr>
        <w:br/>
      </w:r>
      <w:r>
        <w:t>📅 Thursday, February 19, 2026 | 6:30 pm - 8:30 pm</w:t>
      </w:r>
      <w:r>
        <w:br/>
        <w:t>📍 Rowan/Zoom</w:t>
      </w:r>
      <w:r>
        <w:br/>
        <w:t>🧾 Betty Trujillo</w:t>
      </w:r>
      <w:r>
        <w:t xml:space="preserve">   </w:t>
      </w:r>
      <w:r>
        <w:rPr>
          <w:rFonts w:ascii="Segoe UI Emoji" w:hAnsi="Segoe UI Emoji" w:cs="Segoe UI Emoji"/>
        </w:rPr>
        <w:t>💲</w:t>
      </w:r>
      <w:r>
        <w:t xml:space="preserve"> $10 | </w:t>
      </w:r>
      <w:r>
        <w:rPr>
          <w:rFonts w:ascii="Cambria" w:hAnsi="Cambria" w:cs="Cambria"/>
        </w:rPr>
        <w:t>🧾</w:t>
      </w:r>
      <w:r>
        <w:t xml:space="preserve"> 2.0 </w:t>
      </w:r>
      <w:proofErr w:type="spellStart"/>
      <w:r>
        <w:t>hrs</w:t>
      </w:r>
      <w:proofErr w:type="spellEnd"/>
    </w:p>
    <w:bookmarkEnd w:id="10"/>
    <w:p w14:paraId="1B131A73" w14:textId="5B9200F8" w:rsidR="00153691" w:rsidRDefault="00153691" w:rsidP="00153691">
      <w:r>
        <w:lastRenderedPageBreak/>
        <w:br/>
        <w:t>STEM doesn’t require expensive materials—just curiosity and the right strategies. In this hands-on training, teachers create STEM exploration bins and practice supporting children’s problem-solving using open-ended questions. Participants will explore building challenges, science exploration, and ways to integrate math and engineering into everyday play.</w:t>
      </w:r>
      <w:r>
        <w:br/>
      </w:r>
    </w:p>
    <w:p w14:paraId="39CA4EFC" w14:textId="77777777" w:rsidR="00153691" w:rsidRDefault="00153691" w:rsidP="00153691">
      <w:bookmarkStart w:id="11" w:name="_Hlk216874776"/>
      <w:r>
        <w:rPr>
          <w:b/>
        </w:rPr>
        <w:t>Teacher Talk Toolkit: Expanding Language &amp; Literacy</w:t>
      </w:r>
      <w:r>
        <w:rPr>
          <w:b/>
        </w:rPr>
        <w:br/>
      </w:r>
      <w:r>
        <w:t>📅 Thursday, February 26, 2026 | 6:30 pm - 8:30 pm</w:t>
      </w:r>
      <w:r>
        <w:br/>
        <w:t>📍 Rowan/Zoom</w:t>
      </w:r>
      <w:r>
        <w:br/>
      </w:r>
      <w:r>
        <w:t xml:space="preserve">  </w:t>
      </w:r>
      <w:r>
        <w:t>🧾 Betty Trujillo</w:t>
      </w:r>
      <w:r>
        <w:t xml:space="preserve">   </w:t>
      </w:r>
      <w:r>
        <w:rPr>
          <w:rFonts w:ascii="Segoe UI Emoji" w:hAnsi="Segoe UI Emoji" w:cs="Segoe UI Emoji"/>
        </w:rPr>
        <w:t>💲</w:t>
      </w:r>
      <w:r>
        <w:t xml:space="preserve"> $10 | </w:t>
      </w:r>
      <w:r>
        <w:rPr>
          <w:rFonts w:ascii="Cambria" w:hAnsi="Cambria" w:cs="Cambria"/>
        </w:rPr>
        <w:t>🧾</w:t>
      </w:r>
      <w:r>
        <w:t xml:space="preserve"> 2.0 </w:t>
      </w:r>
      <w:proofErr w:type="spellStart"/>
      <w:r>
        <w:t>hrs</w:t>
      </w:r>
      <w:proofErr w:type="spellEnd"/>
    </w:p>
    <w:bookmarkEnd w:id="11"/>
    <w:p w14:paraId="46EA6A2B" w14:textId="6873B3EC" w:rsidR="00153691" w:rsidRDefault="00153691" w:rsidP="00153691">
      <w:r>
        <w:br/>
        <w:t>Quality teacher-child interactions form the foundation for strong language development. In this training, participants will practice modeling language, asking open-ended questions, and embedding literacy in all classroom centers. Through hands-on practice activities and role-play, teachers build confidence in responsive conversation strategies to strengthen children’s vocabulary and communication skills.</w:t>
      </w:r>
      <w:r>
        <w:br/>
      </w:r>
    </w:p>
    <w:p w14:paraId="6543234D" w14:textId="77777777" w:rsidR="00153691" w:rsidRDefault="00153691" w:rsidP="00153691">
      <w:bookmarkStart w:id="12" w:name="_Hlk216874819"/>
      <w:r>
        <w:rPr>
          <w:b/>
        </w:rPr>
        <w:t>Behavior Basics: Routines, Consistency &amp; Visual Supports Tool Kit</w:t>
      </w:r>
      <w:r>
        <w:rPr>
          <w:b/>
        </w:rPr>
        <w:br/>
      </w:r>
      <w:r>
        <w:t>📅 Thursday, March 5, 2026 | 6:30 pm - 8:30 pm</w:t>
      </w:r>
      <w:r>
        <w:br/>
        <w:t>📍 Rowan/Zoom</w:t>
      </w:r>
      <w:r>
        <w:br/>
      </w:r>
      <w:r>
        <w:t xml:space="preserve">  </w:t>
      </w:r>
      <w:r>
        <w:t>🧾 Betty Trujillo</w:t>
      </w:r>
      <w:r>
        <w:t xml:space="preserve">   </w:t>
      </w:r>
      <w:r>
        <w:rPr>
          <w:rFonts w:ascii="Segoe UI Emoji" w:hAnsi="Segoe UI Emoji" w:cs="Segoe UI Emoji"/>
        </w:rPr>
        <w:t>💲</w:t>
      </w:r>
      <w:r>
        <w:t xml:space="preserve"> $10 | </w:t>
      </w:r>
      <w:r>
        <w:rPr>
          <w:rFonts w:ascii="Cambria" w:hAnsi="Cambria" w:cs="Cambria"/>
        </w:rPr>
        <w:t>🧾</w:t>
      </w:r>
      <w:r>
        <w:t xml:space="preserve"> 2.0 </w:t>
      </w:r>
      <w:proofErr w:type="spellStart"/>
      <w:r>
        <w:t>hrs</w:t>
      </w:r>
      <w:proofErr w:type="spellEnd"/>
    </w:p>
    <w:bookmarkEnd w:id="12"/>
    <w:p w14:paraId="29F7DCE6" w14:textId="18288355" w:rsidR="00153691" w:rsidRDefault="00153691" w:rsidP="00153691">
      <w:r>
        <w:br/>
        <w:t>This online training focuses on using predictable routines, consistent expectations, and visual supports to reduce challenging behaviors and increase children’s independence. Participants learn how to create and use a “Behavior Support Tool Kit” that can be shared with families or used in virtual coaching sessions. The training includes modeling, scenarios, and printable templates teachers can customize.</w:t>
      </w:r>
      <w:r>
        <w:br/>
      </w:r>
    </w:p>
    <w:p w14:paraId="1AE5541E" w14:textId="77777777" w:rsidR="00153691" w:rsidRDefault="00153691" w:rsidP="00153691">
      <w:bookmarkStart w:id="13" w:name="_Hlk216874857"/>
      <w:r>
        <w:rPr>
          <w:b/>
        </w:rPr>
        <w:t>Emergency Preparedness and Response</w:t>
      </w:r>
      <w:r>
        <w:rPr>
          <w:b/>
        </w:rPr>
        <w:br/>
      </w:r>
      <w:r>
        <w:t>📅 Thursday, March 26, 2026 | 6:00 pm - 8:30 pm</w:t>
      </w:r>
      <w:r>
        <w:br/>
        <w:t>📍 Rowan/Zoom</w:t>
      </w:r>
      <w:r>
        <w:br/>
      </w:r>
      <w:r>
        <w:t xml:space="preserve">   </w:t>
      </w:r>
      <w:r>
        <w:t>🧾 Betty Trujillo</w:t>
      </w:r>
      <w:r>
        <w:t xml:space="preserve">   </w:t>
      </w:r>
      <w:r>
        <w:rPr>
          <w:rFonts w:ascii="Segoe UI Emoji" w:hAnsi="Segoe UI Emoji" w:cs="Segoe UI Emoji"/>
        </w:rPr>
        <w:t>💲</w:t>
      </w:r>
      <w:r>
        <w:t xml:space="preserve"> $1</w:t>
      </w:r>
      <w:r>
        <w:t>5</w:t>
      </w:r>
      <w:r>
        <w:t xml:space="preserve"> | </w:t>
      </w:r>
      <w:r>
        <w:rPr>
          <w:rFonts w:ascii="Cambria" w:hAnsi="Cambria" w:cs="Cambria"/>
        </w:rPr>
        <w:t>🧾</w:t>
      </w:r>
      <w:r>
        <w:t xml:space="preserve"> 2.</w:t>
      </w:r>
      <w:r>
        <w:t>5</w:t>
      </w:r>
      <w:r>
        <w:t xml:space="preserve"> </w:t>
      </w:r>
      <w:proofErr w:type="spellStart"/>
      <w:r>
        <w:t>hrs</w:t>
      </w:r>
      <w:proofErr w:type="spellEnd"/>
    </w:p>
    <w:bookmarkEnd w:id="13"/>
    <w:p w14:paraId="24E21EE6" w14:textId="7076DC10" w:rsidR="00153691" w:rsidRDefault="00153691" w:rsidP="00153691">
      <w:r>
        <w:br/>
        <w:t xml:space="preserve">Emergency Preparedness and Response (EPR) in Child Care Training provides early educators with information and tools to prepare for many types of emergencies. The EPR in Child Care Training addresses NC Child Care Rules on emergency preparedness, current best practices recommendations, and guidance on completing the online EPR Plan. </w:t>
      </w:r>
      <w:r>
        <w:br/>
      </w:r>
    </w:p>
    <w:p w14:paraId="124A3A86" w14:textId="32F007AA" w:rsidR="00CE7EB1" w:rsidRDefault="00CE7EB1" w:rsidP="00CE7EB1">
      <w:r>
        <w:br/>
      </w:r>
    </w:p>
    <w:p w14:paraId="5DCAEACF" w14:textId="77777777" w:rsidR="00CE7EB1" w:rsidRPr="00092396" w:rsidRDefault="00CE7EB1">
      <w:pPr>
        <w:spacing w:after="240"/>
        <w:rPr>
          <w:color w:val="5982DB" w:themeColor="accent6"/>
        </w:rPr>
      </w:pPr>
    </w:p>
    <w:p w14:paraId="259E8A27" w14:textId="1A8A7A72" w:rsidR="00B36556" w:rsidRDefault="00D71F1E">
      <w:r>
        <w:rPr>
          <w:noProof/>
        </w:rPr>
        <w:lastRenderedPageBreak/>
        <w:drawing>
          <wp:inline distT="0" distB="0" distL="0" distR="0" wp14:anchorId="4D882F6B" wp14:editId="3D8164B9">
            <wp:extent cx="535305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JpdmF0ZS9sci9pbWFnZXMvd2Vic2l0ZS8yMDIyLTA1LzMzMi10ZWQyNTk4LWpqLWZmLmpwZw.jpg"/>
                    <pic:cNvPicPr/>
                  </pic:nvPicPr>
                  <pic:blipFill>
                    <a:blip r:embed="rId13">
                      <a:extLst>
                        <a:ext uri="{837473B0-CC2E-450A-ABE3-18F120FF3D39}">
                          <a1611:picAttrSrcUrl xmlns:a1611="http://schemas.microsoft.com/office/drawing/2016/11/main" r:id="rId14"/>
                        </a:ext>
                      </a:extLst>
                    </a:blip>
                    <a:stretch>
                      <a:fillRect/>
                    </a:stretch>
                  </pic:blipFill>
                  <pic:spPr>
                    <a:xfrm>
                      <a:off x="0" y="0"/>
                      <a:ext cx="5353771" cy="2667359"/>
                    </a:xfrm>
                    <a:prstGeom prst="rect">
                      <a:avLst/>
                    </a:prstGeom>
                  </pic:spPr>
                </pic:pic>
              </a:graphicData>
            </a:graphic>
          </wp:inline>
        </w:drawing>
      </w:r>
      <w:r w:rsidR="00142131">
        <w:br w:type="page"/>
      </w:r>
    </w:p>
    <w:p w14:paraId="4E26C240" w14:textId="77777777" w:rsidR="00B36556" w:rsidRPr="00092396" w:rsidRDefault="00142131">
      <w:pPr>
        <w:spacing w:after="240"/>
      </w:pPr>
      <w:r w:rsidRPr="00092396">
        <w:rPr>
          <w:rFonts w:ascii="Segoe UI Emoji" w:hAnsi="Segoe UI Emoji" w:cs="Segoe UI Emoji"/>
          <w:b/>
          <w:sz w:val="36"/>
        </w:rPr>
        <w:lastRenderedPageBreak/>
        <w:t>📝</w:t>
      </w:r>
      <w:r w:rsidRPr="00092396">
        <w:rPr>
          <w:b/>
          <w:sz w:val="36"/>
        </w:rPr>
        <w:t xml:space="preserve"> Registration Form</w:t>
      </w:r>
    </w:p>
    <w:p w14:paraId="3FF6E10D" w14:textId="77777777" w:rsidR="00B36556" w:rsidRDefault="00142131">
      <w:r>
        <w:t>Please complete this form to register for trainings. You may fill it out digitally and email it to us, or print and return with payment.</w:t>
      </w:r>
      <w:r>
        <w:br/>
      </w:r>
    </w:p>
    <w:p w14:paraId="7D24745B" w14:textId="77777777" w:rsidR="00B36556" w:rsidRDefault="00142131">
      <w:r>
        <w:t>First Name: ____________________________</w:t>
      </w:r>
    </w:p>
    <w:p w14:paraId="7A90AF95" w14:textId="77777777" w:rsidR="00B36556" w:rsidRDefault="00142131">
      <w:r>
        <w:t>Last Name: ____________________________</w:t>
      </w:r>
    </w:p>
    <w:p w14:paraId="1BACCFF5" w14:textId="77777777" w:rsidR="00B36556" w:rsidRDefault="00142131">
      <w:r>
        <w:t>Email: ____________________________</w:t>
      </w:r>
    </w:p>
    <w:p w14:paraId="4FB2A1FA" w14:textId="77777777" w:rsidR="00B36556" w:rsidRDefault="00142131">
      <w:r>
        <w:t>Phone: ____________________________</w:t>
      </w:r>
    </w:p>
    <w:p w14:paraId="12FCC199" w14:textId="77777777" w:rsidR="00B36556" w:rsidRDefault="00142131">
      <w:r>
        <w:t>Employer: ____________________________</w:t>
      </w:r>
    </w:p>
    <w:p w14:paraId="059BD2E4" w14:textId="77777777" w:rsidR="00B36556" w:rsidRDefault="00142131">
      <w:r>
        <w:t>County: ____________________________</w:t>
      </w:r>
    </w:p>
    <w:p w14:paraId="45F6332B" w14:textId="77777777" w:rsidR="00B36556" w:rsidRDefault="00142131">
      <w:r>
        <w:br/>
        <w:t>Select Trainings:</w:t>
      </w:r>
    </w:p>
    <w:p w14:paraId="1115D742" w14:textId="15C3988C" w:rsidR="00B36556" w:rsidRDefault="00142131">
      <w:proofErr w:type="gramStart"/>
      <w:r>
        <w:t>[ ]</w:t>
      </w:r>
      <w:proofErr w:type="gramEnd"/>
      <w:r>
        <w:t xml:space="preserve"> </w:t>
      </w:r>
      <w:r w:rsidR="00322081" w:rsidRPr="009C2A89">
        <w:rPr>
          <w:b/>
        </w:rPr>
        <w:t>F</w:t>
      </w:r>
      <w:r w:rsidR="009C2A89" w:rsidRPr="009C2A89">
        <w:rPr>
          <w:b/>
        </w:rPr>
        <w:t>irst Aid</w:t>
      </w:r>
      <w:r w:rsidR="00322081" w:rsidRPr="009C2A89">
        <w:rPr>
          <w:b/>
        </w:rPr>
        <w:t xml:space="preserve"> </w:t>
      </w:r>
      <w:r w:rsidR="009C2A89">
        <w:rPr>
          <w:b/>
        </w:rPr>
        <w:t>/</w:t>
      </w:r>
      <w:r w:rsidR="00322081" w:rsidRPr="009C2A89">
        <w:rPr>
          <w:b/>
        </w:rPr>
        <w:t xml:space="preserve"> CPR</w:t>
      </w:r>
      <w:r w:rsidR="001C5ADF">
        <w:t>📅 Monday, January 12, 2026 | 5:15 pm -9:15pm</w:t>
      </w:r>
      <w:r w:rsidR="00322081">
        <w:t xml:space="preserve"> </w:t>
      </w:r>
      <w:r w:rsidR="001C5ADF">
        <w:t>🧾 Kristen Zapata</w:t>
      </w:r>
      <w:r w:rsidR="001C5ADF" w:rsidRPr="008B65D7">
        <w:rPr>
          <w:rFonts w:ascii="Segoe UI Emoji" w:hAnsi="Segoe UI Emoji" w:cs="Segoe UI Emoji"/>
        </w:rPr>
        <w:t xml:space="preserve"> </w:t>
      </w:r>
      <w:r w:rsidR="001C5ADF">
        <w:rPr>
          <w:rFonts w:ascii="Segoe UI Emoji" w:hAnsi="Segoe UI Emoji" w:cs="Segoe UI Emoji"/>
        </w:rPr>
        <w:t>💲</w:t>
      </w:r>
      <w:r w:rsidR="001C5ADF">
        <w:t xml:space="preserve"> $75 | </w:t>
      </w:r>
      <w:r w:rsidR="001C5ADF">
        <w:rPr>
          <w:rFonts w:ascii="Cambria" w:hAnsi="Cambria" w:cs="Cambria"/>
        </w:rPr>
        <w:t>Pay Trainer</w:t>
      </w:r>
      <w:r w:rsidR="001C5ADF">
        <w:t xml:space="preserve"> </w:t>
      </w:r>
    </w:p>
    <w:p w14:paraId="0DEFC244" w14:textId="2EEDB197" w:rsidR="00B36556" w:rsidRDefault="00142131">
      <w:proofErr w:type="gramStart"/>
      <w:r>
        <w:t>[ ]</w:t>
      </w:r>
      <w:proofErr w:type="gramEnd"/>
      <w:r>
        <w:t xml:space="preserve"> </w:t>
      </w:r>
      <w:r w:rsidR="00322081">
        <w:rPr>
          <w:b/>
        </w:rPr>
        <w:t>Autism in Child Care: A foundation for early educators</w:t>
      </w:r>
      <w:r w:rsidR="00322081">
        <w:t>📅 Tuesday, January 15, 2026 | 6:30 pm - 8:30 pm</w:t>
      </w:r>
      <w:r w:rsidR="00322081">
        <w:t xml:space="preserve"> </w:t>
      </w:r>
      <w:r w:rsidR="00322081">
        <w:t xml:space="preserve"> 🧾 Kimberly Cruz  </w:t>
      </w:r>
      <w:r w:rsidR="00322081">
        <w:rPr>
          <w:rFonts w:ascii="Segoe UI Emoji" w:hAnsi="Segoe UI Emoji" w:cs="Segoe UI Emoji"/>
        </w:rPr>
        <w:t>💲</w:t>
      </w:r>
      <w:r w:rsidR="00322081">
        <w:t xml:space="preserve"> $10 | </w:t>
      </w:r>
      <w:r w:rsidR="00322081">
        <w:rPr>
          <w:rFonts w:ascii="Cambria" w:hAnsi="Cambria" w:cs="Cambria"/>
        </w:rPr>
        <w:t>🧾</w:t>
      </w:r>
      <w:r w:rsidR="00322081">
        <w:t xml:space="preserve"> 2.0 </w:t>
      </w:r>
      <w:proofErr w:type="spellStart"/>
      <w:r w:rsidR="00322081">
        <w:t>hrs</w:t>
      </w:r>
      <w:proofErr w:type="spellEnd"/>
      <w:r w:rsidR="00322081">
        <w:t xml:space="preserve"> </w:t>
      </w:r>
    </w:p>
    <w:p w14:paraId="5D7DAB06" w14:textId="51713D6D" w:rsidR="00322081" w:rsidRDefault="00142131" w:rsidP="00322081">
      <w:proofErr w:type="gramStart"/>
      <w:r>
        <w:t>[ ]</w:t>
      </w:r>
      <w:proofErr w:type="gramEnd"/>
      <w:r>
        <w:t xml:space="preserve"> </w:t>
      </w:r>
      <w:r w:rsidR="00322081">
        <w:rPr>
          <w:b/>
        </w:rPr>
        <w:t>Allergies and Anaphylaxis</w:t>
      </w:r>
      <w:r w:rsidR="00322081">
        <w:rPr>
          <w:b/>
        </w:rPr>
        <w:t xml:space="preserve"> </w:t>
      </w:r>
      <w:r w:rsidR="00322081">
        <w:t>📅 Thursday, February 12, 2026 | 6:30 pm - 8:30 pm</w:t>
      </w:r>
      <w:r w:rsidR="00322081">
        <w:t xml:space="preserve"> </w:t>
      </w:r>
      <w:r w:rsidR="00322081">
        <w:t xml:space="preserve"> 🧾 Kimberly Cruz   </w:t>
      </w:r>
      <w:r w:rsidR="00322081">
        <w:rPr>
          <w:rFonts w:ascii="Segoe UI Emoji" w:hAnsi="Segoe UI Emoji" w:cs="Segoe UI Emoji"/>
        </w:rPr>
        <w:t>💲</w:t>
      </w:r>
      <w:r w:rsidR="00322081">
        <w:t xml:space="preserve"> $10 | </w:t>
      </w:r>
      <w:r w:rsidR="00322081">
        <w:rPr>
          <w:rFonts w:ascii="Cambria" w:hAnsi="Cambria" w:cs="Cambria"/>
        </w:rPr>
        <w:t>🧾</w:t>
      </w:r>
      <w:r w:rsidR="00322081">
        <w:t xml:space="preserve"> 2.0 </w:t>
      </w:r>
      <w:proofErr w:type="spellStart"/>
      <w:r w:rsidR="00322081">
        <w:t>hrs</w:t>
      </w:r>
      <w:proofErr w:type="spellEnd"/>
    </w:p>
    <w:p w14:paraId="0A5C94E3" w14:textId="7667014B" w:rsidR="00B36556" w:rsidRPr="00322081" w:rsidRDefault="00142131">
      <w:pPr>
        <w:rPr>
          <w:rFonts w:ascii="Cambria" w:hAnsi="Cambria" w:cs="Cambria"/>
        </w:rPr>
      </w:pPr>
      <w:proofErr w:type="gramStart"/>
      <w:r>
        <w:t>[ ]</w:t>
      </w:r>
      <w:proofErr w:type="gramEnd"/>
      <w:r>
        <w:t xml:space="preserve"> </w:t>
      </w:r>
      <w:r w:rsidR="00322081">
        <w:rPr>
          <w:b/>
        </w:rPr>
        <w:t>First Aid / CPR</w:t>
      </w:r>
      <w:r w:rsidR="00322081">
        <w:rPr>
          <w:b/>
        </w:rPr>
        <w:t xml:space="preserve"> </w:t>
      </w:r>
      <w:r w:rsidR="00322081">
        <w:t>📅 Monday, March 9, 2023 | 5:15 pm -9:15pm  🧾 Kristen Zapata</w:t>
      </w:r>
      <w:r w:rsidR="00322081" w:rsidRPr="008B65D7">
        <w:rPr>
          <w:rFonts w:ascii="Segoe UI Emoji" w:hAnsi="Segoe UI Emoji" w:cs="Segoe UI Emoji"/>
        </w:rPr>
        <w:t xml:space="preserve"> </w:t>
      </w:r>
      <w:r w:rsidR="00322081">
        <w:rPr>
          <w:rFonts w:ascii="Segoe UI Emoji" w:hAnsi="Segoe UI Emoji" w:cs="Segoe UI Emoji"/>
        </w:rPr>
        <w:t>💲</w:t>
      </w:r>
      <w:r w:rsidR="00322081">
        <w:t xml:space="preserve"> $75 | </w:t>
      </w:r>
      <w:r w:rsidR="00322081">
        <w:rPr>
          <w:rFonts w:ascii="Cambria" w:hAnsi="Cambria" w:cs="Cambria"/>
        </w:rPr>
        <w:t>Pay Trainer</w:t>
      </w:r>
    </w:p>
    <w:p w14:paraId="15F9B4BE" w14:textId="04FC5046" w:rsidR="00322081" w:rsidRDefault="00142131" w:rsidP="00322081">
      <w:proofErr w:type="gramStart"/>
      <w:r>
        <w:t>[ ]</w:t>
      </w:r>
      <w:proofErr w:type="gramEnd"/>
      <w:r>
        <w:t xml:space="preserve"> </w:t>
      </w:r>
      <w:r w:rsidR="00322081">
        <w:rPr>
          <w:b/>
        </w:rPr>
        <w:t>ITS_SIDS</w:t>
      </w:r>
      <w:r w:rsidR="00322081">
        <w:rPr>
          <w:b/>
        </w:rPr>
        <w:t xml:space="preserve"> </w:t>
      </w:r>
      <w:r w:rsidR="00322081">
        <w:t>📅 Tuesday, March 17, 2026 | 6:30 pm - 8:30 pm</w:t>
      </w:r>
      <w:r w:rsidR="00322081">
        <w:t xml:space="preserve"> </w:t>
      </w:r>
      <w:r w:rsidR="00322081">
        <w:t xml:space="preserve">🧾 Kimberly Cruz   </w:t>
      </w:r>
      <w:r w:rsidR="00322081">
        <w:rPr>
          <w:rFonts w:ascii="Segoe UI Emoji" w:hAnsi="Segoe UI Emoji" w:cs="Segoe UI Emoji"/>
        </w:rPr>
        <w:t>💲</w:t>
      </w:r>
      <w:r w:rsidR="00322081">
        <w:t xml:space="preserve"> $10 | </w:t>
      </w:r>
      <w:r w:rsidR="00322081">
        <w:rPr>
          <w:rFonts w:ascii="Cambria" w:hAnsi="Cambria" w:cs="Cambria"/>
        </w:rPr>
        <w:t>🧾</w:t>
      </w:r>
      <w:r w:rsidR="00322081">
        <w:t xml:space="preserve"> 2.0 </w:t>
      </w:r>
      <w:proofErr w:type="spellStart"/>
      <w:r w:rsidR="00322081">
        <w:t>hrs</w:t>
      </w:r>
      <w:proofErr w:type="spellEnd"/>
    </w:p>
    <w:p w14:paraId="6C190117" w14:textId="7F2334A7" w:rsidR="00322081" w:rsidRDefault="00142131" w:rsidP="00322081">
      <w:proofErr w:type="gramStart"/>
      <w:r>
        <w:t>[ ]</w:t>
      </w:r>
      <w:proofErr w:type="gramEnd"/>
      <w:r>
        <w:t xml:space="preserve"> </w:t>
      </w:r>
      <w:r w:rsidR="00322081">
        <w:rPr>
          <w:b/>
        </w:rPr>
        <w:t>Sensory Exploration: beyond the basics</w:t>
      </w:r>
      <w:r w:rsidR="00322081">
        <w:rPr>
          <w:b/>
        </w:rPr>
        <w:t xml:space="preserve"> </w:t>
      </w:r>
      <w:r w:rsidR="00322081">
        <w:t>📅 Thursday, January 22, 2026 | 6:30 pm - 8:30 pm</w:t>
      </w:r>
      <w:r w:rsidR="00322081">
        <w:br/>
        <w:t xml:space="preserve">  🧾 Betty Trujillo   </w:t>
      </w:r>
      <w:r w:rsidR="00322081">
        <w:rPr>
          <w:rFonts w:ascii="Segoe UI Emoji" w:hAnsi="Segoe UI Emoji" w:cs="Segoe UI Emoji"/>
        </w:rPr>
        <w:t>💲</w:t>
      </w:r>
      <w:r w:rsidR="00322081">
        <w:t xml:space="preserve"> $10 | </w:t>
      </w:r>
      <w:r w:rsidR="00322081">
        <w:rPr>
          <w:rFonts w:ascii="Cambria" w:hAnsi="Cambria" w:cs="Cambria"/>
        </w:rPr>
        <w:t>🧾</w:t>
      </w:r>
      <w:r w:rsidR="00322081">
        <w:t xml:space="preserve"> 2.0 </w:t>
      </w:r>
      <w:proofErr w:type="spellStart"/>
      <w:r w:rsidR="00322081">
        <w:t>hrs</w:t>
      </w:r>
      <w:proofErr w:type="spellEnd"/>
    </w:p>
    <w:p w14:paraId="36727FA8" w14:textId="561E0462" w:rsidR="00B36556" w:rsidRDefault="00142131" w:rsidP="00322081">
      <w:pPr>
        <w:spacing w:after="240"/>
      </w:pPr>
      <w:proofErr w:type="gramStart"/>
      <w:r>
        <w:t>[ ]</w:t>
      </w:r>
      <w:proofErr w:type="gramEnd"/>
      <w:r>
        <w:t xml:space="preserve"> </w:t>
      </w:r>
      <w:r w:rsidR="00322081">
        <w:rPr>
          <w:b/>
        </w:rPr>
        <w:t>Use Your Words: How Our Words Impact Children</w:t>
      </w:r>
      <w:r w:rsidR="00322081">
        <w:rPr>
          <w:b/>
        </w:rPr>
        <w:t xml:space="preserve"> </w:t>
      </w:r>
      <w:r w:rsidR="00322081">
        <w:t>📅 Thursday, January 29, 2026 | 6:30pm -8:30 pm</w:t>
      </w:r>
      <w:r w:rsidR="00322081">
        <w:t xml:space="preserve"> </w:t>
      </w:r>
      <w:r w:rsidR="00322081">
        <w:t xml:space="preserve">🧾 Jessica Lane    </w:t>
      </w:r>
      <w:r w:rsidR="00322081">
        <w:rPr>
          <w:rFonts w:ascii="Segoe UI Emoji" w:hAnsi="Segoe UI Emoji" w:cs="Segoe UI Emoji"/>
        </w:rPr>
        <w:t>💲</w:t>
      </w:r>
      <w:r w:rsidR="00322081">
        <w:t xml:space="preserve"> $10 | </w:t>
      </w:r>
      <w:r w:rsidR="00322081">
        <w:rPr>
          <w:rFonts w:ascii="Cambria" w:hAnsi="Cambria" w:cs="Cambria"/>
        </w:rPr>
        <w:t>🧾</w:t>
      </w:r>
      <w:r w:rsidR="00322081">
        <w:t xml:space="preserve"> 2.0 </w:t>
      </w:r>
      <w:proofErr w:type="spellStart"/>
      <w:r w:rsidR="00322081">
        <w:t>hrs</w:t>
      </w:r>
      <w:proofErr w:type="spellEnd"/>
    </w:p>
    <w:p w14:paraId="6198162A" w14:textId="182D5F1B" w:rsidR="00B36556" w:rsidRDefault="00142131">
      <w:proofErr w:type="gramStart"/>
      <w:r>
        <w:t>[ ]</w:t>
      </w:r>
      <w:proofErr w:type="gramEnd"/>
      <w:r>
        <w:t xml:space="preserve"> </w:t>
      </w:r>
      <w:r w:rsidR="00322081">
        <w:rPr>
          <w:b/>
        </w:rPr>
        <w:t>Positive Guidance &amp; Behavior Support Toolkit</w:t>
      </w:r>
      <w:r w:rsidR="00322081">
        <w:rPr>
          <w:b/>
        </w:rPr>
        <w:t xml:space="preserve"> </w:t>
      </w:r>
      <w:r w:rsidR="00322081">
        <w:t xml:space="preserve">📅 Thursday, February 5, 2026 | 6:30 pm - 8:30 pm  🧾 Betty Trujillo   </w:t>
      </w:r>
      <w:r w:rsidR="00322081">
        <w:rPr>
          <w:rFonts w:ascii="Segoe UI Emoji" w:hAnsi="Segoe UI Emoji" w:cs="Segoe UI Emoji"/>
        </w:rPr>
        <w:t>💲</w:t>
      </w:r>
      <w:r w:rsidR="00322081">
        <w:t xml:space="preserve"> $10 | </w:t>
      </w:r>
      <w:r w:rsidR="00322081">
        <w:rPr>
          <w:rFonts w:ascii="Cambria" w:hAnsi="Cambria" w:cs="Cambria"/>
        </w:rPr>
        <w:t>🧾</w:t>
      </w:r>
      <w:r w:rsidR="00322081">
        <w:t xml:space="preserve"> 2.0 </w:t>
      </w:r>
      <w:proofErr w:type="spellStart"/>
      <w:r w:rsidR="00322081">
        <w:t>hrs</w:t>
      </w:r>
      <w:proofErr w:type="spellEnd"/>
    </w:p>
    <w:p w14:paraId="64E9990C" w14:textId="2D83AD25" w:rsidR="00322081" w:rsidRDefault="00142131" w:rsidP="00322081">
      <w:bookmarkStart w:id="14" w:name="_Hlk216874711"/>
      <w:proofErr w:type="gramStart"/>
      <w:r>
        <w:t>[ ]</w:t>
      </w:r>
      <w:bookmarkEnd w:id="14"/>
      <w:proofErr w:type="gramEnd"/>
      <w:r>
        <w:t xml:space="preserve"> </w:t>
      </w:r>
      <w:r w:rsidR="00322081">
        <w:rPr>
          <w:b/>
        </w:rPr>
        <w:t>STEM for Littles: Creating Simple STEM Bins</w:t>
      </w:r>
      <w:r w:rsidR="00322081">
        <w:rPr>
          <w:b/>
        </w:rPr>
        <w:t xml:space="preserve"> </w:t>
      </w:r>
      <w:r w:rsidR="00322081">
        <w:t>📅 Thursday, February 19, 2026 | 6:30 pm - 8:30 pm</w:t>
      </w:r>
      <w:r w:rsidR="00322081">
        <w:t xml:space="preserve">  </w:t>
      </w:r>
      <w:r w:rsidR="00322081">
        <w:t xml:space="preserve">🧾 Betty Trujillo   </w:t>
      </w:r>
      <w:r w:rsidR="00322081">
        <w:rPr>
          <w:rFonts w:ascii="Segoe UI Emoji" w:hAnsi="Segoe UI Emoji" w:cs="Segoe UI Emoji"/>
        </w:rPr>
        <w:t>💲</w:t>
      </w:r>
      <w:r w:rsidR="00322081">
        <w:t xml:space="preserve"> $10 | </w:t>
      </w:r>
      <w:r w:rsidR="00322081">
        <w:rPr>
          <w:rFonts w:ascii="Cambria" w:hAnsi="Cambria" w:cs="Cambria"/>
        </w:rPr>
        <w:t>🧾</w:t>
      </w:r>
      <w:r w:rsidR="00322081">
        <w:t xml:space="preserve"> 2.0 </w:t>
      </w:r>
      <w:proofErr w:type="spellStart"/>
      <w:r w:rsidR="00322081">
        <w:t>hr</w:t>
      </w:r>
      <w:r w:rsidR="00A250EA">
        <w:t>s</w:t>
      </w:r>
      <w:proofErr w:type="spellEnd"/>
    </w:p>
    <w:p w14:paraId="526BE469" w14:textId="7AE593CC" w:rsidR="009C2A89" w:rsidRDefault="00322081" w:rsidP="009C2A89">
      <w:proofErr w:type="gramStart"/>
      <w:r>
        <w:t>[ ]</w:t>
      </w:r>
      <w:proofErr w:type="gramEnd"/>
      <w:r w:rsidR="009C2A89" w:rsidRPr="009C2A89">
        <w:rPr>
          <w:b/>
        </w:rPr>
        <w:t xml:space="preserve"> </w:t>
      </w:r>
      <w:r w:rsidR="009C2A89">
        <w:rPr>
          <w:b/>
        </w:rPr>
        <w:t>Teacher Talk Toolkit: Expanding Language &amp; Literacy</w:t>
      </w:r>
      <w:r w:rsidR="009C2A89">
        <w:rPr>
          <w:b/>
        </w:rPr>
        <w:t xml:space="preserve"> </w:t>
      </w:r>
      <w:r w:rsidR="009C2A89">
        <w:t xml:space="preserve">📅 Thursday, February 26, 2026 | 6:30 pm - 8:30 pm  🧾 Betty Trujillo   </w:t>
      </w:r>
      <w:r w:rsidR="009C2A89">
        <w:rPr>
          <w:rFonts w:ascii="Segoe UI Emoji" w:hAnsi="Segoe UI Emoji" w:cs="Segoe UI Emoji"/>
        </w:rPr>
        <w:t>💲</w:t>
      </w:r>
      <w:r w:rsidR="009C2A89">
        <w:t xml:space="preserve"> $10 | </w:t>
      </w:r>
      <w:r w:rsidR="009C2A89">
        <w:rPr>
          <w:rFonts w:ascii="Cambria" w:hAnsi="Cambria" w:cs="Cambria"/>
        </w:rPr>
        <w:t>🧾</w:t>
      </w:r>
      <w:r w:rsidR="009C2A89">
        <w:t xml:space="preserve"> 2.0 </w:t>
      </w:r>
      <w:proofErr w:type="spellStart"/>
      <w:r w:rsidR="009C2A89">
        <w:t>hrs</w:t>
      </w:r>
      <w:bookmarkStart w:id="15" w:name="_GoBack"/>
      <w:bookmarkEnd w:id="15"/>
      <w:proofErr w:type="spellEnd"/>
    </w:p>
    <w:p w14:paraId="229723B3" w14:textId="4549EC03" w:rsidR="00B36556" w:rsidRDefault="00B36556"/>
    <w:p w14:paraId="3FEFFF57" w14:textId="0E2E94F2" w:rsidR="00322081" w:rsidRDefault="00322081">
      <w:proofErr w:type="gramStart"/>
      <w:r>
        <w:t>[ ]</w:t>
      </w:r>
      <w:proofErr w:type="gramEnd"/>
      <w:r w:rsidR="009C2A89">
        <w:t xml:space="preserve"> </w:t>
      </w:r>
      <w:r w:rsidR="009C2A89">
        <w:rPr>
          <w:b/>
        </w:rPr>
        <w:t>Behavior Basics: Routines, Consistency &amp; Visual Supports Tool Kit</w:t>
      </w:r>
      <w:r w:rsidR="009C2A89">
        <w:rPr>
          <w:b/>
        </w:rPr>
        <w:t xml:space="preserve"> </w:t>
      </w:r>
      <w:r w:rsidR="009C2A89">
        <w:t xml:space="preserve">📅 Thursday, March 5, 2026 | 6:30 pm - 8:30 pm  🧾 Betty Trujillo   </w:t>
      </w:r>
      <w:r w:rsidR="009C2A89">
        <w:rPr>
          <w:rFonts w:ascii="Segoe UI Emoji" w:hAnsi="Segoe UI Emoji" w:cs="Segoe UI Emoji"/>
        </w:rPr>
        <w:t>💲</w:t>
      </w:r>
      <w:r w:rsidR="009C2A89">
        <w:t xml:space="preserve"> $10 | </w:t>
      </w:r>
      <w:r w:rsidR="009C2A89">
        <w:rPr>
          <w:rFonts w:ascii="Cambria" w:hAnsi="Cambria" w:cs="Cambria"/>
        </w:rPr>
        <w:t>🧾</w:t>
      </w:r>
      <w:r w:rsidR="009C2A89">
        <w:t xml:space="preserve"> 2.0 </w:t>
      </w:r>
      <w:proofErr w:type="spellStart"/>
      <w:r w:rsidR="009C2A89">
        <w:t>hrs</w:t>
      </w:r>
      <w:proofErr w:type="spellEnd"/>
    </w:p>
    <w:p w14:paraId="3678123B" w14:textId="503DDE73" w:rsidR="009C2A89" w:rsidRDefault="00322081" w:rsidP="009C2A89">
      <w:proofErr w:type="gramStart"/>
      <w:r>
        <w:t>[ ]</w:t>
      </w:r>
      <w:proofErr w:type="gramEnd"/>
      <w:r w:rsidR="009C2A89">
        <w:t xml:space="preserve"> </w:t>
      </w:r>
      <w:r w:rsidR="009C2A89">
        <w:rPr>
          <w:b/>
        </w:rPr>
        <w:t>Emergency Preparedness and Response</w:t>
      </w:r>
      <w:r w:rsidR="009C2A89">
        <w:rPr>
          <w:b/>
        </w:rPr>
        <w:t xml:space="preserve"> </w:t>
      </w:r>
      <w:r w:rsidR="009C2A89">
        <w:t>📅 Thursday, March 26, 2026 | 6:00 pm - 8:30 pm</w:t>
      </w:r>
      <w:r w:rsidR="009C2A89">
        <w:br/>
        <w:t xml:space="preserve">   🧾 Betty Trujillo   </w:t>
      </w:r>
      <w:r w:rsidR="009C2A89">
        <w:rPr>
          <w:rFonts w:ascii="Segoe UI Emoji" w:hAnsi="Segoe UI Emoji" w:cs="Segoe UI Emoji"/>
        </w:rPr>
        <w:t>💲</w:t>
      </w:r>
      <w:r w:rsidR="009C2A89">
        <w:t xml:space="preserve"> $15 | </w:t>
      </w:r>
      <w:r w:rsidR="009C2A89">
        <w:rPr>
          <w:rFonts w:ascii="Cambria" w:hAnsi="Cambria" w:cs="Cambria"/>
        </w:rPr>
        <w:t>🧾</w:t>
      </w:r>
      <w:r w:rsidR="009C2A89">
        <w:t xml:space="preserve"> 2.5 </w:t>
      </w:r>
      <w:proofErr w:type="spellStart"/>
      <w:r w:rsidR="009C2A89">
        <w:t>hrs</w:t>
      </w:r>
      <w:proofErr w:type="spellEnd"/>
    </w:p>
    <w:p w14:paraId="595FE505" w14:textId="3487E46E" w:rsidR="00322081" w:rsidRDefault="00322081"/>
    <w:p w14:paraId="1B4146B9" w14:textId="77777777" w:rsidR="00B36556" w:rsidRDefault="00142131">
      <w:r>
        <w:br/>
        <w:t>Total Payment: $ ____________</w:t>
      </w:r>
    </w:p>
    <w:p w14:paraId="3242DFA1" w14:textId="77777777" w:rsidR="00B36556" w:rsidRDefault="00142131">
      <w:r>
        <w:br/>
        <w:t>Register online at: www.rowan-smartstart.org</w:t>
      </w:r>
    </w:p>
    <w:sectPr w:rsidR="00B36556"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1.25pt;height:11.25pt" o:bullet="t">
        <v:imagedata r:id="rId1" o:title="mso5480"/>
      </v:shape>
    </w:pict>
  </w:numPicBullet>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08362F"/>
    <w:multiLevelType w:val="multilevel"/>
    <w:tmpl w:val="BDC0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5C3A20"/>
    <w:multiLevelType w:val="multilevel"/>
    <w:tmpl w:val="3120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C7228"/>
    <w:multiLevelType w:val="multilevel"/>
    <w:tmpl w:val="4FFA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E473E2"/>
    <w:multiLevelType w:val="multilevel"/>
    <w:tmpl w:val="CF26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231FB4"/>
    <w:multiLevelType w:val="multilevel"/>
    <w:tmpl w:val="E848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DA3A09"/>
    <w:multiLevelType w:val="multilevel"/>
    <w:tmpl w:val="6F2E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234030"/>
    <w:multiLevelType w:val="multilevel"/>
    <w:tmpl w:val="4ECC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2A61A3"/>
    <w:multiLevelType w:val="multilevel"/>
    <w:tmpl w:val="DC3C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0A7F44"/>
    <w:multiLevelType w:val="multilevel"/>
    <w:tmpl w:val="5FFCB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096FE0"/>
    <w:multiLevelType w:val="hybridMultilevel"/>
    <w:tmpl w:val="5B2065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8B74AD"/>
    <w:multiLevelType w:val="multilevel"/>
    <w:tmpl w:val="E634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5C7B1E"/>
    <w:multiLevelType w:val="multilevel"/>
    <w:tmpl w:val="FC365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9"/>
  </w:num>
  <w:num w:numId="12">
    <w:abstractNumId w:val="11"/>
  </w:num>
  <w:num w:numId="13">
    <w:abstractNumId w:val="17"/>
  </w:num>
  <w:num w:numId="14">
    <w:abstractNumId w:val="14"/>
  </w:num>
  <w:num w:numId="15">
    <w:abstractNumId w:val="16"/>
  </w:num>
  <w:num w:numId="16">
    <w:abstractNumId w:val="10"/>
  </w:num>
  <w:num w:numId="17">
    <w:abstractNumId w:val="15"/>
  </w:num>
  <w:num w:numId="18">
    <w:abstractNumId w:val="13"/>
  </w:num>
  <w:num w:numId="19">
    <w:abstractNumId w:val="20"/>
  </w:num>
  <w:num w:numId="20">
    <w:abstractNumId w:val="1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2396"/>
    <w:rsid w:val="00142131"/>
    <w:rsid w:val="0015074B"/>
    <w:rsid w:val="00153691"/>
    <w:rsid w:val="001C5ADF"/>
    <w:rsid w:val="00200639"/>
    <w:rsid w:val="0029639D"/>
    <w:rsid w:val="00322081"/>
    <w:rsid w:val="00326F90"/>
    <w:rsid w:val="007C6FB3"/>
    <w:rsid w:val="007F61E2"/>
    <w:rsid w:val="008B65D7"/>
    <w:rsid w:val="00987157"/>
    <w:rsid w:val="009C2A89"/>
    <w:rsid w:val="00A250EA"/>
    <w:rsid w:val="00AA1D8D"/>
    <w:rsid w:val="00B36556"/>
    <w:rsid w:val="00B47730"/>
    <w:rsid w:val="00C44AF5"/>
    <w:rsid w:val="00CB0664"/>
    <w:rsid w:val="00CE7EB1"/>
    <w:rsid w:val="00D71F1E"/>
    <w:rsid w:val="00DD0EC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29C99"/>
  <w14:defaultImageDpi w14:val="300"/>
  <w15:docId w15:val="{552EFFED-34A6-4A1E-97CE-5BF8FA8B2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2396"/>
  </w:style>
  <w:style w:type="paragraph" w:styleId="Heading1">
    <w:name w:val="heading 1"/>
    <w:basedOn w:val="Normal"/>
    <w:next w:val="Normal"/>
    <w:link w:val="Heading1Char"/>
    <w:uiPriority w:val="9"/>
    <w:qFormat/>
    <w:rsid w:val="00092396"/>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92396"/>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92396"/>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semiHidden/>
    <w:unhideWhenUsed/>
    <w:qFormat/>
    <w:rsid w:val="00092396"/>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semiHidden/>
    <w:unhideWhenUsed/>
    <w:qFormat/>
    <w:rsid w:val="00092396"/>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092396"/>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092396"/>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09239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9239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092396"/>
    <w:pPr>
      <w:spacing w:after="0" w:line="240" w:lineRule="auto"/>
    </w:pPr>
  </w:style>
  <w:style w:type="character" w:customStyle="1" w:styleId="Heading1Char">
    <w:name w:val="Heading 1 Char"/>
    <w:basedOn w:val="DefaultParagraphFont"/>
    <w:link w:val="Heading1"/>
    <w:uiPriority w:val="9"/>
    <w:rsid w:val="00092396"/>
    <w:rPr>
      <w:caps/>
      <w:color w:val="FFFFFF" w:themeColor="background1"/>
      <w:spacing w:val="15"/>
      <w:sz w:val="22"/>
      <w:szCs w:val="22"/>
      <w:shd w:val="clear" w:color="auto" w:fill="92278F" w:themeFill="accent1"/>
    </w:rPr>
  </w:style>
  <w:style w:type="character" w:customStyle="1" w:styleId="Heading2Char">
    <w:name w:val="Heading 2 Char"/>
    <w:basedOn w:val="DefaultParagraphFont"/>
    <w:link w:val="Heading2"/>
    <w:uiPriority w:val="9"/>
    <w:rsid w:val="00092396"/>
    <w:rPr>
      <w:caps/>
      <w:spacing w:val="15"/>
      <w:shd w:val="clear" w:color="auto" w:fill="F1CBF0" w:themeFill="accent1" w:themeFillTint="33"/>
    </w:rPr>
  </w:style>
  <w:style w:type="character" w:customStyle="1" w:styleId="Heading3Char">
    <w:name w:val="Heading 3 Char"/>
    <w:basedOn w:val="DefaultParagraphFont"/>
    <w:link w:val="Heading3"/>
    <w:uiPriority w:val="9"/>
    <w:rsid w:val="00092396"/>
    <w:rPr>
      <w:caps/>
      <w:color w:val="481346" w:themeColor="accent1" w:themeShade="7F"/>
      <w:spacing w:val="15"/>
    </w:rPr>
  </w:style>
  <w:style w:type="paragraph" w:styleId="Title">
    <w:name w:val="Title"/>
    <w:basedOn w:val="Normal"/>
    <w:next w:val="Normal"/>
    <w:link w:val="TitleChar"/>
    <w:uiPriority w:val="10"/>
    <w:qFormat/>
    <w:rsid w:val="00092396"/>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leChar">
    <w:name w:val="Title Char"/>
    <w:basedOn w:val="DefaultParagraphFont"/>
    <w:link w:val="Title"/>
    <w:uiPriority w:val="10"/>
    <w:rsid w:val="00092396"/>
    <w:rPr>
      <w:rFonts w:asciiTheme="majorHAnsi" w:eastAsiaTheme="majorEastAsia" w:hAnsiTheme="majorHAnsi" w:cstheme="majorBidi"/>
      <w:caps/>
      <w:color w:val="92278F" w:themeColor="accent1"/>
      <w:spacing w:val="10"/>
      <w:sz w:val="52"/>
      <w:szCs w:val="52"/>
    </w:rPr>
  </w:style>
  <w:style w:type="paragraph" w:styleId="Subtitle">
    <w:name w:val="Subtitle"/>
    <w:basedOn w:val="Normal"/>
    <w:next w:val="Normal"/>
    <w:link w:val="SubtitleChar"/>
    <w:uiPriority w:val="11"/>
    <w:qFormat/>
    <w:rsid w:val="0009239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92396"/>
    <w:rPr>
      <w:caps/>
      <w:color w:val="595959" w:themeColor="text1" w:themeTint="A6"/>
      <w:spacing w:val="10"/>
      <w:sz w:val="21"/>
      <w:szCs w:val="21"/>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092396"/>
    <w:rPr>
      <w:i/>
      <w:iCs/>
      <w:sz w:val="24"/>
      <w:szCs w:val="24"/>
    </w:rPr>
  </w:style>
  <w:style w:type="character" w:customStyle="1" w:styleId="QuoteChar">
    <w:name w:val="Quote Char"/>
    <w:basedOn w:val="DefaultParagraphFont"/>
    <w:link w:val="Quote"/>
    <w:uiPriority w:val="29"/>
    <w:rsid w:val="00092396"/>
    <w:rPr>
      <w:i/>
      <w:iCs/>
      <w:sz w:val="24"/>
      <w:szCs w:val="24"/>
    </w:rPr>
  </w:style>
  <w:style w:type="character" w:customStyle="1" w:styleId="Heading4Char">
    <w:name w:val="Heading 4 Char"/>
    <w:basedOn w:val="DefaultParagraphFont"/>
    <w:link w:val="Heading4"/>
    <w:uiPriority w:val="9"/>
    <w:semiHidden/>
    <w:rsid w:val="00092396"/>
    <w:rPr>
      <w:caps/>
      <w:color w:val="6D1D6A" w:themeColor="accent1" w:themeShade="BF"/>
      <w:spacing w:val="10"/>
    </w:rPr>
  </w:style>
  <w:style w:type="character" w:customStyle="1" w:styleId="Heading5Char">
    <w:name w:val="Heading 5 Char"/>
    <w:basedOn w:val="DefaultParagraphFont"/>
    <w:link w:val="Heading5"/>
    <w:uiPriority w:val="9"/>
    <w:semiHidden/>
    <w:rsid w:val="00092396"/>
    <w:rPr>
      <w:caps/>
      <w:color w:val="6D1D6A" w:themeColor="accent1" w:themeShade="BF"/>
      <w:spacing w:val="10"/>
    </w:rPr>
  </w:style>
  <w:style w:type="character" w:customStyle="1" w:styleId="Heading6Char">
    <w:name w:val="Heading 6 Char"/>
    <w:basedOn w:val="DefaultParagraphFont"/>
    <w:link w:val="Heading6"/>
    <w:uiPriority w:val="9"/>
    <w:semiHidden/>
    <w:rsid w:val="00092396"/>
    <w:rPr>
      <w:caps/>
      <w:color w:val="6D1D6A" w:themeColor="accent1" w:themeShade="BF"/>
      <w:spacing w:val="10"/>
    </w:rPr>
  </w:style>
  <w:style w:type="character" w:customStyle="1" w:styleId="Heading7Char">
    <w:name w:val="Heading 7 Char"/>
    <w:basedOn w:val="DefaultParagraphFont"/>
    <w:link w:val="Heading7"/>
    <w:uiPriority w:val="9"/>
    <w:semiHidden/>
    <w:rsid w:val="00092396"/>
    <w:rPr>
      <w:caps/>
      <w:color w:val="6D1D6A" w:themeColor="accent1" w:themeShade="BF"/>
      <w:spacing w:val="10"/>
    </w:rPr>
  </w:style>
  <w:style w:type="character" w:customStyle="1" w:styleId="Heading8Char">
    <w:name w:val="Heading 8 Char"/>
    <w:basedOn w:val="DefaultParagraphFont"/>
    <w:link w:val="Heading8"/>
    <w:uiPriority w:val="9"/>
    <w:semiHidden/>
    <w:rsid w:val="00092396"/>
    <w:rPr>
      <w:caps/>
      <w:spacing w:val="10"/>
      <w:sz w:val="18"/>
      <w:szCs w:val="18"/>
    </w:rPr>
  </w:style>
  <w:style w:type="character" w:customStyle="1" w:styleId="Heading9Char">
    <w:name w:val="Heading 9 Char"/>
    <w:basedOn w:val="DefaultParagraphFont"/>
    <w:link w:val="Heading9"/>
    <w:uiPriority w:val="9"/>
    <w:semiHidden/>
    <w:rsid w:val="00092396"/>
    <w:rPr>
      <w:i/>
      <w:iCs/>
      <w:caps/>
      <w:spacing w:val="10"/>
      <w:sz w:val="18"/>
      <w:szCs w:val="18"/>
    </w:rPr>
  </w:style>
  <w:style w:type="paragraph" w:styleId="Caption">
    <w:name w:val="caption"/>
    <w:basedOn w:val="Normal"/>
    <w:next w:val="Normal"/>
    <w:uiPriority w:val="35"/>
    <w:semiHidden/>
    <w:unhideWhenUsed/>
    <w:qFormat/>
    <w:rsid w:val="00092396"/>
    <w:rPr>
      <w:b/>
      <w:bCs/>
      <w:color w:val="6D1D6A" w:themeColor="accent1" w:themeShade="BF"/>
      <w:sz w:val="16"/>
      <w:szCs w:val="16"/>
    </w:rPr>
  </w:style>
  <w:style w:type="character" w:styleId="Strong">
    <w:name w:val="Strong"/>
    <w:uiPriority w:val="22"/>
    <w:qFormat/>
    <w:rsid w:val="00092396"/>
    <w:rPr>
      <w:b/>
      <w:bCs/>
    </w:rPr>
  </w:style>
  <w:style w:type="character" w:styleId="Emphasis">
    <w:name w:val="Emphasis"/>
    <w:uiPriority w:val="20"/>
    <w:qFormat/>
    <w:rsid w:val="00092396"/>
    <w:rPr>
      <w:caps/>
      <w:color w:val="481346" w:themeColor="accent1" w:themeShade="7F"/>
      <w:spacing w:val="5"/>
    </w:rPr>
  </w:style>
  <w:style w:type="paragraph" w:styleId="IntenseQuote">
    <w:name w:val="Intense Quote"/>
    <w:basedOn w:val="Normal"/>
    <w:next w:val="Normal"/>
    <w:link w:val="IntenseQuoteChar"/>
    <w:uiPriority w:val="30"/>
    <w:qFormat/>
    <w:rsid w:val="00092396"/>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092396"/>
    <w:rPr>
      <w:color w:val="92278F" w:themeColor="accent1"/>
      <w:sz w:val="24"/>
      <w:szCs w:val="24"/>
    </w:rPr>
  </w:style>
  <w:style w:type="character" w:styleId="SubtleEmphasis">
    <w:name w:val="Subtle Emphasis"/>
    <w:uiPriority w:val="19"/>
    <w:qFormat/>
    <w:rsid w:val="00092396"/>
    <w:rPr>
      <w:i/>
      <w:iCs/>
      <w:color w:val="481346" w:themeColor="accent1" w:themeShade="7F"/>
    </w:rPr>
  </w:style>
  <w:style w:type="character" w:styleId="IntenseEmphasis">
    <w:name w:val="Intense Emphasis"/>
    <w:uiPriority w:val="21"/>
    <w:qFormat/>
    <w:rsid w:val="00092396"/>
    <w:rPr>
      <w:b/>
      <w:bCs/>
      <w:caps/>
      <w:color w:val="481346" w:themeColor="accent1" w:themeShade="7F"/>
      <w:spacing w:val="10"/>
    </w:rPr>
  </w:style>
  <w:style w:type="character" w:styleId="SubtleReference">
    <w:name w:val="Subtle Reference"/>
    <w:uiPriority w:val="31"/>
    <w:qFormat/>
    <w:rsid w:val="00092396"/>
    <w:rPr>
      <w:b/>
      <w:bCs/>
      <w:color w:val="92278F" w:themeColor="accent1"/>
    </w:rPr>
  </w:style>
  <w:style w:type="character" w:styleId="IntenseReference">
    <w:name w:val="Intense Reference"/>
    <w:uiPriority w:val="32"/>
    <w:qFormat/>
    <w:rsid w:val="00092396"/>
    <w:rPr>
      <w:b/>
      <w:bCs/>
      <w:i/>
      <w:iCs/>
      <w:caps/>
      <w:color w:val="92278F" w:themeColor="accent1"/>
    </w:rPr>
  </w:style>
  <w:style w:type="character" w:styleId="BookTitle">
    <w:name w:val="Book Title"/>
    <w:uiPriority w:val="33"/>
    <w:qFormat/>
    <w:rsid w:val="00092396"/>
    <w:rPr>
      <w:b/>
      <w:bCs/>
      <w:i/>
      <w:iCs/>
      <w:spacing w:val="0"/>
    </w:rPr>
  </w:style>
  <w:style w:type="paragraph" w:styleId="TOCHeading">
    <w:name w:val="TOC Heading"/>
    <w:basedOn w:val="Heading1"/>
    <w:next w:val="Normal"/>
    <w:uiPriority w:val="39"/>
    <w:semiHidden/>
    <w:unhideWhenUsed/>
    <w:qFormat/>
    <w:rsid w:val="000923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table" w:styleId="LightShading-Accent2">
    <w:name w:val="Light Shading Accent 2"/>
    <w:basedOn w:val="TableNormal"/>
    <w:uiPriority w:val="60"/>
    <w:rsid w:val="00FC693F"/>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table" w:styleId="LightShading-Accent3">
    <w:name w:val="Light Shading Accent 3"/>
    <w:basedOn w:val="TableNormal"/>
    <w:uiPriority w:val="60"/>
    <w:rsid w:val="00FC693F"/>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Shading-Accent4">
    <w:name w:val="Light Shading Accent 4"/>
    <w:basedOn w:val="TableNormal"/>
    <w:uiPriority w:val="60"/>
    <w:rsid w:val="00FC693F"/>
    <w:pPr>
      <w:spacing w:after="0" w:line="240" w:lineRule="auto"/>
    </w:pPr>
    <w:rPr>
      <w:color w:val="463F90" w:themeColor="accent4" w:themeShade="BF"/>
    </w:rPr>
    <w:tblPr>
      <w:tblStyleRowBandSize w:val="1"/>
      <w:tblStyleColBandSize w:val="1"/>
      <w:tblBorders>
        <w:top w:val="single" w:sz="8" w:space="0" w:color="665EB8" w:themeColor="accent4"/>
        <w:bottom w:val="single" w:sz="8" w:space="0" w:color="665EB8" w:themeColor="accent4"/>
      </w:tblBorders>
    </w:tblPr>
    <w:tblStylePr w:type="firstRow">
      <w:pPr>
        <w:spacing w:before="0" w:after="0" w:line="240" w:lineRule="auto"/>
      </w:pPr>
      <w:rPr>
        <w:b/>
        <w:bCs/>
      </w:rPr>
      <w:tblPr/>
      <w:tcPr>
        <w:tcBorders>
          <w:top w:val="single" w:sz="8" w:space="0" w:color="665EB8" w:themeColor="accent4"/>
          <w:left w:val="nil"/>
          <w:bottom w:val="single" w:sz="8" w:space="0" w:color="665EB8" w:themeColor="accent4"/>
          <w:right w:val="nil"/>
          <w:insideH w:val="nil"/>
          <w:insideV w:val="nil"/>
        </w:tcBorders>
      </w:tcPr>
    </w:tblStylePr>
    <w:tblStylePr w:type="lastRow">
      <w:pPr>
        <w:spacing w:before="0" w:after="0" w:line="240" w:lineRule="auto"/>
      </w:pPr>
      <w:rPr>
        <w:b/>
        <w:bCs/>
      </w:rPr>
      <w:tblPr/>
      <w:tcPr>
        <w:tcBorders>
          <w:top w:val="single" w:sz="8" w:space="0" w:color="665EB8" w:themeColor="accent4"/>
          <w:left w:val="nil"/>
          <w:bottom w:val="single" w:sz="8" w:space="0" w:color="665EB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7ED" w:themeFill="accent4" w:themeFillTint="3F"/>
      </w:tcPr>
    </w:tblStylePr>
    <w:tblStylePr w:type="band1Horz">
      <w:tblPr/>
      <w:tcPr>
        <w:tcBorders>
          <w:left w:val="nil"/>
          <w:right w:val="nil"/>
          <w:insideH w:val="nil"/>
          <w:insideV w:val="nil"/>
        </w:tcBorders>
        <w:shd w:val="clear" w:color="auto" w:fill="D9D7ED" w:themeFill="accent4" w:themeFillTint="3F"/>
      </w:tcPr>
    </w:tblStylePr>
  </w:style>
  <w:style w:type="table" w:styleId="LightShading-Accent5">
    <w:name w:val="Light Shading Accent 5"/>
    <w:basedOn w:val="TableNormal"/>
    <w:uiPriority w:val="60"/>
    <w:rsid w:val="00FC693F"/>
    <w:pPr>
      <w:spacing w:after="0" w:line="240" w:lineRule="auto"/>
    </w:pPr>
    <w:rPr>
      <w:color w:val="147FD0" w:themeColor="accent5" w:themeShade="BF"/>
    </w:rPr>
    <w:tblPr>
      <w:tblStyleRowBandSize w:val="1"/>
      <w:tblStyleColBandSize w:val="1"/>
      <w:tblBorders>
        <w:top w:val="single" w:sz="8" w:space="0" w:color="45A5ED" w:themeColor="accent5"/>
        <w:bottom w:val="single" w:sz="8" w:space="0" w:color="45A5ED" w:themeColor="accent5"/>
      </w:tblBorders>
    </w:tblPr>
    <w:tblStylePr w:type="firstRow">
      <w:pPr>
        <w:spacing w:before="0" w:after="0" w:line="240" w:lineRule="auto"/>
      </w:pPr>
      <w:rPr>
        <w:b/>
        <w:bCs/>
      </w:rPr>
      <w:tblPr/>
      <w:tcPr>
        <w:tcBorders>
          <w:top w:val="single" w:sz="8" w:space="0" w:color="45A5ED" w:themeColor="accent5"/>
          <w:left w:val="nil"/>
          <w:bottom w:val="single" w:sz="8" w:space="0" w:color="45A5ED" w:themeColor="accent5"/>
          <w:right w:val="nil"/>
          <w:insideH w:val="nil"/>
          <w:insideV w:val="nil"/>
        </w:tcBorders>
      </w:tcPr>
    </w:tblStylePr>
    <w:tblStylePr w:type="lastRow">
      <w:pPr>
        <w:spacing w:before="0" w:after="0" w:line="240" w:lineRule="auto"/>
      </w:pPr>
      <w:rPr>
        <w:b/>
        <w:bCs/>
      </w:rPr>
      <w:tblPr/>
      <w:tcPr>
        <w:tcBorders>
          <w:top w:val="single" w:sz="8" w:space="0" w:color="45A5ED" w:themeColor="accent5"/>
          <w:left w:val="nil"/>
          <w:bottom w:val="single" w:sz="8" w:space="0" w:color="45A5E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8FA" w:themeFill="accent5" w:themeFillTint="3F"/>
      </w:tcPr>
    </w:tblStylePr>
    <w:tblStylePr w:type="band1Horz">
      <w:tblPr/>
      <w:tcPr>
        <w:tcBorders>
          <w:left w:val="nil"/>
          <w:right w:val="nil"/>
          <w:insideH w:val="nil"/>
          <w:insideV w:val="nil"/>
        </w:tcBorders>
        <w:shd w:val="clear" w:color="auto" w:fill="D0E8FA" w:themeFill="accent5" w:themeFillTint="3F"/>
      </w:tcPr>
    </w:tblStylePr>
  </w:style>
  <w:style w:type="table" w:styleId="LightShading-Accent6">
    <w:name w:val="Light Shading Accent 6"/>
    <w:basedOn w:val="TableNormal"/>
    <w:uiPriority w:val="60"/>
    <w:rsid w:val="00FC693F"/>
    <w:pPr>
      <w:spacing w:after="0" w:line="240" w:lineRule="auto"/>
    </w:pPr>
    <w:rPr>
      <w:color w:val="2957BD" w:themeColor="accent6" w:themeShade="BF"/>
    </w:rPr>
    <w:tblPr>
      <w:tblStyleRowBandSize w:val="1"/>
      <w:tblStyleColBandSize w:val="1"/>
      <w:tblBorders>
        <w:top w:val="single" w:sz="8" w:space="0" w:color="5982DB" w:themeColor="accent6"/>
        <w:bottom w:val="single" w:sz="8" w:space="0" w:color="5982DB" w:themeColor="accent6"/>
      </w:tblBorders>
    </w:tblPr>
    <w:tblStylePr w:type="firstRow">
      <w:pPr>
        <w:spacing w:before="0" w:after="0" w:line="240" w:lineRule="auto"/>
      </w:pPr>
      <w:rPr>
        <w:b/>
        <w:bCs/>
      </w:rPr>
      <w:tblPr/>
      <w:tcPr>
        <w:tcBorders>
          <w:top w:val="single" w:sz="8" w:space="0" w:color="5982DB" w:themeColor="accent6"/>
          <w:left w:val="nil"/>
          <w:bottom w:val="single" w:sz="8" w:space="0" w:color="5982DB" w:themeColor="accent6"/>
          <w:right w:val="nil"/>
          <w:insideH w:val="nil"/>
          <w:insideV w:val="nil"/>
        </w:tcBorders>
      </w:tcPr>
    </w:tblStylePr>
    <w:tblStylePr w:type="lastRow">
      <w:pPr>
        <w:spacing w:before="0" w:after="0" w:line="240" w:lineRule="auto"/>
      </w:pPr>
      <w:rPr>
        <w:b/>
        <w:bCs/>
      </w:rPr>
      <w:tblPr/>
      <w:tcPr>
        <w:tcBorders>
          <w:top w:val="single" w:sz="8" w:space="0" w:color="5982DB" w:themeColor="accent6"/>
          <w:left w:val="nil"/>
          <w:bottom w:val="single" w:sz="8" w:space="0" w:color="5982D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FF6" w:themeFill="accent6" w:themeFillTint="3F"/>
      </w:tcPr>
    </w:tblStylePr>
    <w:tblStylePr w:type="band1Horz">
      <w:tblPr/>
      <w:tcPr>
        <w:tcBorders>
          <w:left w:val="nil"/>
          <w:right w:val="nil"/>
          <w:insideH w:val="nil"/>
          <w:insideV w:val="nil"/>
        </w:tcBorders>
        <w:shd w:val="clear" w:color="auto" w:fill="D5DFF6"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tblBorders>
    </w:tblPr>
    <w:tblStylePr w:type="firstRow">
      <w:pPr>
        <w:spacing w:before="0" w:after="0" w:line="240" w:lineRule="auto"/>
      </w:pPr>
      <w:rPr>
        <w:b/>
        <w:bCs/>
        <w:color w:val="FFFFFF" w:themeColor="background1"/>
      </w:rPr>
      <w:tblPr/>
      <w:tcPr>
        <w:shd w:val="clear" w:color="auto" w:fill="755DD9" w:themeFill="accent3"/>
      </w:tcPr>
    </w:tblStylePr>
    <w:tblStylePr w:type="lastRow">
      <w:pPr>
        <w:spacing w:before="0" w:after="0" w:line="240" w:lineRule="auto"/>
      </w:pPr>
      <w:rPr>
        <w:b/>
        <w:bCs/>
      </w:rPr>
      <w:tblPr/>
      <w:tcPr>
        <w:tcBorders>
          <w:top w:val="double" w:sz="6" w:space="0" w:color="755DD9" w:themeColor="accent3"/>
          <w:left w:val="single" w:sz="8" w:space="0" w:color="755DD9" w:themeColor="accent3"/>
          <w:bottom w:val="single" w:sz="8" w:space="0" w:color="755DD9" w:themeColor="accent3"/>
          <w:right w:val="single" w:sz="8" w:space="0" w:color="755DD9" w:themeColor="accent3"/>
        </w:tcBorders>
      </w:tcPr>
    </w:tblStylePr>
    <w:tblStylePr w:type="firstCol">
      <w:rPr>
        <w:b/>
        <w:bCs/>
      </w:rPr>
    </w:tblStylePr>
    <w:tblStylePr w:type="lastCol">
      <w:rPr>
        <w:b/>
        <w:bCs/>
      </w:rPr>
    </w:tblStylePr>
    <w:tblStylePr w:type="band1Vert">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tblStylePr w:type="band1Horz">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tblBorders>
    </w:tblPr>
    <w:tblStylePr w:type="firstRow">
      <w:pPr>
        <w:spacing w:before="0" w:after="0" w:line="240" w:lineRule="auto"/>
      </w:pPr>
      <w:rPr>
        <w:b/>
        <w:bCs/>
        <w:color w:val="FFFFFF" w:themeColor="background1"/>
      </w:rPr>
      <w:tblPr/>
      <w:tcPr>
        <w:shd w:val="clear" w:color="auto" w:fill="665EB8" w:themeFill="accent4"/>
      </w:tcPr>
    </w:tblStylePr>
    <w:tblStylePr w:type="lastRow">
      <w:pPr>
        <w:spacing w:before="0" w:after="0" w:line="240" w:lineRule="auto"/>
      </w:pPr>
      <w:rPr>
        <w:b/>
        <w:bCs/>
      </w:rPr>
      <w:tblPr/>
      <w:tcPr>
        <w:tcBorders>
          <w:top w:val="double" w:sz="6" w:space="0" w:color="665EB8" w:themeColor="accent4"/>
          <w:left w:val="single" w:sz="8" w:space="0" w:color="665EB8" w:themeColor="accent4"/>
          <w:bottom w:val="single" w:sz="8" w:space="0" w:color="665EB8" w:themeColor="accent4"/>
          <w:right w:val="single" w:sz="8" w:space="0" w:color="665EB8" w:themeColor="accent4"/>
        </w:tcBorders>
      </w:tcPr>
    </w:tblStylePr>
    <w:tblStylePr w:type="firstCol">
      <w:rPr>
        <w:b/>
        <w:bCs/>
      </w:rPr>
    </w:tblStylePr>
    <w:tblStylePr w:type="lastCol">
      <w:rPr>
        <w:b/>
        <w:bCs/>
      </w:rPr>
    </w:tblStylePr>
    <w:tblStylePr w:type="band1Vert">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tblStylePr w:type="band1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tblBorders>
    </w:tblPr>
    <w:tblStylePr w:type="firstRow">
      <w:pPr>
        <w:spacing w:before="0" w:after="0" w:line="240" w:lineRule="auto"/>
      </w:pPr>
      <w:rPr>
        <w:b/>
        <w:bCs/>
        <w:color w:val="FFFFFF" w:themeColor="background1"/>
      </w:rPr>
      <w:tblPr/>
      <w:tcPr>
        <w:shd w:val="clear" w:color="auto" w:fill="45A5ED" w:themeFill="accent5"/>
      </w:tcPr>
    </w:tblStylePr>
    <w:tblStylePr w:type="lastRow">
      <w:pPr>
        <w:spacing w:before="0" w:after="0" w:line="240" w:lineRule="auto"/>
      </w:pPr>
      <w:rPr>
        <w:b/>
        <w:bCs/>
      </w:rPr>
      <w:tblPr/>
      <w:tcPr>
        <w:tcBorders>
          <w:top w:val="double" w:sz="6" w:space="0" w:color="45A5ED" w:themeColor="accent5"/>
          <w:left w:val="single" w:sz="8" w:space="0" w:color="45A5ED" w:themeColor="accent5"/>
          <w:bottom w:val="single" w:sz="8" w:space="0" w:color="45A5ED" w:themeColor="accent5"/>
          <w:right w:val="single" w:sz="8" w:space="0" w:color="45A5ED" w:themeColor="accent5"/>
        </w:tcBorders>
      </w:tcPr>
    </w:tblStylePr>
    <w:tblStylePr w:type="firstCol">
      <w:rPr>
        <w:b/>
        <w:bCs/>
      </w:rPr>
    </w:tblStylePr>
    <w:tblStylePr w:type="lastCol">
      <w:rPr>
        <w:b/>
        <w:bCs/>
      </w:rPr>
    </w:tblStylePr>
    <w:tblStylePr w:type="band1Vert">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tblStylePr w:type="band1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tblBorders>
    </w:tblPr>
    <w:tblStylePr w:type="firstRow">
      <w:pPr>
        <w:spacing w:before="0" w:after="0" w:line="240" w:lineRule="auto"/>
      </w:pPr>
      <w:rPr>
        <w:b/>
        <w:bCs/>
        <w:color w:val="FFFFFF" w:themeColor="background1"/>
      </w:rPr>
      <w:tblPr/>
      <w:tcPr>
        <w:shd w:val="clear" w:color="auto" w:fill="5982DB" w:themeFill="accent6"/>
      </w:tcPr>
    </w:tblStylePr>
    <w:tblStylePr w:type="lastRow">
      <w:pPr>
        <w:spacing w:before="0" w:after="0" w:line="240" w:lineRule="auto"/>
      </w:pPr>
      <w:rPr>
        <w:b/>
        <w:bCs/>
      </w:rPr>
      <w:tblPr/>
      <w:tcPr>
        <w:tcBorders>
          <w:top w:val="double" w:sz="6" w:space="0" w:color="5982DB" w:themeColor="accent6"/>
          <w:left w:val="single" w:sz="8" w:space="0" w:color="5982DB" w:themeColor="accent6"/>
          <w:bottom w:val="single" w:sz="8" w:space="0" w:color="5982DB" w:themeColor="accent6"/>
          <w:right w:val="single" w:sz="8" w:space="0" w:color="5982DB" w:themeColor="accent6"/>
        </w:tcBorders>
      </w:tcPr>
    </w:tblStylePr>
    <w:tblStylePr w:type="firstCol">
      <w:rPr>
        <w:b/>
        <w:bCs/>
      </w:rPr>
    </w:tblStylePr>
    <w:tblStylePr w:type="lastCol">
      <w:rPr>
        <w:b/>
        <w:bCs/>
      </w:rPr>
    </w:tblStylePr>
    <w:tblStylePr w:type="band1Vert">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tblStylePr w:type="band1Horz">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insideH w:val="single" w:sz="8" w:space="0" w:color="92278F" w:themeColor="accent1"/>
        <w:insideV w:val="single" w:sz="8" w:space="0" w:color="9227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278F" w:themeColor="accent1"/>
          <w:left w:val="single" w:sz="8" w:space="0" w:color="92278F" w:themeColor="accent1"/>
          <w:bottom w:val="single" w:sz="18" w:space="0" w:color="92278F" w:themeColor="accent1"/>
          <w:right w:val="single" w:sz="8" w:space="0" w:color="92278F" w:themeColor="accent1"/>
          <w:insideH w:val="nil"/>
          <w:insideV w:val="single" w:sz="8" w:space="0" w:color="9227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insideH w:val="nil"/>
          <w:insideV w:val="single" w:sz="8" w:space="0" w:color="9227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shd w:val="clear" w:color="auto" w:fill="EEBFEC" w:themeFill="accent1" w:themeFillTint="3F"/>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insideV w:val="single" w:sz="8" w:space="0" w:color="92278F" w:themeColor="accent1"/>
        </w:tcBorders>
        <w:shd w:val="clear" w:color="auto" w:fill="EEBFEC" w:themeFill="accent1" w:themeFillTint="3F"/>
      </w:tcPr>
    </w:tblStylePr>
    <w:tblStylePr w:type="band2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insideV w:val="single" w:sz="8" w:space="0" w:color="92278F"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insideH w:val="single" w:sz="8" w:space="0" w:color="9B57D3" w:themeColor="accent2"/>
        <w:insideV w:val="single" w:sz="8" w:space="0" w:color="9B57D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57D3" w:themeColor="accent2"/>
          <w:left w:val="single" w:sz="8" w:space="0" w:color="9B57D3" w:themeColor="accent2"/>
          <w:bottom w:val="single" w:sz="18" w:space="0" w:color="9B57D3" w:themeColor="accent2"/>
          <w:right w:val="single" w:sz="8" w:space="0" w:color="9B57D3" w:themeColor="accent2"/>
          <w:insideH w:val="nil"/>
          <w:insideV w:val="single" w:sz="8" w:space="0" w:color="9B57D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insideH w:val="nil"/>
          <w:insideV w:val="single" w:sz="8" w:space="0" w:color="9B57D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shd w:val="clear" w:color="auto" w:fill="E6D5F4" w:themeFill="accent2" w:themeFillTint="3F"/>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insideV w:val="single" w:sz="8" w:space="0" w:color="9B57D3" w:themeColor="accent2"/>
        </w:tcBorders>
        <w:shd w:val="clear" w:color="auto" w:fill="E6D5F4" w:themeFill="accent2" w:themeFillTint="3F"/>
      </w:tcPr>
    </w:tblStylePr>
    <w:tblStylePr w:type="band2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insideV w:val="single" w:sz="8" w:space="0" w:color="9B57D3"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insideH w:val="single" w:sz="8" w:space="0" w:color="755DD9" w:themeColor="accent3"/>
        <w:insideV w:val="single" w:sz="8" w:space="0" w:color="755D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5DD9" w:themeColor="accent3"/>
          <w:left w:val="single" w:sz="8" w:space="0" w:color="755DD9" w:themeColor="accent3"/>
          <w:bottom w:val="single" w:sz="18" w:space="0" w:color="755DD9" w:themeColor="accent3"/>
          <w:right w:val="single" w:sz="8" w:space="0" w:color="755DD9" w:themeColor="accent3"/>
          <w:insideH w:val="nil"/>
          <w:insideV w:val="single" w:sz="8" w:space="0" w:color="755D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5DD9" w:themeColor="accent3"/>
          <w:left w:val="single" w:sz="8" w:space="0" w:color="755DD9" w:themeColor="accent3"/>
          <w:bottom w:val="single" w:sz="8" w:space="0" w:color="755DD9" w:themeColor="accent3"/>
          <w:right w:val="single" w:sz="8" w:space="0" w:color="755DD9" w:themeColor="accent3"/>
          <w:insideH w:val="nil"/>
          <w:insideV w:val="single" w:sz="8" w:space="0" w:color="755D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tblStylePr w:type="band1Vert">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shd w:val="clear" w:color="auto" w:fill="DCD6F5" w:themeFill="accent3" w:themeFillTint="3F"/>
      </w:tcPr>
    </w:tblStylePr>
    <w:tblStylePr w:type="band1Horz">
      <w:tblPr/>
      <w:tcPr>
        <w:tcBorders>
          <w:top w:val="single" w:sz="8" w:space="0" w:color="755DD9" w:themeColor="accent3"/>
          <w:left w:val="single" w:sz="8" w:space="0" w:color="755DD9" w:themeColor="accent3"/>
          <w:bottom w:val="single" w:sz="8" w:space="0" w:color="755DD9" w:themeColor="accent3"/>
          <w:right w:val="single" w:sz="8" w:space="0" w:color="755DD9" w:themeColor="accent3"/>
          <w:insideV w:val="single" w:sz="8" w:space="0" w:color="755DD9" w:themeColor="accent3"/>
        </w:tcBorders>
        <w:shd w:val="clear" w:color="auto" w:fill="DCD6F5" w:themeFill="accent3" w:themeFillTint="3F"/>
      </w:tcPr>
    </w:tblStylePr>
    <w:tblStylePr w:type="band2Horz">
      <w:tblPr/>
      <w:tcPr>
        <w:tcBorders>
          <w:top w:val="single" w:sz="8" w:space="0" w:color="755DD9" w:themeColor="accent3"/>
          <w:left w:val="single" w:sz="8" w:space="0" w:color="755DD9" w:themeColor="accent3"/>
          <w:bottom w:val="single" w:sz="8" w:space="0" w:color="755DD9" w:themeColor="accent3"/>
          <w:right w:val="single" w:sz="8" w:space="0" w:color="755DD9" w:themeColor="accent3"/>
          <w:insideV w:val="single" w:sz="8" w:space="0" w:color="755DD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insideH w:val="single" w:sz="8" w:space="0" w:color="665EB8" w:themeColor="accent4"/>
        <w:insideV w:val="single" w:sz="8" w:space="0" w:color="665EB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5EB8" w:themeColor="accent4"/>
          <w:left w:val="single" w:sz="8" w:space="0" w:color="665EB8" w:themeColor="accent4"/>
          <w:bottom w:val="single" w:sz="18" w:space="0" w:color="665EB8" w:themeColor="accent4"/>
          <w:right w:val="single" w:sz="8" w:space="0" w:color="665EB8" w:themeColor="accent4"/>
          <w:insideH w:val="nil"/>
          <w:insideV w:val="single" w:sz="8" w:space="0" w:color="665EB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5EB8" w:themeColor="accent4"/>
          <w:left w:val="single" w:sz="8" w:space="0" w:color="665EB8" w:themeColor="accent4"/>
          <w:bottom w:val="single" w:sz="8" w:space="0" w:color="665EB8" w:themeColor="accent4"/>
          <w:right w:val="single" w:sz="8" w:space="0" w:color="665EB8" w:themeColor="accent4"/>
          <w:insideH w:val="nil"/>
          <w:insideV w:val="single" w:sz="8" w:space="0" w:color="665EB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tblStylePr w:type="band1Vert">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shd w:val="clear" w:color="auto" w:fill="D9D7ED" w:themeFill="accent4" w:themeFillTint="3F"/>
      </w:tcPr>
    </w:tblStylePr>
    <w:tblStylePr w:type="band1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insideV w:val="single" w:sz="8" w:space="0" w:color="665EB8" w:themeColor="accent4"/>
        </w:tcBorders>
        <w:shd w:val="clear" w:color="auto" w:fill="D9D7ED" w:themeFill="accent4" w:themeFillTint="3F"/>
      </w:tcPr>
    </w:tblStylePr>
    <w:tblStylePr w:type="band2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insideV w:val="single" w:sz="8" w:space="0" w:color="665EB8"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insideH w:val="single" w:sz="8" w:space="0" w:color="45A5ED" w:themeColor="accent5"/>
        <w:insideV w:val="single" w:sz="8" w:space="0" w:color="45A5E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A5ED" w:themeColor="accent5"/>
          <w:left w:val="single" w:sz="8" w:space="0" w:color="45A5ED" w:themeColor="accent5"/>
          <w:bottom w:val="single" w:sz="18" w:space="0" w:color="45A5ED" w:themeColor="accent5"/>
          <w:right w:val="single" w:sz="8" w:space="0" w:color="45A5ED" w:themeColor="accent5"/>
          <w:insideH w:val="nil"/>
          <w:insideV w:val="single" w:sz="8" w:space="0" w:color="45A5E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A5ED" w:themeColor="accent5"/>
          <w:left w:val="single" w:sz="8" w:space="0" w:color="45A5ED" w:themeColor="accent5"/>
          <w:bottom w:val="single" w:sz="8" w:space="0" w:color="45A5ED" w:themeColor="accent5"/>
          <w:right w:val="single" w:sz="8" w:space="0" w:color="45A5ED" w:themeColor="accent5"/>
          <w:insideH w:val="nil"/>
          <w:insideV w:val="single" w:sz="8" w:space="0" w:color="45A5E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tblStylePr w:type="band1Vert">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shd w:val="clear" w:color="auto" w:fill="D0E8FA" w:themeFill="accent5" w:themeFillTint="3F"/>
      </w:tcPr>
    </w:tblStylePr>
    <w:tblStylePr w:type="band1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insideV w:val="single" w:sz="8" w:space="0" w:color="45A5ED" w:themeColor="accent5"/>
        </w:tcBorders>
        <w:shd w:val="clear" w:color="auto" w:fill="D0E8FA" w:themeFill="accent5" w:themeFillTint="3F"/>
      </w:tcPr>
    </w:tblStylePr>
    <w:tblStylePr w:type="band2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insideV w:val="single" w:sz="8" w:space="0" w:color="45A5ED"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insideH w:val="single" w:sz="8" w:space="0" w:color="5982DB" w:themeColor="accent6"/>
        <w:insideV w:val="single" w:sz="8" w:space="0" w:color="5982D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82DB" w:themeColor="accent6"/>
          <w:left w:val="single" w:sz="8" w:space="0" w:color="5982DB" w:themeColor="accent6"/>
          <w:bottom w:val="single" w:sz="18" w:space="0" w:color="5982DB" w:themeColor="accent6"/>
          <w:right w:val="single" w:sz="8" w:space="0" w:color="5982DB" w:themeColor="accent6"/>
          <w:insideH w:val="nil"/>
          <w:insideV w:val="single" w:sz="8" w:space="0" w:color="5982D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82DB" w:themeColor="accent6"/>
          <w:left w:val="single" w:sz="8" w:space="0" w:color="5982DB" w:themeColor="accent6"/>
          <w:bottom w:val="single" w:sz="8" w:space="0" w:color="5982DB" w:themeColor="accent6"/>
          <w:right w:val="single" w:sz="8" w:space="0" w:color="5982DB" w:themeColor="accent6"/>
          <w:insideH w:val="nil"/>
          <w:insideV w:val="single" w:sz="8" w:space="0" w:color="5982D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tblStylePr w:type="band1Vert">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shd w:val="clear" w:color="auto" w:fill="D5DFF6" w:themeFill="accent6" w:themeFillTint="3F"/>
      </w:tcPr>
    </w:tblStylePr>
    <w:tblStylePr w:type="band1Horz">
      <w:tblPr/>
      <w:tcPr>
        <w:tcBorders>
          <w:top w:val="single" w:sz="8" w:space="0" w:color="5982DB" w:themeColor="accent6"/>
          <w:left w:val="single" w:sz="8" w:space="0" w:color="5982DB" w:themeColor="accent6"/>
          <w:bottom w:val="single" w:sz="8" w:space="0" w:color="5982DB" w:themeColor="accent6"/>
          <w:right w:val="single" w:sz="8" w:space="0" w:color="5982DB" w:themeColor="accent6"/>
          <w:insideV w:val="single" w:sz="8" w:space="0" w:color="5982DB" w:themeColor="accent6"/>
        </w:tcBorders>
        <w:shd w:val="clear" w:color="auto" w:fill="D5DFF6" w:themeFill="accent6" w:themeFillTint="3F"/>
      </w:tcPr>
    </w:tblStylePr>
    <w:tblStylePr w:type="band2Horz">
      <w:tblPr/>
      <w:tcPr>
        <w:tcBorders>
          <w:top w:val="single" w:sz="8" w:space="0" w:color="5982DB" w:themeColor="accent6"/>
          <w:left w:val="single" w:sz="8" w:space="0" w:color="5982DB" w:themeColor="accent6"/>
          <w:bottom w:val="single" w:sz="8" w:space="0" w:color="5982DB" w:themeColor="accent6"/>
          <w:right w:val="single" w:sz="8" w:space="0" w:color="5982DB" w:themeColor="accent6"/>
          <w:insideV w:val="single" w:sz="8" w:space="0" w:color="5982DB"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tblBorders>
    </w:tblPr>
    <w:tblStylePr w:type="firstRow">
      <w:pPr>
        <w:spacing w:before="0" w:after="0" w:line="240" w:lineRule="auto"/>
      </w:pPr>
      <w:rPr>
        <w:b/>
        <w:bCs/>
        <w:color w:val="FFFFFF" w:themeColor="background1"/>
      </w:rPr>
      <w:tblPr/>
      <w:tcPr>
        <w:tc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shd w:val="clear" w:color="auto" w:fill="92278F" w:themeFill="accent1"/>
      </w:tcPr>
    </w:tblStylePr>
    <w:tblStylePr w:type="lastRow">
      <w:pPr>
        <w:spacing w:before="0" w:after="0" w:line="240" w:lineRule="auto"/>
      </w:pPr>
      <w:rPr>
        <w:b/>
        <w:bCs/>
      </w:rPr>
      <w:tblPr/>
      <w:tcPr>
        <w:tcBorders>
          <w:top w:val="double" w:sz="6"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BFEC" w:themeFill="accent1" w:themeFillTint="3F"/>
      </w:tcPr>
    </w:tblStylePr>
    <w:tblStylePr w:type="band1Horz">
      <w:tblPr/>
      <w:tcPr>
        <w:tcBorders>
          <w:insideH w:val="nil"/>
          <w:insideV w:val="nil"/>
        </w:tcBorders>
        <w:shd w:val="clear" w:color="auto" w:fill="EEBF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single" w:sz="8" w:space="0" w:color="B381DE" w:themeColor="accent2" w:themeTint="BF"/>
      </w:tblBorders>
    </w:tblPr>
    <w:tblStylePr w:type="firstRow">
      <w:pPr>
        <w:spacing w:before="0" w:after="0" w:line="240" w:lineRule="auto"/>
      </w:pPr>
      <w:rPr>
        <w:b/>
        <w:bCs/>
        <w:color w:val="FFFFFF" w:themeColor="background1"/>
      </w:rPr>
      <w:tblPr/>
      <w:tcPr>
        <w:tc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nil"/>
          <w:insideV w:val="nil"/>
        </w:tcBorders>
        <w:shd w:val="clear" w:color="auto" w:fill="9B57D3" w:themeFill="accent2"/>
      </w:tcPr>
    </w:tblStylePr>
    <w:tblStylePr w:type="lastRow">
      <w:pPr>
        <w:spacing w:before="0" w:after="0" w:line="240" w:lineRule="auto"/>
      </w:pPr>
      <w:rPr>
        <w:b/>
        <w:bCs/>
      </w:rPr>
      <w:tblPr/>
      <w:tcPr>
        <w:tcBorders>
          <w:top w:val="double" w:sz="6"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6D5F4" w:themeFill="accent2" w:themeFillTint="3F"/>
      </w:tcPr>
    </w:tblStylePr>
    <w:tblStylePr w:type="band1Horz">
      <w:tblPr/>
      <w:tcPr>
        <w:tcBorders>
          <w:insideH w:val="nil"/>
          <w:insideV w:val="nil"/>
        </w:tcBorders>
        <w:shd w:val="clear" w:color="auto" w:fill="E6D5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single" w:sz="8" w:space="0" w:color="9785E2" w:themeColor="accent3" w:themeTint="BF"/>
      </w:tblBorders>
    </w:tblPr>
    <w:tblStylePr w:type="firstRow">
      <w:pPr>
        <w:spacing w:before="0" w:after="0" w:line="240" w:lineRule="auto"/>
      </w:pPr>
      <w:rPr>
        <w:b/>
        <w:bCs/>
        <w:color w:val="FFFFFF" w:themeColor="background1"/>
      </w:rPr>
      <w:tblPr/>
      <w:tcPr>
        <w:tc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nil"/>
          <w:insideV w:val="nil"/>
        </w:tcBorders>
        <w:shd w:val="clear" w:color="auto" w:fill="755DD9" w:themeFill="accent3"/>
      </w:tcPr>
    </w:tblStylePr>
    <w:tblStylePr w:type="lastRow">
      <w:pPr>
        <w:spacing w:before="0" w:after="0" w:line="240" w:lineRule="auto"/>
      </w:pPr>
      <w:rPr>
        <w:b/>
        <w:bCs/>
      </w:rPr>
      <w:tblPr/>
      <w:tcPr>
        <w:tcBorders>
          <w:top w:val="double" w:sz="6"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D6F5" w:themeFill="accent3" w:themeFillTint="3F"/>
      </w:tcPr>
    </w:tblStylePr>
    <w:tblStylePr w:type="band1Horz">
      <w:tblPr/>
      <w:tcPr>
        <w:tcBorders>
          <w:insideH w:val="nil"/>
          <w:insideV w:val="nil"/>
        </w:tcBorders>
        <w:shd w:val="clear" w:color="auto" w:fill="DCD6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tblBorders>
    </w:tblPr>
    <w:tblStylePr w:type="firstRow">
      <w:pPr>
        <w:spacing w:before="0" w:after="0" w:line="240" w:lineRule="auto"/>
      </w:pPr>
      <w:rPr>
        <w:b/>
        <w:bCs/>
        <w:color w:val="FFFFFF" w:themeColor="background1"/>
      </w:rPr>
      <w:tblPr/>
      <w:tcPr>
        <w:tc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nil"/>
          <w:insideV w:val="nil"/>
        </w:tcBorders>
        <w:shd w:val="clear" w:color="auto" w:fill="665EB8" w:themeFill="accent4"/>
      </w:tcPr>
    </w:tblStylePr>
    <w:tblStylePr w:type="lastRow">
      <w:pPr>
        <w:spacing w:before="0" w:after="0" w:line="240" w:lineRule="auto"/>
      </w:pPr>
      <w:rPr>
        <w:b/>
        <w:bCs/>
      </w:rPr>
      <w:tblPr/>
      <w:tcPr>
        <w:tcBorders>
          <w:top w:val="double" w:sz="6"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7ED" w:themeFill="accent4" w:themeFillTint="3F"/>
      </w:tcPr>
    </w:tblStylePr>
    <w:tblStylePr w:type="band1Horz">
      <w:tblPr/>
      <w:tcPr>
        <w:tcBorders>
          <w:insideH w:val="nil"/>
          <w:insideV w:val="nil"/>
        </w:tcBorders>
        <w:shd w:val="clear" w:color="auto" w:fill="D9D7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single" w:sz="8" w:space="0" w:color="73BBF1" w:themeColor="accent5" w:themeTint="BF"/>
      </w:tblBorders>
    </w:tblPr>
    <w:tblStylePr w:type="firstRow">
      <w:pPr>
        <w:spacing w:before="0" w:after="0" w:line="240" w:lineRule="auto"/>
      </w:pPr>
      <w:rPr>
        <w:b/>
        <w:bCs/>
        <w:color w:val="FFFFFF" w:themeColor="background1"/>
      </w:rPr>
      <w:tblPr/>
      <w:tcPr>
        <w:tcBorders>
          <w:top w:val="single" w:sz="8"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nil"/>
          <w:insideV w:val="nil"/>
        </w:tcBorders>
        <w:shd w:val="clear" w:color="auto" w:fill="45A5ED" w:themeFill="accent5"/>
      </w:tcPr>
    </w:tblStylePr>
    <w:tblStylePr w:type="lastRow">
      <w:pPr>
        <w:spacing w:before="0" w:after="0" w:line="240" w:lineRule="auto"/>
      </w:pPr>
      <w:rPr>
        <w:b/>
        <w:bCs/>
      </w:rPr>
      <w:tblPr/>
      <w:tcPr>
        <w:tcBorders>
          <w:top w:val="double" w:sz="6"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E8FA" w:themeFill="accent5" w:themeFillTint="3F"/>
      </w:tcPr>
    </w:tblStylePr>
    <w:tblStylePr w:type="band1Horz">
      <w:tblPr/>
      <w:tcPr>
        <w:tcBorders>
          <w:insideH w:val="nil"/>
          <w:insideV w:val="nil"/>
        </w:tcBorders>
        <w:shd w:val="clear" w:color="auto" w:fill="D0E8F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single" w:sz="8" w:space="0" w:color="82A1E4" w:themeColor="accent6" w:themeTint="BF"/>
      </w:tblBorders>
    </w:tblPr>
    <w:tblStylePr w:type="firstRow">
      <w:pPr>
        <w:spacing w:before="0" w:after="0" w:line="240" w:lineRule="auto"/>
      </w:pPr>
      <w:rPr>
        <w:b/>
        <w:bCs/>
        <w:color w:val="FFFFFF" w:themeColor="background1"/>
      </w:rPr>
      <w:tblPr/>
      <w:tcPr>
        <w:tc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nil"/>
          <w:insideV w:val="nil"/>
        </w:tcBorders>
        <w:shd w:val="clear" w:color="auto" w:fill="5982DB" w:themeFill="accent6"/>
      </w:tcPr>
    </w:tblStylePr>
    <w:tblStylePr w:type="lastRow">
      <w:pPr>
        <w:spacing w:before="0" w:after="0" w:line="240" w:lineRule="auto"/>
      </w:pPr>
      <w:rPr>
        <w:b/>
        <w:bCs/>
      </w:rPr>
      <w:tblPr/>
      <w:tcPr>
        <w:tcBorders>
          <w:top w:val="double" w:sz="6"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DFF6" w:themeFill="accent6" w:themeFillTint="3F"/>
      </w:tcPr>
    </w:tblStylePr>
    <w:tblStylePr w:type="band1Horz">
      <w:tblPr/>
      <w:tcPr>
        <w:tcBorders>
          <w:insideH w:val="nil"/>
          <w:insideV w:val="nil"/>
        </w:tcBorders>
        <w:shd w:val="clear" w:color="auto" w:fill="D5DF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27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278F" w:themeFill="accent1"/>
      </w:tcPr>
    </w:tblStylePr>
    <w:tblStylePr w:type="lastCol">
      <w:rPr>
        <w:b/>
        <w:bCs/>
        <w:color w:val="FFFFFF" w:themeColor="background1"/>
      </w:rPr>
      <w:tblPr/>
      <w:tcPr>
        <w:tcBorders>
          <w:left w:val="nil"/>
          <w:right w:val="nil"/>
          <w:insideH w:val="nil"/>
          <w:insideV w:val="nil"/>
        </w:tcBorders>
        <w:shd w:val="clear" w:color="auto" w:fill="9227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57D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57D3" w:themeFill="accent2"/>
      </w:tcPr>
    </w:tblStylePr>
    <w:tblStylePr w:type="lastCol">
      <w:rPr>
        <w:b/>
        <w:bCs/>
        <w:color w:val="FFFFFF" w:themeColor="background1"/>
      </w:rPr>
      <w:tblPr/>
      <w:tcPr>
        <w:tcBorders>
          <w:left w:val="nil"/>
          <w:right w:val="nil"/>
          <w:insideH w:val="nil"/>
          <w:insideV w:val="nil"/>
        </w:tcBorders>
        <w:shd w:val="clear" w:color="auto" w:fill="9B57D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5D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5DD9" w:themeFill="accent3"/>
      </w:tcPr>
    </w:tblStylePr>
    <w:tblStylePr w:type="lastCol">
      <w:rPr>
        <w:b/>
        <w:bCs/>
        <w:color w:val="FFFFFF" w:themeColor="background1"/>
      </w:rPr>
      <w:tblPr/>
      <w:tcPr>
        <w:tcBorders>
          <w:left w:val="nil"/>
          <w:right w:val="nil"/>
          <w:insideH w:val="nil"/>
          <w:insideV w:val="nil"/>
        </w:tcBorders>
        <w:shd w:val="clear" w:color="auto" w:fill="755D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5EB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5EB8" w:themeFill="accent4"/>
      </w:tcPr>
    </w:tblStylePr>
    <w:tblStylePr w:type="lastCol">
      <w:rPr>
        <w:b/>
        <w:bCs/>
        <w:color w:val="FFFFFF" w:themeColor="background1"/>
      </w:rPr>
      <w:tblPr/>
      <w:tcPr>
        <w:tcBorders>
          <w:left w:val="nil"/>
          <w:right w:val="nil"/>
          <w:insideH w:val="nil"/>
          <w:insideV w:val="nil"/>
        </w:tcBorders>
        <w:shd w:val="clear" w:color="auto" w:fill="665EB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A5E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5A5ED" w:themeFill="accent5"/>
      </w:tcPr>
    </w:tblStylePr>
    <w:tblStylePr w:type="lastCol">
      <w:rPr>
        <w:b/>
        <w:bCs/>
        <w:color w:val="FFFFFF" w:themeColor="background1"/>
      </w:rPr>
      <w:tblPr/>
      <w:tcPr>
        <w:tcBorders>
          <w:left w:val="nil"/>
          <w:right w:val="nil"/>
          <w:insideH w:val="nil"/>
          <w:insideV w:val="nil"/>
        </w:tcBorders>
        <w:shd w:val="clear" w:color="auto" w:fill="45A5E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82D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82DB" w:themeFill="accent6"/>
      </w:tcPr>
    </w:tblStylePr>
    <w:tblStylePr w:type="lastCol">
      <w:rPr>
        <w:b/>
        <w:bCs/>
        <w:color w:val="FFFFFF" w:themeColor="background1"/>
      </w:rPr>
      <w:tblPr/>
      <w:tcPr>
        <w:tcBorders>
          <w:left w:val="nil"/>
          <w:right w:val="nil"/>
          <w:insideH w:val="nil"/>
          <w:insideV w:val="nil"/>
        </w:tcBorders>
        <w:shd w:val="clear" w:color="auto" w:fill="5982D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2E6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92278F" w:themeColor="accent1"/>
        <w:bottom w:val="single" w:sz="8" w:space="0" w:color="92278F" w:themeColor="accent1"/>
      </w:tblBorders>
    </w:tblPr>
    <w:tblStylePr w:type="firstRow">
      <w:rPr>
        <w:rFonts w:asciiTheme="majorHAnsi" w:eastAsiaTheme="majorEastAsia" w:hAnsiTheme="majorHAnsi" w:cstheme="majorBidi"/>
      </w:rPr>
      <w:tblPr/>
      <w:tcPr>
        <w:tcBorders>
          <w:top w:val="nil"/>
          <w:bottom w:val="single" w:sz="8" w:space="0" w:color="92278F" w:themeColor="accent1"/>
        </w:tcBorders>
      </w:tcPr>
    </w:tblStylePr>
    <w:tblStylePr w:type="lastRow">
      <w:rPr>
        <w:b/>
        <w:bCs/>
        <w:color w:val="632E62" w:themeColor="text2"/>
      </w:rPr>
      <w:tblPr/>
      <w:tcPr>
        <w:tcBorders>
          <w:top w:val="single" w:sz="8" w:space="0" w:color="92278F" w:themeColor="accent1"/>
          <w:bottom w:val="single" w:sz="8" w:space="0" w:color="92278F" w:themeColor="accent1"/>
        </w:tcBorders>
      </w:tcPr>
    </w:tblStylePr>
    <w:tblStylePr w:type="firstCol">
      <w:rPr>
        <w:b/>
        <w:bCs/>
      </w:rPr>
    </w:tblStylePr>
    <w:tblStylePr w:type="lastCol">
      <w:rPr>
        <w:b/>
        <w:bCs/>
      </w:rPr>
      <w:tblPr/>
      <w:tcPr>
        <w:tcBorders>
          <w:top w:val="single" w:sz="8" w:space="0" w:color="92278F" w:themeColor="accent1"/>
          <w:bottom w:val="single" w:sz="8" w:space="0" w:color="92278F" w:themeColor="accent1"/>
        </w:tcBorders>
      </w:tcPr>
    </w:tblStylePr>
    <w:tblStylePr w:type="band1Vert">
      <w:tblPr/>
      <w:tcPr>
        <w:shd w:val="clear" w:color="auto" w:fill="EEBFEC" w:themeFill="accent1" w:themeFillTint="3F"/>
      </w:tcPr>
    </w:tblStylePr>
    <w:tblStylePr w:type="band1Horz">
      <w:tblPr/>
      <w:tcPr>
        <w:shd w:val="clear" w:color="auto" w:fill="EEBFEC"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9B57D3" w:themeColor="accent2"/>
        <w:bottom w:val="single" w:sz="8" w:space="0" w:color="9B57D3" w:themeColor="accent2"/>
      </w:tblBorders>
    </w:tblPr>
    <w:tblStylePr w:type="firstRow">
      <w:rPr>
        <w:rFonts w:asciiTheme="majorHAnsi" w:eastAsiaTheme="majorEastAsia" w:hAnsiTheme="majorHAnsi" w:cstheme="majorBidi"/>
      </w:rPr>
      <w:tblPr/>
      <w:tcPr>
        <w:tcBorders>
          <w:top w:val="nil"/>
          <w:bottom w:val="single" w:sz="8" w:space="0" w:color="9B57D3" w:themeColor="accent2"/>
        </w:tcBorders>
      </w:tcPr>
    </w:tblStylePr>
    <w:tblStylePr w:type="lastRow">
      <w:rPr>
        <w:b/>
        <w:bCs/>
        <w:color w:val="632E62" w:themeColor="text2"/>
      </w:rPr>
      <w:tblPr/>
      <w:tcPr>
        <w:tcBorders>
          <w:top w:val="single" w:sz="8" w:space="0" w:color="9B57D3" w:themeColor="accent2"/>
          <w:bottom w:val="single" w:sz="8" w:space="0" w:color="9B57D3" w:themeColor="accent2"/>
        </w:tcBorders>
      </w:tcPr>
    </w:tblStylePr>
    <w:tblStylePr w:type="firstCol">
      <w:rPr>
        <w:b/>
        <w:bCs/>
      </w:rPr>
    </w:tblStylePr>
    <w:tblStylePr w:type="lastCol">
      <w:rPr>
        <w:b/>
        <w:bCs/>
      </w:rPr>
      <w:tblPr/>
      <w:tcPr>
        <w:tcBorders>
          <w:top w:val="single" w:sz="8" w:space="0" w:color="9B57D3" w:themeColor="accent2"/>
          <w:bottom w:val="single" w:sz="8" w:space="0" w:color="9B57D3" w:themeColor="accent2"/>
        </w:tcBorders>
      </w:tcPr>
    </w:tblStylePr>
    <w:tblStylePr w:type="band1Vert">
      <w:tblPr/>
      <w:tcPr>
        <w:shd w:val="clear" w:color="auto" w:fill="E6D5F4" w:themeFill="accent2" w:themeFillTint="3F"/>
      </w:tcPr>
    </w:tblStylePr>
    <w:tblStylePr w:type="band1Horz">
      <w:tblPr/>
      <w:tcPr>
        <w:shd w:val="clear" w:color="auto" w:fill="E6D5F4"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755DD9" w:themeColor="accent3"/>
        <w:bottom w:val="single" w:sz="8" w:space="0" w:color="755DD9" w:themeColor="accent3"/>
      </w:tblBorders>
    </w:tblPr>
    <w:tblStylePr w:type="firstRow">
      <w:rPr>
        <w:rFonts w:asciiTheme="majorHAnsi" w:eastAsiaTheme="majorEastAsia" w:hAnsiTheme="majorHAnsi" w:cstheme="majorBidi"/>
      </w:rPr>
      <w:tblPr/>
      <w:tcPr>
        <w:tcBorders>
          <w:top w:val="nil"/>
          <w:bottom w:val="single" w:sz="8" w:space="0" w:color="755DD9" w:themeColor="accent3"/>
        </w:tcBorders>
      </w:tcPr>
    </w:tblStylePr>
    <w:tblStylePr w:type="lastRow">
      <w:rPr>
        <w:b/>
        <w:bCs/>
        <w:color w:val="632E62" w:themeColor="text2"/>
      </w:rPr>
      <w:tblPr/>
      <w:tcPr>
        <w:tcBorders>
          <w:top w:val="single" w:sz="8" w:space="0" w:color="755DD9" w:themeColor="accent3"/>
          <w:bottom w:val="single" w:sz="8" w:space="0" w:color="755DD9" w:themeColor="accent3"/>
        </w:tcBorders>
      </w:tcPr>
    </w:tblStylePr>
    <w:tblStylePr w:type="firstCol">
      <w:rPr>
        <w:b/>
        <w:bCs/>
      </w:rPr>
    </w:tblStylePr>
    <w:tblStylePr w:type="lastCol">
      <w:rPr>
        <w:b/>
        <w:bCs/>
      </w:rPr>
      <w:tblPr/>
      <w:tcPr>
        <w:tcBorders>
          <w:top w:val="single" w:sz="8" w:space="0" w:color="755DD9" w:themeColor="accent3"/>
          <w:bottom w:val="single" w:sz="8" w:space="0" w:color="755DD9" w:themeColor="accent3"/>
        </w:tcBorders>
      </w:tcPr>
    </w:tblStylePr>
    <w:tblStylePr w:type="band1Vert">
      <w:tblPr/>
      <w:tcPr>
        <w:shd w:val="clear" w:color="auto" w:fill="DCD6F5" w:themeFill="accent3" w:themeFillTint="3F"/>
      </w:tcPr>
    </w:tblStylePr>
    <w:tblStylePr w:type="band1Horz">
      <w:tblPr/>
      <w:tcPr>
        <w:shd w:val="clear" w:color="auto" w:fill="DCD6F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665EB8" w:themeColor="accent4"/>
        <w:bottom w:val="single" w:sz="8" w:space="0" w:color="665EB8" w:themeColor="accent4"/>
      </w:tblBorders>
    </w:tblPr>
    <w:tblStylePr w:type="firstRow">
      <w:rPr>
        <w:rFonts w:asciiTheme="majorHAnsi" w:eastAsiaTheme="majorEastAsia" w:hAnsiTheme="majorHAnsi" w:cstheme="majorBidi"/>
      </w:rPr>
      <w:tblPr/>
      <w:tcPr>
        <w:tcBorders>
          <w:top w:val="nil"/>
          <w:bottom w:val="single" w:sz="8" w:space="0" w:color="665EB8" w:themeColor="accent4"/>
        </w:tcBorders>
      </w:tcPr>
    </w:tblStylePr>
    <w:tblStylePr w:type="lastRow">
      <w:rPr>
        <w:b/>
        <w:bCs/>
        <w:color w:val="632E62" w:themeColor="text2"/>
      </w:rPr>
      <w:tblPr/>
      <w:tcPr>
        <w:tcBorders>
          <w:top w:val="single" w:sz="8" w:space="0" w:color="665EB8" w:themeColor="accent4"/>
          <w:bottom w:val="single" w:sz="8" w:space="0" w:color="665EB8" w:themeColor="accent4"/>
        </w:tcBorders>
      </w:tcPr>
    </w:tblStylePr>
    <w:tblStylePr w:type="firstCol">
      <w:rPr>
        <w:b/>
        <w:bCs/>
      </w:rPr>
    </w:tblStylePr>
    <w:tblStylePr w:type="lastCol">
      <w:rPr>
        <w:b/>
        <w:bCs/>
      </w:rPr>
      <w:tblPr/>
      <w:tcPr>
        <w:tcBorders>
          <w:top w:val="single" w:sz="8" w:space="0" w:color="665EB8" w:themeColor="accent4"/>
          <w:bottom w:val="single" w:sz="8" w:space="0" w:color="665EB8" w:themeColor="accent4"/>
        </w:tcBorders>
      </w:tcPr>
    </w:tblStylePr>
    <w:tblStylePr w:type="band1Vert">
      <w:tblPr/>
      <w:tcPr>
        <w:shd w:val="clear" w:color="auto" w:fill="D9D7ED" w:themeFill="accent4" w:themeFillTint="3F"/>
      </w:tcPr>
    </w:tblStylePr>
    <w:tblStylePr w:type="band1Horz">
      <w:tblPr/>
      <w:tcPr>
        <w:shd w:val="clear" w:color="auto" w:fill="D9D7ED"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5A5ED" w:themeColor="accent5"/>
        <w:bottom w:val="single" w:sz="8" w:space="0" w:color="45A5ED" w:themeColor="accent5"/>
      </w:tblBorders>
    </w:tblPr>
    <w:tblStylePr w:type="firstRow">
      <w:rPr>
        <w:rFonts w:asciiTheme="majorHAnsi" w:eastAsiaTheme="majorEastAsia" w:hAnsiTheme="majorHAnsi" w:cstheme="majorBidi"/>
      </w:rPr>
      <w:tblPr/>
      <w:tcPr>
        <w:tcBorders>
          <w:top w:val="nil"/>
          <w:bottom w:val="single" w:sz="8" w:space="0" w:color="45A5ED" w:themeColor="accent5"/>
        </w:tcBorders>
      </w:tcPr>
    </w:tblStylePr>
    <w:tblStylePr w:type="lastRow">
      <w:rPr>
        <w:b/>
        <w:bCs/>
        <w:color w:val="632E62" w:themeColor="text2"/>
      </w:rPr>
      <w:tblPr/>
      <w:tcPr>
        <w:tcBorders>
          <w:top w:val="single" w:sz="8" w:space="0" w:color="45A5ED" w:themeColor="accent5"/>
          <w:bottom w:val="single" w:sz="8" w:space="0" w:color="45A5ED" w:themeColor="accent5"/>
        </w:tcBorders>
      </w:tcPr>
    </w:tblStylePr>
    <w:tblStylePr w:type="firstCol">
      <w:rPr>
        <w:b/>
        <w:bCs/>
      </w:rPr>
    </w:tblStylePr>
    <w:tblStylePr w:type="lastCol">
      <w:rPr>
        <w:b/>
        <w:bCs/>
      </w:rPr>
      <w:tblPr/>
      <w:tcPr>
        <w:tcBorders>
          <w:top w:val="single" w:sz="8" w:space="0" w:color="45A5ED" w:themeColor="accent5"/>
          <w:bottom w:val="single" w:sz="8" w:space="0" w:color="45A5ED" w:themeColor="accent5"/>
        </w:tcBorders>
      </w:tcPr>
    </w:tblStylePr>
    <w:tblStylePr w:type="band1Vert">
      <w:tblPr/>
      <w:tcPr>
        <w:shd w:val="clear" w:color="auto" w:fill="D0E8FA" w:themeFill="accent5" w:themeFillTint="3F"/>
      </w:tcPr>
    </w:tblStylePr>
    <w:tblStylePr w:type="band1Horz">
      <w:tblPr/>
      <w:tcPr>
        <w:shd w:val="clear" w:color="auto" w:fill="D0E8FA"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5982DB" w:themeColor="accent6"/>
        <w:bottom w:val="single" w:sz="8" w:space="0" w:color="5982DB" w:themeColor="accent6"/>
      </w:tblBorders>
    </w:tblPr>
    <w:tblStylePr w:type="firstRow">
      <w:rPr>
        <w:rFonts w:asciiTheme="majorHAnsi" w:eastAsiaTheme="majorEastAsia" w:hAnsiTheme="majorHAnsi" w:cstheme="majorBidi"/>
      </w:rPr>
      <w:tblPr/>
      <w:tcPr>
        <w:tcBorders>
          <w:top w:val="nil"/>
          <w:bottom w:val="single" w:sz="8" w:space="0" w:color="5982DB" w:themeColor="accent6"/>
        </w:tcBorders>
      </w:tcPr>
    </w:tblStylePr>
    <w:tblStylePr w:type="lastRow">
      <w:rPr>
        <w:b/>
        <w:bCs/>
        <w:color w:val="632E62" w:themeColor="text2"/>
      </w:rPr>
      <w:tblPr/>
      <w:tcPr>
        <w:tcBorders>
          <w:top w:val="single" w:sz="8" w:space="0" w:color="5982DB" w:themeColor="accent6"/>
          <w:bottom w:val="single" w:sz="8" w:space="0" w:color="5982DB" w:themeColor="accent6"/>
        </w:tcBorders>
      </w:tcPr>
    </w:tblStylePr>
    <w:tblStylePr w:type="firstCol">
      <w:rPr>
        <w:b/>
        <w:bCs/>
      </w:rPr>
    </w:tblStylePr>
    <w:tblStylePr w:type="lastCol">
      <w:rPr>
        <w:b/>
        <w:bCs/>
      </w:rPr>
      <w:tblPr/>
      <w:tcPr>
        <w:tcBorders>
          <w:top w:val="single" w:sz="8" w:space="0" w:color="5982DB" w:themeColor="accent6"/>
          <w:bottom w:val="single" w:sz="8" w:space="0" w:color="5982DB" w:themeColor="accent6"/>
        </w:tcBorders>
      </w:tcPr>
    </w:tblStylePr>
    <w:tblStylePr w:type="band1Vert">
      <w:tblPr/>
      <w:tcPr>
        <w:shd w:val="clear" w:color="auto" w:fill="D5DFF6" w:themeFill="accent6" w:themeFillTint="3F"/>
      </w:tcPr>
    </w:tblStylePr>
    <w:tblStylePr w:type="band1Horz">
      <w:tblPr/>
      <w:tcPr>
        <w:shd w:val="clear" w:color="auto" w:fill="D5DFF6"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rPr>
        <w:sz w:val="24"/>
        <w:szCs w:val="24"/>
      </w:rPr>
      <w:tblPr/>
      <w:tcPr>
        <w:tcBorders>
          <w:top w:val="nil"/>
          <w:left w:val="nil"/>
          <w:bottom w:val="single" w:sz="24" w:space="0" w:color="92278F" w:themeColor="accent1"/>
          <w:right w:val="nil"/>
          <w:insideH w:val="nil"/>
          <w:insideV w:val="nil"/>
        </w:tcBorders>
        <w:shd w:val="clear" w:color="auto" w:fill="FFFFFF" w:themeFill="background1"/>
      </w:tcPr>
    </w:tblStylePr>
    <w:tblStylePr w:type="lastRow">
      <w:tblPr/>
      <w:tcPr>
        <w:tcBorders>
          <w:top w:val="single" w:sz="8" w:space="0" w:color="9227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278F" w:themeColor="accent1"/>
          <w:insideH w:val="nil"/>
          <w:insideV w:val="nil"/>
        </w:tcBorders>
        <w:shd w:val="clear" w:color="auto" w:fill="FFFFFF" w:themeFill="background1"/>
      </w:tcPr>
    </w:tblStylePr>
    <w:tblStylePr w:type="lastCol">
      <w:tblPr/>
      <w:tcPr>
        <w:tcBorders>
          <w:top w:val="nil"/>
          <w:left w:val="single" w:sz="8" w:space="0" w:color="9227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top w:val="nil"/>
          <w:bottom w:val="nil"/>
          <w:insideH w:val="nil"/>
          <w:insideV w:val="nil"/>
        </w:tcBorders>
        <w:shd w:val="clear" w:color="auto" w:fill="EEB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rPr>
        <w:sz w:val="24"/>
        <w:szCs w:val="24"/>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tblPr/>
      <w:tcPr>
        <w:tcBorders>
          <w:top w:val="single" w:sz="8" w:space="0" w:color="9B57D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57D3" w:themeColor="accent2"/>
          <w:insideH w:val="nil"/>
          <w:insideV w:val="nil"/>
        </w:tcBorders>
        <w:shd w:val="clear" w:color="auto" w:fill="FFFFFF" w:themeFill="background1"/>
      </w:tcPr>
    </w:tblStylePr>
    <w:tblStylePr w:type="lastCol">
      <w:tblPr/>
      <w:tcPr>
        <w:tcBorders>
          <w:top w:val="nil"/>
          <w:left w:val="single" w:sz="8" w:space="0" w:color="9B57D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top w:val="nil"/>
          <w:bottom w:val="nil"/>
          <w:insideH w:val="nil"/>
          <w:insideV w:val="nil"/>
        </w:tcBorders>
        <w:shd w:val="clear" w:color="auto" w:fill="E6D5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tblBorders>
    </w:tblPr>
    <w:tblStylePr w:type="firstRow">
      <w:rPr>
        <w:sz w:val="24"/>
        <w:szCs w:val="24"/>
      </w:rPr>
      <w:tblPr/>
      <w:tcPr>
        <w:tcBorders>
          <w:top w:val="nil"/>
          <w:left w:val="nil"/>
          <w:bottom w:val="single" w:sz="24" w:space="0" w:color="755DD9" w:themeColor="accent3"/>
          <w:right w:val="nil"/>
          <w:insideH w:val="nil"/>
          <w:insideV w:val="nil"/>
        </w:tcBorders>
        <w:shd w:val="clear" w:color="auto" w:fill="FFFFFF" w:themeFill="background1"/>
      </w:tcPr>
    </w:tblStylePr>
    <w:tblStylePr w:type="lastRow">
      <w:tblPr/>
      <w:tcPr>
        <w:tcBorders>
          <w:top w:val="single" w:sz="8" w:space="0" w:color="755DD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5DD9" w:themeColor="accent3"/>
          <w:insideH w:val="nil"/>
          <w:insideV w:val="nil"/>
        </w:tcBorders>
        <w:shd w:val="clear" w:color="auto" w:fill="FFFFFF" w:themeFill="background1"/>
      </w:tcPr>
    </w:tblStylePr>
    <w:tblStylePr w:type="lastCol">
      <w:tblPr/>
      <w:tcPr>
        <w:tcBorders>
          <w:top w:val="nil"/>
          <w:left w:val="single" w:sz="8" w:space="0" w:color="755D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top w:val="nil"/>
          <w:bottom w:val="nil"/>
          <w:insideH w:val="nil"/>
          <w:insideV w:val="nil"/>
        </w:tcBorders>
        <w:shd w:val="clear" w:color="auto" w:fill="DCD6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tblBorders>
    </w:tblPr>
    <w:tblStylePr w:type="firstRow">
      <w:rPr>
        <w:sz w:val="24"/>
        <w:szCs w:val="24"/>
      </w:rPr>
      <w:tblPr/>
      <w:tcPr>
        <w:tcBorders>
          <w:top w:val="nil"/>
          <w:left w:val="nil"/>
          <w:bottom w:val="single" w:sz="24" w:space="0" w:color="665EB8" w:themeColor="accent4"/>
          <w:right w:val="nil"/>
          <w:insideH w:val="nil"/>
          <w:insideV w:val="nil"/>
        </w:tcBorders>
        <w:shd w:val="clear" w:color="auto" w:fill="FFFFFF" w:themeFill="background1"/>
      </w:tcPr>
    </w:tblStylePr>
    <w:tblStylePr w:type="lastRow">
      <w:tblPr/>
      <w:tcPr>
        <w:tcBorders>
          <w:top w:val="single" w:sz="8" w:space="0" w:color="665EB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5EB8" w:themeColor="accent4"/>
          <w:insideH w:val="nil"/>
          <w:insideV w:val="nil"/>
        </w:tcBorders>
        <w:shd w:val="clear" w:color="auto" w:fill="FFFFFF" w:themeFill="background1"/>
      </w:tcPr>
    </w:tblStylePr>
    <w:tblStylePr w:type="lastCol">
      <w:tblPr/>
      <w:tcPr>
        <w:tcBorders>
          <w:top w:val="nil"/>
          <w:left w:val="single" w:sz="8" w:space="0" w:color="665EB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7ED" w:themeFill="accent4" w:themeFillTint="3F"/>
      </w:tcPr>
    </w:tblStylePr>
    <w:tblStylePr w:type="band1Horz">
      <w:tblPr/>
      <w:tcPr>
        <w:tcBorders>
          <w:top w:val="nil"/>
          <w:bottom w:val="nil"/>
          <w:insideH w:val="nil"/>
          <w:insideV w:val="nil"/>
        </w:tcBorders>
        <w:shd w:val="clear" w:color="auto" w:fill="D9D7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tblBorders>
    </w:tblPr>
    <w:tblStylePr w:type="firstRow">
      <w:rPr>
        <w:sz w:val="24"/>
        <w:szCs w:val="24"/>
      </w:rPr>
      <w:tblPr/>
      <w:tcPr>
        <w:tcBorders>
          <w:top w:val="nil"/>
          <w:left w:val="nil"/>
          <w:bottom w:val="single" w:sz="24" w:space="0" w:color="45A5ED" w:themeColor="accent5"/>
          <w:right w:val="nil"/>
          <w:insideH w:val="nil"/>
          <w:insideV w:val="nil"/>
        </w:tcBorders>
        <w:shd w:val="clear" w:color="auto" w:fill="FFFFFF" w:themeFill="background1"/>
      </w:tcPr>
    </w:tblStylePr>
    <w:tblStylePr w:type="lastRow">
      <w:tblPr/>
      <w:tcPr>
        <w:tcBorders>
          <w:top w:val="single" w:sz="8" w:space="0" w:color="45A5E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A5ED" w:themeColor="accent5"/>
          <w:insideH w:val="nil"/>
          <w:insideV w:val="nil"/>
        </w:tcBorders>
        <w:shd w:val="clear" w:color="auto" w:fill="FFFFFF" w:themeFill="background1"/>
      </w:tcPr>
    </w:tblStylePr>
    <w:tblStylePr w:type="lastCol">
      <w:tblPr/>
      <w:tcPr>
        <w:tcBorders>
          <w:top w:val="nil"/>
          <w:left w:val="single" w:sz="8" w:space="0" w:color="45A5E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8FA" w:themeFill="accent5" w:themeFillTint="3F"/>
      </w:tcPr>
    </w:tblStylePr>
    <w:tblStylePr w:type="band1Horz">
      <w:tblPr/>
      <w:tcPr>
        <w:tcBorders>
          <w:top w:val="nil"/>
          <w:bottom w:val="nil"/>
          <w:insideH w:val="nil"/>
          <w:insideV w:val="nil"/>
        </w:tcBorders>
        <w:shd w:val="clear" w:color="auto" w:fill="D0E8F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tblBorders>
    </w:tblPr>
    <w:tblStylePr w:type="firstRow">
      <w:rPr>
        <w:sz w:val="24"/>
        <w:szCs w:val="24"/>
      </w:rPr>
      <w:tblPr/>
      <w:tcPr>
        <w:tcBorders>
          <w:top w:val="nil"/>
          <w:left w:val="nil"/>
          <w:bottom w:val="single" w:sz="24" w:space="0" w:color="5982DB" w:themeColor="accent6"/>
          <w:right w:val="nil"/>
          <w:insideH w:val="nil"/>
          <w:insideV w:val="nil"/>
        </w:tcBorders>
        <w:shd w:val="clear" w:color="auto" w:fill="FFFFFF" w:themeFill="background1"/>
      </w:tcPr>
    </w:tblStylePr>
    <w:tblStylePr w:type="lastRow">
      <w:tblPr/>
      <w:tcPr>
        <w:tcBorders>
          <w:top w:val="single" w:sz="8" w:space="0" w:color="5982D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82DB" w:themeColor="accent6"/>
          <w:insideH w:val="nil"/>
          <w:insideV w:val="nil"/>
        </w:tcBorders>
        <w:shd w:val="clear" w:color="auto" w:fill="FFFFFF" w:themeFill="background1"/>
      </w:tcPr>
    </w:tblStylePr>
    <w:tblStylePr w:type="lastCol">
      <w:tblPr/>
      <w:tcPr>
        <w:tcBorders>
          <w:top w:val="nil"/>
          <w:left w:val="single" w:sz="8" w:space="0" w:color="5982D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FF6" w:themeFill="accent6" w:themeFillTint="3F"/>
      </w:tcPr>
    </w:tblStylePr>
    <w:tblStylePr w:type="band1Horz">
      <w:tblPr/>
      <w:tcPr>
        <w:tcBorders>
          <w:top w:val="nil"/>
          <w:bottom w:val="nil"/>
          <w:insideH w:val="nil"/>
          <w:insideV w:val="nil"/>
        </w:tcBorders>
        <w:shd w:val="clear" w:color="auto" w:fill="D5DF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insideV w:val="single" w:sz="8" w:space="0" w:color="CB3EC7" w:themeColor="accent1" w:themeTint="BF"/>
      </w:tblBorders>
    </w:tblPr>
    <w:tcPr>
      <w:shd w:val="clear" w:color="auto" w:fill="EEBFEC" w:themeFill="accent1" w:themeFillTint="3F"/>
    </w:tcPr>
    <w:tblStylePr w:type="firstRow">
      <w:rPr>
        <w:b/>
        <w:bCs/>
      </w:rPr>
    </w:tblStylePr>
    <w:tblStylePr w:type="lastRow">
      <w:rPr>
        <w:b/>
        <w:bCs/>
      </w:rPr>
      <w:tblPr/>
      <w:tcPr>
        <w:tcBorders>
          <w:top w:val="single" w:sz="18" w:space="0" w:color="CB3EC7" w:themeColor="accent1" w:themeTint="BF"/>
        </w:tcBorders>
      </w:tcPr>
    </w:tblStylePr>
    <w:tblStylePr w:type="firstCol">
      <w:rPr>
        <w:b/>
        <w:bCs/>
      </w:rPr>
    </w:tblStylePr>
    <w:tblStylePr w:type="lastCol">
      <w:rPr>
        <w:b/>
        <w:bCs/>
      </w:rPr>
    </w:tblStylePr>
    <w:tblStylePr w:type="band1Vert">
      <w:tblPr/>
      <w:tcPr>
        <w:shd w:val="clear" w:color="auto" w:fill="DC7FD9" w:themeFill="accent1" w:themeFillTint="7F"/>
      </w:tcPr>
    </w:tblStylePr>
    <w:tblStylePr w:type="band1Horz">
      <w:tblPr/>
      <w:tcPr>
        <w:shd w:val="clear" w:color="auto" w:fill="DC7FD9"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single" w:sz="8" w:space="0" w:color="B381DE" w:themeColor="accent2" w:themeTint="BF"/>
        <w:insideV w:val="single" w:sz="8" w:space="0" w:color="B381DE" w:themeColor="accent2" w:themeTint="BF"/>
      </w:tblBorders>
    </w:tblPr>
    <w:tcPr>
      <w:shd w:val="clear" w:color="auto" w:fill="E6D5F4" w:themeFill="accent2" w:themeFillTint="3F"/>
    </w:tcPr>
    <w:tblStylePr w:type="firstRow">
      <w:rPr>
        <w:b/>
        <w:bCs/>
      </w:rPr>
    </w:tblStylePr>
    <w:tblStylePr w:type="lastRow">
      <w:rPr>
        <w:b/>
        <w:bCs/>
      </w:rPr>
      <w:tblPr/>
      <w:tcPr>
        <w:tcBorders>
          <w:top w:val="single" w:sz="18" w:space="0" w:color="B381DE" w:themeColor="accent2" w:themeTint="BF"/>
        </w:tcBorders>
      </w:tcPr>
    </w:tblStylePr>
    <w:tblStylePr w:type="firstCol">
      <w:rPr>
        <w:b/>
        <w:bCs/>
      </w:rPr>
    </w:tblStylePr>
    <w:tblStylePr w:type="lastCol">
      <w:rPr>
        <w:b/>
        <w:bCs/>
      </w:rPr>
    </w:tblStylePr>
    <w:tblStylePr w:type="band1Vert">
      <w:tblPr/>
      <w:tcPr>
        <w:shd w:val="clear" w:color="auto" w:fill="CCABE9" w:themeFill="accent2" w:themeFillTint="7F"/>
      </w:tcPr>
    </w:tblStylePr>
    <w:tblStylePr w:type="band1Horz">
      <w:tblPr/>
      <w:tcPr>
        <w:shd w:val="clear" w:color="auto" w:fill="CCABE9"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single" w:sz="8" w:space="0" w:color="9785E2" w:themeColor="accent3" w:themeTint="BF"/>
        <w:insideV w:val="single" w:sz="8" w:space="0" w:color="9785E2" w:themeColor="accent3" w:themeTint="BF"/>
      </w:tblBorders>
    </w:tblPr>
    <w:tcPr>
      <w:shd w:val="clear" w:color="auto" w:fill="DCD6F5" w:themeFill="accent3" w:themeFillTint="3F"/>
    </w:tcPr>
    <w:tblStylePr w:type="firstRow">
      <w:rPr>
        <w:b/>
        <w:bCs/>
      </w:rPr>
    </w:tblStylePr>
    <w:tblStylePr w:type="lastRow">
      <w:rPr>
        <w:b/>
        <w:bCs/>
      </w:rPr>
      <w:tblPr/>
      <w:tcPr>
        <w:tcBorders>
          <w:top w:val="single" w:sz="18" w:space="0" w:color="9785E2" w:themeColor="accent3" w:themeTint="BF"/>
        </w:tcBorders>
      </w:tcPr>
    </w:tblStylePr>
    <w:tblStylePr w:type="firstCol">
      <w:rPr>
        <w:b/>
        <w:bCs/>
      </w:rPr>
    </w:tblStylePr>
    <w:tblStylePr w:type="lastCol">
      <w:rPr>
        <w:b/>
        <w:bCs/>
      </w:rPr>
    </w:tblStylePr>
    <w:tblStylePr w:type="band1Vert">
      <w:tblPr/>
      <w:tcPr>
        <w:shd w:val="clear" w:color="auto" w:fill="BAAEEC" w:themeFill="accent3" w:themeFillTint="7F"/>
      </w:tcPr>
    </w:tblStylePr>
    <w:tblStylePr w:type="band1Horz">
      <w:tblPr/>
      <w:tcPr>
        <w:shd w:val="clear" w:color="auto" w:fill="BAAEE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insideV w:val="single" w:sz="8" w:space="0" w:color="8C86C9" w:themeColor="accent4" w:themeTint="BF"/>
      </w:tblBorders>
    </w:tblPr>
    <w:tcPr>
      <w:shd w:val="clear" w:color="auto" w:fill="D9D7ED" w:themeFill="accent4" w:themeFillTint="3F"/>
    </w:tcPr>
    <w:tblStylePr w:type="firstRow">
      <w:rPr>
        <w:b/>
        <w:bCs/>
      </w:rPr>
    </w:tblStylePr>
    <w:tblStylePr w:type="lastRow">
      <w:rPr>
        <w:b/>
        <w:bCs/>
      </w:rPr>
      <w:tblPr/>
      <w:tcPr>
        <w:tcBorders>
          <w:top w:val="single" w:sz="18" w:space="0" w:color="8C86C9" w:themeColor="accent4" w:themeTint="BF"/>
        </w:tcBorders>
      </w:tcPr>
    </w:tblStylePr>
    <w:tblStylePr w:type="firstCol">
      <w:rPr>
        <w:b/>
        <w:bCs/>
      </w:rPr>
    </w:tblStylePr>
    <w:tblStylePr w:type="lastCol">
      <w:rPr>
        <w:b/>
        <w:bCs/>
      </w:rPr>
    </w:tblStylePr>
    <w:tblStylePr w:type="band1Vert">
      <w:tblPr/>
      <w:tcPr>
        <w:shd w:val="clear" w:color="auto" w:fill="B2AEDB" w:themeFill="accent4" w:themeFillTint="7F"/>
      </w:tcPr>
    </w:tblStylePr>
    <w:tblStylePr w:type="band1Horz">
      <w:tblPr/>
      <w:tcPr>
        <w:shd w:val="clear" w:color="auto" w:fill="B2AEDB"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single" w:sz="8" w:space="0" w:color="73BBF1" w:themeColor="accent5" w:themeTint="BF"/>
        <w:insideV w:val="single" w:sz="8" w:space="0" w:color="73BBF1" w:themeColor="accent5" w:themeTint="BF"/>
      </w:tblBorders>
    </w:tblPr>
    <w:tcPr>
      <w:shd w:val="clear" w:color="auto" w:fill="D0E8FA" w:themeFill="accent5" w:themeFillTint="3F"/>
    </w:tcPr>
    <w:tblStylePr w:type="firstRow">
      <w:rPr>
        <w:b/>
        <w:bCs/>
      </w:rPr>
    </w:tblStylePr>
    <w:tblStylePr w:type="lastRow">
      <w:rPr>
        <w:b/>
        <w:bCs/>
      </w:rPr>
      <w:tblPr/>
      <w:tcPr>
        <w:tcBorders>
          <w:top w:val="single" w:sz="18" w:space="0" w:color="73BBF1" w:themeColor="accent5" w:themeTint="BF"/>
        </w:tcBorders>
      </w:tcPr>
    </w:tblStylePr>
    <w:tblStylePr w:type="firstCol">
      <w:rPr>
        <w:b/>
        <w:bCs/>
      </w:rPr>
    </w:tblStylePr>
    <w:tblStylePr w:type="lastCol">
      <w:rPr>
        <w:b/>
        <w:bCs/>
      </w:rPr>
    </w:tblStylePr>
    <w:tblStylePr w:type="band1Vert">
      <w:tblPr/>
      <w:tcPr>
        <w:shd w:val="clear" w:color="auto" w:fill="A2D1F6" w:themeFill="accent5" w:themeFillTint="7F"/>
      </w:tcPr>
    </w:tblStylePr>
    <w:tblStylePr w:type="band1Horz">
      <w:tblPr/>
      <w:tcPr>
        <w:shd w:val="clear" w:color="auto" w:fill="A2D1F6"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single" w:sz="8" w:space="0" w:color="82A1E4" w:themeColor="accent6" w:themeTint="BF"/>
        <w:insideV w:val="single" w:sz="8" w:space="0" w:color="82A1E4" w:themeColor="accent6" w:themeTint="BF"/>
      </w:tblBorders>
    </w:tblPr>
    <w:tcPr>
      <w:shd w:val="clear" w:color="auto" w:fill="D5DFF6" w:themeFill="accent6" w:themeFillTint="3F"/>
    </w:tcPr>
    <w:tblStylePr w:type="firstRow">
      <w:rPr>
        <w:b/>
        <w:bCs/>
      </w:rPr>
    </w:tblStylePr>
    <w:tblStylePr w:type="lastRow">
      <w:rPr>
        <w:b/>
        <w:bCs/>
      </w:rPr>
      <w:tblPr/>
      <w:tcPr>
        <w:tcBorders>
          <w:top w:val="single" w:sz="18" w:space="0" w:color="82A1E4" w:themeColor="accent6" w:themeTint="BF"/>
        </w:tcBorders>
      </w:tcPr>
    </w:tblStylePr>
    <w:tblStylePr w:type="firstCol">
      <w:rPr>
        <w:b/>
        <w:bCs/>
      </w:rPr>
    </w:tblStylePr>
    <w:tblStylePr w:type="lastCol">
      <w:rPr>
        <w:b/>
        <w:bCs/>
      </w:rPr>
    </w:tblStylePr>
    <w:tblStylePr w:type="band1Vert">
      <w:tblPr/>
      <w:tcPr>
        <w:shd w:val="clear" w:color="auto" w:fill="ACC0ED" w:themeFill="accent6" w:themeFillTint="7F"/>
      </w:tcPr>
    </w:tblStylePr>
    <w:tblStylePr w:type="band1Horz">
      <w:tblPr/>
      <w:tcPr>
        <w:shd w:val="clear" w:color="auto" w:fill="ACC0ED"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insideH w:val="single" w:sz="8" w:space="0" w:color="92278F" w:themeColor="accent1"/>
        <w:insideV w:val="single" w:sz="8" w:space="0" w:color="92278F" w:themeColor="accent1"/>
      </w:tblBorders>
    </w:tblPr>
    <w:tcPr>
      <w:shd w:val="clear" w:color="auto" w:fill="EEBFEC" w:themeFill="accent1" w:themeFillTint="3F"/>
    </w:tcPr>
    <w:tblStylePr w:type="firstRow">
      <w:rPr>
        <w:b/>
        <w:bCs/>
        <w:color w:val="000000" w:themeColor="text1"/>
      </w:rPr>
      <w:tblPr/>
      <w:tcPr>
        <w:shd w:val="clear" w:color="auto" w:fill="F8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BF0" w:themeFill="accent1" w:themeFillTint="33"/>
      </w:tcPr>
    </w:tblStylePr>
    <w:tblStylePr w:type="band1Vert">
      <w:tblPr/>
      <w:tcPr>
        <w:shd w:val="clear" w:color="auto" w:fill="DC7FD9" w:themeFill="accent1" w:themeFillTint="7F"/>
      </w:tcPr>
    </w:tblStylePr>
    <w:tblStylePr w:type="band1Horz">
      <w:tblPr/>
      <w:tcPr>
        <w:tcBorders>
          <w:insideH w:val="single" w:sz="6" w:space="0" w:color="92278F" w:themeColor="accent1"/>
          <w:insideV w:val="single" w:sz="6" w:space="0" w:color="92278F" w:themeColor="accent1"/>
        </w:tcBorders>
        <w:shd w:val="clear" w:color="auto" w:fill="DC7F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insideH w:val="single" w:sz="8" w:space="0" w:color="9B57D3" w:themeColor="accent2"/>
        <w:insideV w:val="single" w:sz="8" w:space="0" w:color="9B57D3" w:themeColor="accent2"/>
      </w:tblBorders>
    </w:tblPr>
    <w:tcPr>
      <w:shd w:val="clear" w:color="auto" w:fill="E6D5F4" w:themeFill="accent2" w:themeFillTint="3F"/>
    </w:tcPr>
    <w:tblStylePr w:type="firstRow">
      <w:rPr>
        <w:b/>
        <w:bCs/>
        <w:color w:val="000000" w:themeColor="text1"/>
      </w:rPr>
      <w:tblPr/>
      <w:tcPr>
        <w:shd w:val="clear" w:color="auto" w:fill="F5EE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F6" w:themeFill="accent2" w:themeFillTint="33"/>
      </w:tcPr>
    </w:tblStylePr>
    <w:tblStylePr w:type="band1Vert">
      <w:tblPr/>
      <w:tcPr>
        <w:shd w:val="clear" w:color="auto" w:fill="CCABE9" w:themeFill="accent2" w:themeFillTint="7F"/>
      </w:tcPr>
    </w:tblStylePr>
    <w:tblStylePr w:type="band1Horz">
      <w:tblPr/>
      <w:tcPr>
        <w:tcBorders>
          <w:insideH w:val="single" w:sz="6" w:space="0" w:color="9B57D3" w:themeColor="accent2"/>
          <w:insideV w:val="single" w:sz="6" w:space="0" w:color="9B57D3" w:themeColor="accent2"/>
        </w:tcBorders>
        <w:shd w:val="clear" w:color="auto" w:fill="CCAB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insideH w:val="single" w:sz="8" w:space="0" w:color="755DD9" w:themeColor="accent3"/>
        <w:insideV w:val="single" w:sz="8" w:space="0" w:color="755DD9" w:themeColor="accent3"/>
      </w:tblBorders>
    </w:tblPr>
    <w:tcPr>
      <w:shd w:val="clear" w:color="auto" w:fill="DCD6F5" w:themeFill="accent3" w:themeFillTint="3F"/>
    </w:tcPr>
    <w:tblStylePr w:type="firstRow">
      <w:rPr>
        <w:b/>
        <w:bCs/>
        <w:color w:val="000000" w:themeColor="text1"/>
      </w:rPr>
      <w:tblPr/>
      <w:tcPr>
        <w:shd w:val="clear" w:color="auto" w:fill="F1EF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EF7" w:themeFill="accent3" w:themeFillTint="33"/>
      </w:tcPr>
    </w:tblStylePr>
    <w:tblStylePr w:type="band1Vert">
      <w:tblPr/>
      <w:tcPr>
        <w:shd w:val="clear" w:color="auto" w:fill="BAAEEC" w:themeFill="accent3" w:themeFillTint="7F"/>
      </w:tcPr>
    </w:tblStylePr>
    <w:tblStylePr w:type="band1Horz">
      <w:tblPr/>
      <w:tcPr>
        <w:tcBorders>
          <w:insideH w:val="single" w:sz="6" w:space="0" w:color="755DD9" w:themeColor="accent3"/>
          <w:insideV w:val="single" w:sz="6" w:space="0" w:color="755DD9" w:themeColor="accent3"/>
        </w:tcBorders>
        <w:shd w:val="clear" w:color="auto" w:fill="BAAEE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insideH w:val="single" w:sz="8" w:space="0" w:color="665EB8" w:themeColor="accent4"/>
        <w:insideV w:val="single" w:sz="8" w:space="0" w:color="665EB8" w:themeColor="accent4"/>
      </w:tblBorders>
    </w:tblPr>
    <w:tcPr>
      <w:shd w:val="clear" w:color="auto" w:fill="D9D7ED" w:themeFill="accent4" w:themeFillTint="3F"/>
    </w:tcPr>
    <w:tblStylePr w:type="firstRow">
      <w:rPr>
        <w:b/>
        <w:bCs/>
        <w:color w:val="000000" w:themeColor="text1"/>
      </w:rPr>
      <w:tblPr/>
      <w:tcPr>
        <w:shd w:val="clear" w:color="auto" w:fill="EFEF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EF0" w:themeFill="accent4" w:themeFillTint="33"/>
      </w:tcPr>
    </w:tblStylePr>
    <w:tblStylePr w:type="band1Vert">
      <w:tblPr/>
      <w:tcPr>
        <w:shd w:val="clear" w:color="auto" w:fill="B2AEDB" w:themeFill="accent4" w:themeFillTint="7F"/>
      </w:tcPr>
    </w:tblStylePr>
    <w:tblStylePr w:type="band1Horz">
      <w:tblPr/>
      <w:tcPr>
        <w:tcBorders>
          <w:insideH w:val="single" w:sz="6" w:space="0" w:color="665EB8" w:themeColor="accent4"/>
          <w:insideV w:val="single" w:sz="6" w:space="0" w:color="665EB8" w:themeColor="accent4"/>
        </w:tcBorders>
        <w:shd w:val="clear" w:color="auto" w:fill="B2AE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insideH w:val="single" w:sz="8" w:space="0" w:color="45A5ED" w:themeColor="accent5"/>
        <w:insideV w:val="single" w:sz="8" w:space="0" w:color="45A5ED" w:themeColor="accent5"/>
      </w:tblBorders>
    </w:tblPr>
    <w:tcPr>
      <w:shd w:val="clear" w:color="auto" w:fill="D0E8FA" w:themeFill="accent5" w:themeFillTint="3F"/>
    </w:tcPr>
    <w:tblStylePr w:type="firstRow">
      <w:rPr>
        <w:b/>
        <w:bCs/>
        <w:color w:val="000000" w:themeColor="text1"/>
      </w:rPr>
      <w:tblPr/>
      <w:tcPr>
        <w:shd w:val="clear" w:color="auto" w:fill="ECF6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CFB" w:themeFill="accent5" w:themeFillTint="33"/>
      </w:tcPr>
    </w:tblStylePr>
    <w:tblStylePr w:type="band1Vert">
      <w:tblPr/>
      <w:tcPr>
        <w:shd w:val="clear" w:color="auto" w:fill="A2D1F6" w:themeFill="accent5" w:themeFillTint="7F"/>
      </w:tcPr>
    </w:tblStylePr>
    <w:tblStylePr w:type="band1Horz">
      <w:tblPr/>
      <w:tcPr>
        <w:tcBorders>
          <w:insideH w:val="single" w:sz="6" w:space="0" w:color="45A5ED" w:themeColor="accent5"/>
          <w:insideV w:val="single" w:sz="6" w:space="0" w:color="45A5ED" w:themeColor="accent5"/>
        </w:tcBorders>
        <w:shd w:val="clear" w:color="auto" w:fill="A2D1F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insideH w:val="single" w:sz="8" w:space="0" w:color="5982DB" w:themeColor="accent6"/>
        <w:insideV w:val="single" w:sz="8" w:space="0" w:color="5982DB" w:themeColor="accent6"/>
      </w:tblBorders>
    </w:tblPr>
    <w:tcPr>
      <w:shd w:val="clear" w:color="auto" w:fill="D5DFF6" w:themeFill="accent6" w:themeFillTint="3F"/>
    </w:tcPr>
    <w:tblStylePr w:type="firstRow">
      <w:rPr>
        <w:b/>
        <w:bCs/>
        <w:color w:val="000000" w:themeColor="text1"/>
      </w:rPr>
      <w:tblPr/>
      <w:tcPr>
        <w:shd w:val="clear" w:color="auto" w:fill="EEF2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5F7" w:themeFill="accent6" w:themeFillTint="33"/>
      </w:tcPr>
    </w:tblStylePr>
    <w:tblStylePr w:type="band1Vert">
      <w:tblPr/>
      <w:tcPr>
        <w:shd w:val="clear" w:color="auto" w:fill="ACC0ED" w:themeFill="accent6" w:themeFillTint="7F"/>
      </w:tcPr>
    </w:tblStylePr>
    <w:tblStylePr w:type="band1Horz">
      <w:tblPr/>
      <w:tcPr>
        <w:tcBorders>
          <w:insideH w:val="single" w:sz="6" w:space="0" w:color="5982DB" w:themeColor="accent6"/>
          <w:insideV w:val="single" w:sz="6" w:space="0" w:color="5982DB" w:themeColor="accent6"/>
        </w:tcBorders>
        <w:shd w:val="clear" w:color="auto" w:fill="ACC0E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F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27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27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27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27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7F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7FD9"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5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57D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57D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57D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57D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AB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ABE9"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6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5D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5D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5D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5D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AEE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AEE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7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5EB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5EB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5EB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5EB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E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EDB"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8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A5E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A5E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1F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1F6"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F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82D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82D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82D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82D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C0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C0ED"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9227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134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D1D6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D1D6A" w:themeFill="accent1" w:themeFillShade="BF"/>
      </w:tcPr>
    </w:tblStylePr>
    <w:tblStylePr w:type="band1Vert">
      <w:tblPr/>
      <w:tcPr>
        <w:tcBorders>
          <w:top w:val="nil"/>
          <w:left w:val="nil"/>
          <w:bottom w:val="nil"/>
          <w:right w:val="nil"/>
          <w:insideH w:val="nil"/>
          <w:insideV w:val="nil"/>
        </w:tcBorders>
        <w:shd w:val="clear" w:color="auto" w:fill="6D1D6A" w:themeFill="accent1" w:themeFillShade="BF"/>
      </w:tcPr>
    </w:tblStylePr>
    <w:tblStylePr w:type="band1Horz">
      <w:tblPr/>
      <w:tcPr>
        <w:tcBorders>
          <w:top w:val="nil"/>
          <w:left w:val="nil"/>
          <w:bottom w:val="nil"/>
          <w:right w:val="nil"/>
          <w:insideH w:val="nil"/>
          <w:insideV w:val="nil"/>
        </w:tcBorders>
        <w:shd w:val="clear" w:color="auto" w:fill="6D1D6A"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9B57D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E7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52EB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52EB0" w:themeFill="accent2" w:themeFillShade="BF"/>
      </w:tcPr>
    </w:tblStylePr>
    <w:tblStylePr w:type="band1Vert">
      <w:tblPr/>
      <w:tcPr>
        <w:tcBorders>
          <w:top w:val="nil"/>
          <w:left w:val="nil"/>
          <w:bottom w:val="nil"/>
          <w:right w:val="nil"/>
          <w:insideH w:val="nil"/>
          <w:insideV w:val="nil"/>
        </w:tcBorders>
        <w:shd w:val="clear" w:color="auto" w:fill="752EB0" w:themeFill="accent2" w:themeFillShade="BF"/>
      </w:tcPr>
    </w:tblStylePr>
    <w:tblStylePr w:type="band1Horz">
      <w:tblPr/>
      <w:tcPr>
        <w:tcBorders>
          <w:top w:val="nil"/>
          <w:left w:val="nil"/>
          <w:bottom w:val="nil"/>
          <w:right w:val="nil"/>
          <w:insideH w:val="nil"/>
          <w:insideV w:val="nil"/>
        </w:tcBorders>
        <w:shd w:val="clear" w:color="auto" w:fill="752EB0"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755D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1D7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72CB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72CBB" w:themeFill="accent3" w:themeFillShade="BF"/>
      </w:tcPr>
    </w:tblStylePr>
    <w:tblStylePr w:type="band1Vert">
      <w:tblPr/>
      <w:tcPr>
        <w:tcBorders>
          <w:top w:val="nil"/>
          <w:left w:val="nil"/>
          <w:bottom w:val="nil"/>
          <w:right w:val="nil"/>
          <w:insideH w:val="nil"/>
          <w:insideV w:val="nil"/>
        </w:tcBorders>
        <w:shd w:val="clear" w:color="auto" w:fill="472CBB" w:themeFill="accent3" w:themeFillShade="BF"/>
      </w:tcPr>
    </w:tblStylePr>
    <w:tblStylePr w:type="band1Horz">
      <w:tblPr/>
      <w:tcPr>
        <w:tcBorders>
          <w:top w:val="nil"/>
          <w:left w:val="nil"/>
          <w:bottom w:val="nil"/>
          <w:right w:val="nil"/>
          <w:insideH w:val="nil"/>
          <w:insideV w:val="nil"/>
        </w:tcBorders>
        <w:shd w:val="clear" w:color="auto" w:fill="472CBB"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665EB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A5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63F9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63F90" w:themeFill="accent4" w:themeFillShade="BF"/>
      </w:tcPr>
    </w:tblStylePr>
    <w:tblStylePr w:type="band1Vert">
      <w:tblPr/>
      <w:tcPr>
        <w:tcBorders>
          <w:top w:val="nil"/>
          <w:left w:val="nil"/>
          <w:bottom w:val="nil"/>
          <w:right w:val="nil"/>
          <w:insideH w:val="nil"/>
          <w:insideV w:val="nil"/>
        </w:tcBorders>
        <w:shd w:val="clear" w:color="auto" w:fill="463F90" w:themeFill="accent4" w:themeFillShade="BF"/>
      </w:tcPr>
    </w:tblStylePr>
    <w:tblStylePr w:type="band1Horz">
      <w:tblPr/>
      <w:tcPr>
        <w:tcBorders>
          <w:top w:val="nil"/>
          <w:left w:val="nil"/>
          <w:bottom w:val="nil"/>
          <w:right w:val="nil"/>
          <w:insideH w:val="nil"/>
          <w:insideV w:val="nil"/>
        </w:tcBorders>
        <w:shd w:val="clear" w:color="auto" w:fill="463F90"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5A5E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4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7F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7FD0" w:themeFill="accent5" w:themeFillShade="BF"/>
      </w:tcPr>
    </w:tblStylePr>
    <w:tblStylePr w:type="band1Vert">
      <w:tblPr/>
      <w:tcPr>
        <w:tcBorders>
          <w:top w:val="nil"/>
          <w:left w:val="nil"/>
          <w:bottom w:val="nil"/>
          <w:right w:val="nil"/>
          <w:insideH w:val="nil"/>
          <w:insideV w:val="nil"/>
        </w:tcBorders>
        <w:shd w:val="clear" w:color="auto" w:fill="147FD0" w:themeFill="accent5" w:themeFillShade="BF"/>
      </w:tcPr>
    </w:tblStylePr>
    <w:tblStylePr w:type="band1Horz">
      <w:tblPr/>
      <w:tcPr>
        <w:tcBorders>
          <w:top w:val="nil"/>
          <w:left w:val="nil"/>
          <w:bottom w:val="nil"/>
          <w:right w:val="nil"/>
          <w:insideH w:val="nil"/>
          <w:insideV w:val="nil"/>
        </w:tcBorders>
        <w:shd w:val="clear" w:color="auto" w:fill="147FD0"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5982D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3A7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957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957BD" w:themeFill="accent6" w:themeFillShade="BF"/>
      </w:tcPr>
    </w:tblStylePr>
    <w:tblStylePr w:type="band1Vert">
      <w:tblPr/>
      <w:tcPr>
        <w:tcBorders>
          <w:top w:val="nil"/>
          <w:left w:val="nil"/>
          <w:bottom w:val="nil"/>
          <w:right w:val="nil"/>
          <w:insideH w:val="nil"/>
          <w:insideV w:val="nil"/>
        </w:tcBorders>
        <w:shd w:val="clear" w:color="auto" w:fill="2957BD" w:themeFill="accent6" w:themeFillShade="BF"/>
      </w:tcPr>
    </w:tblStylePr>
    <w:tblStylePr w:type="band1Horz">
      <w:tblPr/>
      <w:tcPr>
        <w:tcBorders>
          <w:top w:val="nil"/>
          <w:left w:val="nil"/>
          <w:bottom w:val="nil"/>
          <w:right w:val="nil"/>
          <w:insideH w:val="nil"/>
          <w:insideV w:val="nil"/>
        </w:tcBorders>
        <w:shd w:val="clear" w:color="auto" w:fill="2957BD"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9B57D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9B57D3" w:themeColor="accent2"/>
        <w:left w:val="single" w:sz="4" w:space="0" w:color="92278F" w:themeColor="accent1"/>
        <w:bottom w:val="single" w:sz="4" w:space="0" w:color="92278F" w:themeColor="accent1"/>
        <w:right w:val="single" w:sz="4" w:space="0" w:color="92278F" w:themeColor="accent1"/>
        <w:insideH w:val="single" w:sz="4" w:space="0" w:color="FFFFFF" w:themeColor="background1"/>
        <w:insideV w:val="single" w:sz="4" w:space="0" w:color="FFFFFF" w:themeColor="background1"/>
      </w:tblBorders>
    </w:tblPr>
    <w:tcPr>
      <w:shd w:val="clear" w:color="auto" w:fill="F8E5F7" w:themeFill="accent1" w:themeFillTint="19"/>
    </w:tcPr>
    <w:tblStylePr w:type="firstRow">
      <w:rPr>
        <w:b/>
        <w:bCs/>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1755" w:themeFill="accent1" w:themeFillShade="99"/>
      </w:tcPr>
    </w:tblStylePr>
    <w:tblStylePr w:type="firstCol">
      <w:rPr>
        <w:color w:val="FFFFFF" w:themeColor="background1"/>
      </w:rPr>
      <w:tblPr/>
      <w:tcPr>
        <w:tcBorders>
          <w:top w:val="nil"/>
          <w:left w:val="nil"/>
          <w:bottom w:val="nil"/>
          <w:right w:val="nil"/>
          <w:insideH w:val="single" w:sz="4" w:space="0" w:color="571755" w:themeColor="accent1" w:themeShade="99"/>
          <w:insideV w:val="nil"/>
        </w:tcBorders>
        <w:shd w:val="clear" w:color="auto" w:fill="5717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71755" w:themeFill="accent1" w:themeFillShade="99"/>
      </w:tcPr>
    </w:tblStylePr>
    <w:tblStylePr w:type="band1Vert">
      <w:tblPr/>
      <w:tcPr>
        <w:shd w:val="clear" w:color="auto" w:fill="E398E1" w:themeFill="accent1" w:themeFillTint="66"/>
      </w:tcPr>
    </w:tblStylePr>
    <w:tblStylePr w:type="band1Horz">
      <w:tblPr/>
      <w:tcPr>
        <w:shd w:val="clear" w:color="auto" w:fill="DC7F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9B57D3" w:themeColor="accent2"/>
        <w:left w:val="single" w:sz="4" w:space="0" w:color="9B57D3" w:themeColor="accent2"/>
        <w:bottom w:val="single" w:sz="4" w:space="0" w:color="9B57D3" w:themeColor="accent2"/>
        <w:right w:val="single" w:sz="4" w:space="0" w:color="9B57D3" w:themeColor="accent2"/>
        <w:insideH w:val="single" w:sz="4" w:space="0" w:color="FFFFFF" w:themeColor="background1"/>
        <w:insideV w:val="single" w:sz="4" w:space="0" w:color="FFFFFF" w:themeColor="background1"/>
      </w:tblBorders>
    </w:tblPr>
    <w:tcPr>
      <w:shd w:val="clear" w:color="auto" w:fill="F5EEFA" w:themeFill="accent2" w:themeFillTint="19"/>
    </w:tcPr>
    <w:tblStylePr w:type="firstRow">
      <w:rPr>
        <w:b/>
        <w:bCs/>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258D" w:themeFill="accent2" w:themeFillShade="99"/>
      </w:tcPr>
    </w:tblStylePr>
    <w:tblStylePr w:type="firstCol">
      <w:rPr>
        <w:color w:val="FFFFFF" w:themeColor="background1"/>
      </w:rPr>
      <w:tblPr/>
      <w:tcPr>
        <w:tcBorders>
          <w:top w:val="nil"/>
          <w:left w:val="nil"/>
          <w:bottom w:val="nil"/>
          <w:right w:val="nil"/>
          <w:insideH w:val="single" w:sz="4" w:space="0" w:color="5E258D" w:themeColor="accent2" w:themeShade="99"/>
          <w:insideV w:val="nil"/>
        </w:tcBorders>
        <w:shd w:val="clear" w:color="auto" w:fill="5E258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E258D" w:themeFill="accent2" w:themeFillShade="99"/>
      </w:tcPr>
    </w:tblStylePr>
    <w:tblStylePr w:type="band1Vert">
      <w:tblPr/>
      <w:tcPr>
        <w:shd w:val="clear" w:color="auto" w:fill="D6BBED" w:themeFill="accent2" w:themeFillTint="66"/>
      </w:tcPr>
    </w:tblStylePr>
    <w:tblStylePr w:type="band1Horz">
      <w:tblPr/>
      <w:tcPr>
        <w:shd w:val="clear" w:color="auto" w:fill="CCABE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665EB8" w:themeColor="accent4"/>
        <w:left w:val="single" w:sz="4" w:space="0" w:color="755DD9" w:themeColor="accent3"/>
        <w:bottom w:val="single" w:sz="4" w:space="0" w:color="755DD9" w:themeColor="accent3"/>
        <w:right w:val="single" w:sz="4" w:space="0" w:color="755DD9" w:themeColor="accent3"/>
        <w:insideH w:val="single" w:sz="4" w:space="0" w:color="FFFFFF" w:themeColor="background1"/>
        <w:insideV w:val="single" w:sz="4" w:space="0" w:color="FFFFFF" w:themeColor="background1"/>
      </w:tblBorders>
    </w:tblPr>
    <w:tcPr>
      <w:shd w:val="clear" w:color="auto" w:fill="F1EFFB" w:themeFill="accent3" w:themeFillTint="19"/>
    </w:tcPr>
    <w:tblStylePr w:type="firstRow">
      <w:rPr>
        <w:b/>
        <w:bCs/>
      </w:rPr>
      <w:tblPr/>
      <w:tcPr>
        <w:tcBorders>
          <w:top w:val="nil"/>
          <w:left w:val="nil"/>
          <w:bottom w:val="single" w:sz="24" w:space="0" w:color="665EB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396" w:themeFill="accent3" w:themeFillShade="99"/>
      </w:tcPr>
    </w:tblStylePr>
    <w:tblStylePr w:type="firstCol">
      <w:rPr>
        <w:color w:val="FFFFFF" w:themeColor="background1"/>
      </w:rPr>
      <w:tblPr/>
      <w:tcPr>
        <w:tcBorders>
          <w:top w:val="nil"/>
          <w:left w:val="nil"/>
          <w:bottom w:val="nil"/>
          <w:right w:val="nil"/>
          <w:insideH w:val="single" w:sz="4" w:space="0" w:color="392396" w:themeColor="accent3" w:themeShade="99"/>
          <w:insideV w:val="nil"/>
        </w:tcBorders>
        <w:shd w:val="clear" w:color="auto" w:fill="39239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92396" w:themeFill="accent3" w:themeFillShade="99"/>
      </w:tcPr>
    </w:tblStylePr>
    <w:tblStylePr w:type="band1Vert">
      <w:tblPr/>
      <w:tcPr>
        <w:shd w:val="clear" w:color="auto" w:fill="C7BEEF" w:themeFill="accent3" w:themeFillTint="66"/>
      </w:tcPr>
    </w:tblStylePr>
    <w:tblStylePr w:type="band1Horz">
      <w:tblPr/>
      <w:tcPr>
        <w:shd w:val="clear" w:color="auto" w:fill="BAAEE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755DD9" w:themeColor="accent3"/>
        <w:left w:val="single" w:sz="4" w:space="0" w:color="665EB8" w:themeColor="accent4"/>
        <w:bottom w:val="single" w:sz="4" w:space="0" w:color="665EB8" w:themeColor="accent4"/>
        <w:right w:val="single" w:sz="4" w:space="0" w:color="665EB8" w:themeColor="accent4"/>
        <w:insideH w:val="single" w:sz="4" w:space="0" w:color="FFFFFF" w:themeColor="background1"/>
        <w:insideV w:val="single" w:sz="4" w:space="0" w:color="FFFFFF" w:themeColor="background1"/>
      </w:tblBorders>
    </w:tblPr>
    <w:tcPr>
      <w:shd w:val="clear" w:color="auto" w:fill="EFEFF8" w:themeFill="accent4" w:themeFillTint="19"/>
    </w:tcPr>
    <w:tblStylePr w:type="firstRow">
      <w:rPr>
        <w:b/>
        <w:bCs/>
      </w:rPr>
      <w:tblPr/>
      <w:tcPr>
        <w:tcBorders>
          <w:top w:val="nil"/>
          <w:left w:val="nil"/>
          <w:bottom w:val="single" w:sz="24" w:space="0" w:color="755D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3373" w:themeFill="accent4" w:themeFillShade="99"/>
      </w:tcPr>
    </w:tblStylePr>
    <w:tblStylePr w:type="firstCol">
      <w:rPr>
        <w:color w:val="FFFFFF" w:themeColor="background1"/>
      </w:rPr>
      <w:tblPr/>
      <w:tcPr>
        <w:tcBorders>
          <w:top w:val="nil"/>
          <w:left w:val="nil"/>
          <w:bottom w:val="nil"/>
          <w:right w:val="nil"/>
          <w:insideH w:val="single" w:sz="4" w:space="0" w:color="383373" w:themeColor="accent4" w:themeShade="99"/>
          <w:insideV w:val="nil"/>
        </w:tcBorders>
        <w:shd w:val="clear" w:color="auto" w:fill="3833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3373" w:themeFill="accent4" w:themeFillShade="99"/>
      </w:tcPr>
    </w:tblStylePr>
    <w:tblStylePr w:type="band1Vert">
      <w:tblPr/>
      <w:tcPr>
        <w:shd w:val="clear" w:color="auto" w:fill="C1BEE2" w:themeFill="accent4" w:themeFillTint="66"/>
      </w:tcPr>
    </w:tblStylePr>
    <w:tblStylePr w:type="band1Horz">
      <w:tblPr/>
      <w:tcPr>
        <w:shd w:val="clear" w:color="auto" w:fill="B2AE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5982DB" w:themeColor="accent6"/>
        <w:left w:val="single" w:sz="4" w:space="0" w:color="45A5ED" w:themeColor="accent5"/>
        <w:bottom w:val="single" w:sz="4" w:space="0" w:color="45A5ED" w:themeColor="accent5"/>
        <w:right w:val="single" w:sz="4" w:space="0" w:color="45A5ED" w:themeColor="accent5"/>
        <w:insideH w:val="single" w:sz="4" w:space="0" w:color="FFFFFF" w:themeColor="background1"/>
        <w:insideV w:val="single" w:sz="4" w:space="0" w:color="FFFFFF" w:themeColor="background1"/>
      </w:tblBorders>
    </w:tblPr>
    <w:tcPr>
      <w:shd w:val="clear" w:color="auto" w:fill="ECF6FD" w:themeFill="accent5" w:themeFillTint="19"/>
    </w:tcPr>
    <w:tblStylePr w:type="firstRow">
      <w:rPr>
        <w:b/>
        <w:bCs/>
      </w:rPr>
      <w:tblPr/>
      <w:tcPr>
        <w:tcBorders>
          <w:top w:val="nil"/>
          <w:left w:val="nil"/>
          <w:bottom w:val="single" w:sz="24" w:space="0" w:color="5982D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6A7" w:themeFill="accent5" w:themeFillShade="99"/>
      </w:tcPr>
    </w:tblStylePr>
    <w:tblStylePr w:type="firstCol">
      <w:rPr>
        <w:color w:val="FFFFFF" w:themeColor="background1"/>
      </w:rPr>
      <w:tblPr/>
      <w:tcPr>
        <w:tcBorders>
          <w:top w:val="nil"/>
          <w:left w:val="nil"/>
          <w:bottom w:val="nil"/>
          <w:right w:val="nil"/>
          <w:insideH w:val="single" w:sz="4" w:space="0" w:color="1066A7" w:themeColor="accent5" w:themeShade="99"/>
          <w:insideV w:val="nil"/>
        </w:tcBorders>
        <w:shd w:val="clear" w:color="auto" w:fill="1066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66A7" w:themeFill="accent5" w:themeFillShade="99"/>
      </w:tcPr>
    </w:tblStylePr>
    <w:tblStylePr w:type="band1Vert">
      <w:tblPr/>
      <w:tcPr>
        <w:shd w:val="clear" w:color="auto" w:fill="B4DAF7" w:themeFill="accent5" w:themeFillTint="66"/>
      </w:tcPr>
    </w:tblStylePr>
    <w:tblStylePr w:type="band1Horz">
      <w:tblPr/>
      <w:tcPr>
        <w:shd w:val="clear" w:color="auto" w:fill="A2D1F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5A5ED" w:themeColor="accent5"/>
        <w:left w:val="single" w:sz="4" w:space="0" w:color="5982DB" w:themeColor="accent6"/>
        <w:bottom w:val="single" w:sz="4" w:space="0" w:color="5982DB" w:themeColor="accent6"/>
        <w:right w:val="single" w:sz="4" w:space="0" w:color="5982DB" w:themeColor="accent6"/>
        <w:insideH w:val="single" w:sz="4" w:space="0" w:color="FFFFFF" w:themeColor="background1"/>
        <w:insideV w:val="single" w:sz="4" w:space="0" w:color="FFFFFF" w:themeColor="background1"/>
      </w:tblBorders>
    </w:tblPr>
    <w:tcPr>
      <w:shd w:val="clear" w:color="auto" w:fill="EEF2FB" w:themeFill="accent6" w:themeFillTint="19"/>
    </w:tcPr>
    <w:tblStylePr w:type="firstRow">
      <w:rPr>
        <w:b/>
        <w:bCs/>
      </w:rPr>
      <w:tblPr/>
      <w:tcPr>
        <w:tcBorders>
          <w:top w:val="nil"/>
          <w:left w:val="nil"/>
          <w:bottom w:val="single" w:sz="24" w:space="0" w:color="45A5E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4697" w:themeFill="accent6" w:themeFillShade="99"/>
      </w:tcPr>
    </w:tblStylePr>
    <w:tblStylePr w:type="firstCol">
      <w:rPr>
        <w:color w:val="FFFFFF" w:themeColor="background1"/>
      </w:rPr>
      <w:tblPr/>
      <w:tcPr>
        <w:tcBorders>
          <w:top w:val="nil"/>
          <w:left w:val="nil"/>
          <w:bottom w:val="nil"/>
          <w:right w:val="nil"/>
          <w:insideH w:val="single" w:sz="4" w:space="0" w:color="214697" w:themeColor="accent6" w:themeShade="99"/>
          <w:insideV w:val="nil"/>
        </w:tcBorders>
        <w:shd w:val="clear" w:color="auto" w:fill="21469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14697" w:themeFill="accent6" w:themeFillShade="99"/>
      </w:tcPr>
    </w:tblStylePr>
    <w:tblStylePr w:type="band1Vert">
      <w:tblPr/>
      <w:tcPr>
        <w:shd w:val="clear" w:color="auto" w:fill="BCCCF0" w:themeFill="accent6" w:themeFillTint="66"/>
      </w:tcPr>
    </w:tblStylePr>
    <w:tblStylePr w:type="band1Horz">
      <w:tblPr/>
      <w:tcPr>
        <w:shd w:val="clear" w:color="auto" w:fill="ACC0ED"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D31BC" w:themeFill="accent2" w:themeFillShade="CC"/>
      </w:tcPr>
    </w:tblStylePr>
    <w:tblStylePr w:type="lastRow">
      <w:rPr>
        <w:b/>
        <w:bCs/>
        <w:color w:val="7D31B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F8E5F7" w:themeFill="accent1" w:themeFillTint="19"/>
    </w:tcPr>
    <w:tblStylePr w:type="firstRow">
      <w:rPr>
        <w:b/>
        <w:bCs/>
        <w:color w:val="FFFFFF" w:themeColor="background1"/>
      </w:rPr>
      <w:tblPr/>
      <w:tcPr>
        <w:tcBorders>
          <w:bottom w:val="single" w:sz="12" w:space="0" w:color="FFFFFF" w:themeColor="background1"/>
        </w:tcBorders>
        <w:shd w:val="clear" w:color="auto" w:fill="7D31BC" w:themeFill="accent2" w:themeFillShade="CC"/>
      </w:tcPr>
    </w:tblStylePr>
    <w:tblStylePr w:type="lastRow">
      <w:rPr>
        <w:b/>
        <w:bCs/>
        <w:color w:val="7D31B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FEC" w:themeFill="accent1" w:themeFillTint="3F"/>
      </w:tcPr>
    </w:tblStylePr>
    <w:tblStylePr w:type="band1Horz">
      <w:tblPr/>
      <w:tcPr>
        <w:shd w:val="clear" w:color="auto" w:fill="F1CBF0"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5EEFA" w:themeFill="accent2" w:themeFillTint="19"/>
    </w:tcPr>
    <w:tblStylePr w:type="firstRow">
      <w:rPr>
        <w:b/>
        <w:bCs/>
        <w:color w:val="FFFFFF" w:themeColor="background1"/>
      </w:rPr>
      <w:tblPr/>
      <w:tcPr>
        <w:tcBorders>
          <w:bottom w:val="single" w:sz="12" w:space="0" w:color="FFFFFF" w:themeColor="background1"/>
        </w:tcBorders>
        <w:shd w:val="clear" w:color="auto" w:fill="7D31BC" w:themeFill="accent2" w:themeFillShade="CC"/>
      </w:tcPr>
    </w:tblStylePr>
    <w:tblStylePr w:type="lastRow">
      <w:rPr>
        <w:b/>
        <w:bCs/>
        <w:color w:val="7D31B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5F4" w:themeFill="accent2" w:themeFillTint="3F"/>
      </w:tcPr>
    </w:tblStylePr>
    <w:tblStylePr w:type="band1Horz">
      <w:tblPr/>
      <w:tcPr>
        <w:shd w:val="clear" w:color="auto" w:fill="EADDF6"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1EFFB" w:themeFill="accent3" w:themeFillTint="19"/>
    </w:tcPr>
    <w:tblStylePr w:type="firstRow">
      <w:rPr>
        <w:b/>
        <w:bCs/>
        <w:color w:val="FFFFFF" w:themeColor="background1"/>
      </w:rPr>
      <w:tblPr/>
      <w:tcPr>
        <w:tcBorders>
          <w:bottom w:val="single" w:sz="12" w:space="0" w:color="FFFFFF" w:themeColor="background1"/>
        </w:tcBorders>
        <w:shd w:val="clear" w:color="auto" w:fill="4B449A" w:themeFill="accent4" w:themeFillShade="CC"/>
      </w:tcPr>
    </w:tblStylePr>
    <w:tblStylePr w:type="lastRow">
      <w:rPr>
        <w:b/>
        <w:bCs/>
        <w:color w:val="4B449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6F5" w:themeFill="accent3" w:themeFillTint="3F"/>
      </w:tcPr>
    </w:tblStylePr>
    <w:tblStylePr w:type="band1Horz">
      <w:tblPr/>
      <w:tcPr>
        <w:shd w:val="clear" w:color="auto" w:fill="E3DEF7"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FEFF8" w:themeFill="accent4" w:themeFillTint="19"/>
    </w:tcPr>
    <w:tblStylePr w:type="firstRow">
      <w:rPr>
        <w:b/>
        <w:bCs/>
        <w:color w:val="FFFFFF" w:themeColor="background1"/>
      </w:rPr>
      <w:tblPr/>
      <w:tcPr>
        <w:tcBorders>
          <w:bottom w:val="single" w:sz="12" w:space="0" w:color="FFFFFF" w:themeColor="background1"/>
        </w:tcBorders>
        <w:shd w:val="clear" w:color="auto" w:fill="4C2FC8" w:themeFill="accent3" w:themeFillShade="CC"/>
      </w:tcPr>
    </w:tblStylePr>
    <w:tblStylePr w:type="lastRow">
      <w:rPr>
        <w:b/>
        <w:bCs/>
        <w:color w:val="4C2FC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7ED" w:themeFill="accent4" w:themeFillTint="3F"/>
      </w:tcPr>
    </w:tblStylePr>
    <w:tblStylePr w:type="band1Horz">
      <w:tblPr/>
      <w:tcPr>
        <w:shd w:val="clear" w:color="auto" w:fill="E0DEF0"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CF6FD" w:themeFill="accent5" w:themeFillTint="19"/>
    </w:tcPr>
    <w:tblStylePr w:type="firstRow">
      <w:rPr>
        <w:b/>
        <w:bCs/>
        <w:color w:val="FFFFFF" w:themeColor="background1"/>
      </w:rPr>
      <w:tblPr/>
      <w:tcPr>
        <w:tcBorders>
          <w:bottom w:val="single" w:sz="12" w:space="0" w:color="FFFFFF" w:themeColor="background1"/>
        </w:tcBorders>
        <w:shd w:val="clear" w:color="auto" w:fill="2C5DCA" w:themeFill="accent6" w:themeFillShade="CC"/>
      </w:tcPr>
    </w:tblStylePr>
    <w:tblStylePr w:type="lastRow">
      <w:rPr>
        <w:b/>
        <w:bCs/>
        <w:color w:val="2C5D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8FA" w:themeFill="accent5" w:themeFillTint="3F"/>
      </w:tcPr>
    </w:tblStylePr>
    <w:tblStylePr w:type="band1Horz">
      <w:tblPr/>
      <w:tcPr>
        <w:shd w:val="clear" w:color="auto" w:fill="D9ECFB"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EF2FB" w:themeFill="accent6" w:themeFillTint="19"/>
    </w:tcPr>
    <w:tblStylePr w:type="firstRow">
      <w:rPr>
        <w:b/>
        <w:bCs/>
        <w:color w:val="FFFFFF" w:themeColor="background1"/>
      </w:rPr>
      <w:tblPr/>
      <w:tcPr>
        <w:tcBorders>
          <w:bottom w:val="single" w:sz="12" w:space="0" w:color="FFFFFF" w:themeColor="background1"/>
        </w:tcBorders>
        <w:shd w:val="clear" w:color="auto" w:fill="1588DF" w:themeFill="accent5" w:themeFillShade="CC"/>
      </w:tcPr>
    </w:tblStylePr>
    <w:tblStylePr w:type="lastRow">
      <w:rPr>
        <w:b/>
        <w:bCs/>
        <w:color w:val="1588D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FF6" w:themeFill="accent6" w:themeFillTint="3F"/>
      </w:tcPr>
    </w:tblStylePr>
    <w:tblStylePr w:type="band1Horz">
      <w:tblPr/>
      <w:tcPr>
        <w:shd w:val="clear" w:color="auto" w:fill="DDE5F7"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CBF0" w:themeFill="accent1" w:themeFillTint="33"/>
    </w:tcPr>
    <w:tblStylePr w:type="firstRow">
      <w:rPr>
        <w:b/>
        <w:bCs/>
      </w:rPr>
      <w:tblPr/>
      <w:tcPr>
        <w:shd w:val="clear" w:color="auto" w:fill="E398E1" w:themeFill="accent1" w:themeFillTint="66"/>
      </w:tcPr>
    </w:tblStylePr>
    <w:tblStylePr w:type="lastRow">
      <w:rPr>
        <w:b/>
        <w:bCs/>
        <w:color w:val="000000" w:themeColor="text1"/>
      </w:rPr>
      <w:tblPr/>
      <w:tcPr>
        <w:shd w:val="clear" w:color="auto" w:fill="E398E1" w:themeFill="accent1" w:themeFillTint="66"/>
      </w:tcPr>
    </w:tblStylePr>
    <w:tblStylePr w:type="firstCol">
      <w:rPr>
        <w:color w:val="FFFFFF" w:themeColor="background1"/>
      </w:rPr>
      <w:tblPr/>
      <w:tcPr>
        <w:shd w:val="clear" w:color="auto" w:fill="6D1D6A" w:themeFill="accent1" w:themeFillShade="BF"/>
      </w:tcPr>
    </w:tblStylePr>
    <w:tblStylePr w:type="lastCol">
      <w:rPr>
        <w:color w:val="FFFFFF" w:themeColor="background1"/>
      </w:rPr>
      <w:tblPr/>
      <w:tcPr>
        <w:shd w:val="clear" w:color="auto" w:fill="6D1D6A" w:themeFill="accent1" w:themeFillShade="BF"/>
      </w:tcPr>
    </w:tblStylePr>
    <w:tblStylePr w:type="band1Vert">
      <w:tblPr/>
      <w:tcPr>
        <w:shd w:val="clear" w:color="auto" w:fill="DC7FD9" w:themeFill="accent1" w:themeFillTint="7F"/>
      </w:tcPr>
    </w:tblStylePr>
    <w:tblStylePr w:type="band1Horz">
      <w:tblPr/>
      <w:tcPr>
        <w:shd w:val="clear" w:color="auto" w:fill="DC7FD9"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F6" w:themeFill="accent2" w:themeFillTint="33"/>
    </w:tcPr>
    <w:tblStylePr w:type="firstRow">
      <w:rPr>
        <w:b/>
        <w:bCs/>
      </w:rPr>
      <w:tblPr/>
      <w:tcPr>
        <w:shd w:val="clear" w:color="auto" w:fill="D6BBED" w:themeFill="accent2" w:themeFillTint="66"/>
      </w:tcPr>
    </w:tblStylePr>
    <w:tblStylePr w:type="lastRow">
      <w:rPr>
        <w:b/>
        <w:bCs/>
        <w:color w:val="000000" w:themeColor="text1"/>
      </w:rPr>
      <w:tblPr/>
      <w:tcPr>
        <w:shd w:val="clear" w:color="auto" w:fill="D6BBED" w:themeFill="accent2" w:themeFillTint="66"/>
      </w:tcPr>
    </w:tblStylePr>
    <w:tblStylePr w:type="firstCol">
      <w:rPr>
        <w:color w:val="FFFFFF" w:themeColor="background1"/>
      </w:rPr>
      <w:tblPr/>
      <w:tcPr>
        <w:shd w:val="clear" w:color="auto" w:fill="752EB0" w:themeFill="accent2" w:themeFillShade="BF"/>
      </w:tcPr>
    </w:tblStylePr>
    <w:tblStylePr w:type="lastCol">
      <w:rPr>
        <w:color w:val="FFFFFF" w:themeColor="background1"/>
      </w:rPr>
      <w:tblPr/>
      <w:tcPr>
        <w:shd w:val="clear" w:color="auto" w:fill="752EB0" w:themeFill="accent2" w:themeFillShade="BF"/>
      </w:tcPr>
    </w:tblStylePr>
    <w:tblStylePr w:type="band1Vert">
      <w:tblPr/>
      <w:tcPr>
        <w:shd w:val="clear" w:color="auto" w:fill="CCABE9" w:themeFill="accent2" w:themeFillTint="7F"/>
      </w:tcPr>
    </w:tblStylePr>
    <w:tblStylePr w:type="band1Horz">
      <w:tblPr/>
      <w:tcPr>
        <w:shd w:val="clear" w:color="auto" w:fill="CCABE9"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EF7" w:themeFill="accent3" w:themeFillTint="33"/>
    </w:tcPr>
    <w:tblStylePr w:type="firstRow">
      <w:rPr>
        <w:b/>
        <w:bCs/>
      </w:rPr>
      <w:tblPr/>
      <w:tcPr>
        <w:shd w:val="clear" w:color="auto" w:fill="C7BEEF" w:themeFill="accent3" w:themeFillTint="66"/>
      </w:tcPr>
    </w:tblStylePr>
    <w:tblStylePr w:type="lastRow">
      <w:rPr>
        <w:b/>
        <w:bCs/>
        <w:color w:val="000000" w:themeColor="text1"/>
      </w:rPr>
      <w:tblPr/>
      <w:tcPr>
        <w:shd w:val="clear" w:color="auto" w:fill="C7BEEF" w:themeFill="accent3" w:themeFillTint="66"/>
      </w:tcPr>
    </w:tblStylePr>
    <w:tblStylePr w:type="firstCol">
      <w:rPr>
        <w:color w:val="FFFFFF" w:themeColor="background1"/>
      </w:rPr>
      <w:tblPr/>
      <w:tcPr>
        <w:shd w:val="clear" w:color="auto" w:fill="472CBB" w:themeFill="accent3" w:themeFillShade="BF"/>
      </w:tcPr>
    </w:tblStylePr>
    <w:tblStylePr w:type="lastCol">
      <w:rPr>
        <w:color w:val="FFFFFF" w:themeColor="background1"/>
      </w:rPr>
      <w:tblPr/>
      <w:tcPr>
        <w:shd w:val="clear" w:color="auto" w:fill="472CBB" w:themeFill="accent3" w:themeFillShade="BF"/>
      </w:tcPr>
    </w:tblStylePr>
    <w:tblStylePr w:type="band1Vert">
      <w:tblPr/>
      <w:tcPr>
        <w:shd w:val="clear" w:color="auto" w:fill="BAAEEC" w:themeFill="accent3" w:themeFillTint="7F"/>
      </w:tcPr>
    </w:tblStylePr>
    <w:tblStylePr w:type="band1Horz">
      <w:tblPr/>
      <w:tcPr>
        <w:shd w:val="clear" w:color="auto" w:fill="BAAEE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EF0" w:themeFill="accent4" w:themeFillTint="33"/>
    </w:tcPr>
    <w:tblStylePr w:type="firstRow">
      <w:rPr>
        <w:b/>
        <w:bCs/>
      </w:rPr>
      <w:tblPr/>
      <w:tcPr>
        <w:shd w:val="clear" w:color="auto" w:fill="C1BEE2" w:themeFill="accent4" w:themeFillTint="66"/>
      </w:tcPr>
    </w:tblStylePr>
    <w:tblStylePr w:type="lastRow">
      <w:rPr>
        <w:b/>
        <w:bCs/>
        <w:color w:val="000000" w:themeColor="text1"/>
      </w:rPr>
      <w:tblPr/>
      <w:tcPr>
        <w:shd w:val="clear" w:color="auto" w:fill="C1BEE2" w:themeFill="accent4" w:themeFillTint="66"/>
      </w:tcPr>
    </w:tblStylePr>
    <w:tblStylePr w:type="firstCol">
      <w:rPr>
        <w:color w:val="FFFFFF" w:themeColor="background1"/>
      </w:rPr>
      <w:tblPr/>
      <w:tcPr>
        <w:shd w:val="clear" w:color="auto" w:fill="463F90" w:themeFill="accent4" w:themeFillShade="BF"/>
      </w:tcPr>
    </w:tblStylePr>
    <w:tblStylePr w:type="lastCol">
      <w:rPr>
        <w:color w:val="FFFFFF" w:themeColor="background1"/>
      </w:rPr>
      <w:tblPr/>
      <w:tcPr>
        <w:shd w:val="clear" w:color="auto" w:fill="463F90" w:themeFill="accent4" w:themeFillShade="BF"/>
      </w:tcPr>
    </w:tblStylePr>
    <w:tblStylePr w:type="band1Vert">
      <w:tblPr/>
      <w:tcPr>
        <w:shd w:val="clear" w:color="auto" w:fill="B2AEDB" w:themeFill="accent4" w:themeFillTint="7F"/>
      </w:tcPr>
    </w:tblStylePr>
    <w:tblStylePr w:type="band1Horz">
      <w:tblPr/>
      <w:tcPr>
        <w:shd w:val="clear" w:color="auto" w:fill="B2AEDB"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CFB" w:themeFill="accent5" w:themeFillTint="33"/>
    </w:tcPr>
    <w:tblStylePr w:type="firstRow">
      <w:rPr>
        <w:b/>
        <w:bCs/>
      </w:rPr>
      <w:tblPr/>
      <w:tcPr>
        <w:shd w:val="clear" w:color="auto" w:fill="B4DAF7" w:themeFill="accent5" w:themeFillTint="66"/>
      </w:tcPr>
    </w:tblStylePr>
    <w:tblStylePr w:type="lastRow">
      <w:rPr>
        <w:b/>
        <w:bCs/>
        <w:color w:val="000000" w:themeColor="text1"/>
      </w:rPr>
      <w:tblPr/>
      <w:tcPr>
        <w:shd w:val="clear" w:color="auto" w:fill="B4DAF7" w:themeFill="accent5" w:themeFillTint="66"/>
      </w:tcPr>
    </w:tblStylePr>
    <w:tblStylePr w:type="firstCol">
      <w:rPr>
        <w:color w:val="FFFFFF" w:themeColor="background1"/>
      </w:rPr>
      <w:tblPr/>
      <w:tcPr>
        <w:shd w:val="clear" w:color="auto" w:fill="147FD0" w:themeFill="accent5" w:themeFillShade="BF"/>
      </w:tcPr>
    </w:tblStylePr>
    <w:tblStylePr w:type="lastCol">
      <w:rPr>
        <w:color w:val="FFFFFF" w:themeColor="background1"/>
      </w:rPr>
      <w:tblPr/>
      <w:tcPr>
        <w:shd w:val="clear" w:color="auto" w:fill="147FD0" w:themeFill="accent5" w:themeFillShade="BF"/>
      </w:tcPr>
    </w:tblStylePr>
    <w:tblStylePr w:type="band1Vert">
      <w:tblPr/>
      <w:tcPr>
        <w:shd w:val="clear" w:color="auto" w:fill="A2D1F6" w:themeFill="accent5" w:themeFillTint="7F"/>
      </w:tcPr>
    </w:tblStylePr>
    <w:tblStylePr w:type="band1Horz">
      <w:tblPr/>
      <w:tcPr>
        <w:shd w:val="clear" w:color="auto" w:fill="A2D1F6"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5F7" w:themeFill="accent6" w:themeFillTint="33"/>
    </w:tcPr>
    <w:tblStylePr w:type="firstRow">
      <w:rPr>
        <w:b/>
        <w:bCs/>
      </w:rPr>
      <w:tblPr/>
      <w:tcPr>
        <w:shd w:val="clear" w:color="auto" w:fill="BCCCF0" w:themeFill="accent6" w:themeFillTint="66"/>
      </w:tcPr>
    </w:tblStylePr>
    <w:tblStylePr w:type="lastRow">
      <w:rPr>
        <w:b/>
        <w:bCs/>
        <w:color w:val="000000" w:themeColor="text1"/>
      </w:rPr>
      <w:tblPr/>
      <w:tcPr>
        <w:shd w:val="clear" w:color="auto" w:fill="BCCCF0" w:themeFill="accent6" w:themeFillTint="66"/>
      </w:tcPr>
    </w:tblStylePr>
    <w:tblStylePr w:type="firstCol">
      <w:rPr>
        <w:color w:val="FFFFFF" w:themeColor="background1"/>
      </w:rPr>
      <w:tblPr/>
      <w:tcPr>
        <w:shd w:val="clear" w:color="auto" w:fill="2957BD" w:themeFill="accent6" w:themeFillShade="BF"/>
      </w:tcPr>
    </w:tblStylePr>
    <w:tblStylePr w:type="lastCol">
      <w:rPr>
        <w:color w:val="FFFFFF" w:themeColor="background1"/>
      </w:rPr>
      <w:tblPr/>
      <w:tcPr>
        <w:shd w:val="clear" w:color="auto" w:fill="2957BD" w:themeFill="accent6" w:themeFillShade="BF"/>
      </w:tcPr>
    </w:tblStylePr>
    <w:tblStylePr w:type="band1Vert">
      <w:tblPr/>
      <w:tcPr>
        <w:shd w:val="clear" w:color="auto" w:fill="ACC0ED" w:themeFill="accent6" w:themeFillTint="7F"/>
      </w:tcPr>
    </w:tblStylePr>
    <w:tblStylePr w:type="band1Horz">
      <w:tblPr/>
      <w:tcPr>
        <w:shd w:val="clear" w:color="auto" w:fill="ACC0ED" w:themeFill="accent6" w:themeFillTint="7F"/>
      </w:tcPr>
    </w:tblStylePr>
  </w:style>
  <w:style w:type="character" w:customStyle="1" w:styleId="bmdetailsoverlay">
    <w:name w:val="bm_details_overlay"/>
    <w:basedOn w:val="DefaultParagraphFont"/>
    <w:rsid w:val="00092396"/>
  </w:style>
  <w:style w:type="character" w:styleId="Hyperlink">
    <w:name w:val="Hyperlink"/>
    <w:basedOn w:val="DefaultParagraphFont"/>
    <w:uiPriority w:val="99"/>
    <w:unhideWhenUsed/>
    <w:rsid w:val="00092396"/>
    <w:rPr>
      <w:color w:val="0000FF"/>
      <w:u w:val="single"/>
    </w:rPr>
  </w:style>
  <w:style w:type="character" w:styleId="UnresolvedMention">
    <w:name w:val="Unresolved Mention"/>
    <w:basedOn w:val="DefaultParagraphFont"/>
    <w:uiPriority w:val="99"/>
    <w:semiHidden/>
    <w:unhideWhenUsed/>
    <w:rsid w:val="00987157"/>
    <w:rPr>
      <w:color w:val="605E5C"/>
      <w:shd w:val="clear" w:color="auto" w:fill="E1DFDD"/>
    </w:rPr>
  </w:style>
  <w:style w:type="character" w:styleId="CommentReference">
    <w:name w:val="annotation reference"/>
    <w:basedOn w:val="DefaultParagraphFont"/>
    <w:uiPriority w:val="99"/>
    <w:semiHidden/>
    <w:unhideWhenUsed/>
    <w:rsid w:val="00322081"/>
    <w:rPr>
      <w:sz w:val="16"/>
      <w:szCs w:val="16"/>
    </w:rPr>
  </w:style>
  <w:style w:type="paragraph" w:styleId="CommentText">
    <w:name w:val="annotation text"/>
    <w:basedOn w:val="Normal"/>
    <w:link w:val="CommentTextChar"/>
    <w:uiPriority w:val="99"/>
    <w:semiHidden/>
    <w:unhideWhenUsed/>
    <w:rsid w:val="00322081"/>
    <w:pPr>
      <w:spacing w:line="240" w:lineRule="auto"/>
    </w:pPr>
  </w:style>
  <w:style w:type="character" w:customStyle="1" w:styleId="CommentTextChar">
    <w:name w:val="Comment Text Char"/>
    <w:basedOn w:val="DefaultParagraphFont"/>
    <w:link w:val="CommentText"/>
    <w:uiPriority w:val="99"/>
    <w:semiHidden/>
    <w:rsid w:val="00322081"/>
  </w:style>
  <w:style w:type="paragraph" w:styleId="CommentSubject">
    <w:name w:val="annotation subject"/>
    <w:basedOn w:val="CommentText"/>
    <w:next w:val="CommentText"/>
    <w:link w:val="CommentSubjectChar"/>
    <w:uiPriority w:val="99"/>
    <w:semiHidden/>
    <w:unhideWhenUsed/>
    <w:rsid w:val="00322081"/>
    <w:rPr>
      <w:b/>
      <w:bCs/>
    </w:rPr>
  </w:style>
  <w:style w:type="character" w:customStyle="1" w:styleId="CommentSubjectChar">
    <w:name w:val="Comment Subject Char"/>
    <w:basedOn w:val="CommentTextChar"/>
    <w:link w:val="CommentSubject"/>
    <w:uiPriority w:val="99"/>
    <w:semiHidden/>
    <w:rsid w:val="00322081"/>
    <w:rPr>
      <w:b/>
      <w:bCs/>
    </w:rPr>
  </w:style>
  <w:style w:type="paragraph" w:styleId="BalloonText">
    <w:name w:val="Balloon Text"/>
    <w:basedOn w:val="Normal"/>
    <w:link w:val="BalloonTextChar"/>
    <w:uiPriority w:val="99"/>
    <w:semiHidden/>
    <w:unhideWhenUsed/>
    <w:rsid w:val="0032208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0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161872">
      <w:bodyDiv w:val="1"/>
      <w:marLeft w:val="0"/>
      <w:marRight w:val="0"/>
      <w:marTop w:val="0"/>
      <w:marBottom w:val="0"/>
      <w:divBdr>
        <w:top w:val="none" w:sz="0" w:space="0" w:color="auto"/>
        <w:left w:val="none" w:sz="0" w:space="0" w:color="auto"/>
        <w:bottom w:val="none" w:sz="0" w:space="0" w:color="auto"/>
        <w:right w:val="none" w:sz="0" w:space="0" w:color="auto"/>
      </w:divBdr>
    </w:div>
    <w:div w:id="275413126">
      <w:bodyDiv w:val="1"/>
      <w:marLeft w:val="0"/>
      <w:marRight w:val="0"/>
      <w:marTop w:val="0"/>
      <w:marBottom w:val="0"/>
      <w:divBdr>
        <w:top w:val="none" w:sz="0" w:space="0" w:color="auto"/>
        <w:left w:val="none" w:sz="0" w:space="0" w:color="auto"/>
        <w:bottom w:val="none" w:sz="0" w:space="0" w:color="auto"/>
        <w:right w:val="none" w:sz="0" w:space="0" w:color="auto"/>
      </w:divBdr>
    </w:div>
    <w:div w:id="1206137741">
      <w:bodyDiv w:val="1"/>
      <w:marLeft w:val="0"/>
      <w:marRight w:val="0"/>
      <w:marTop w:val="0"/>
      <w:marBottom w:val="0"/>
      <w:divBdr>
        <w:top w:val="none" w:sz="0" w:space="0" w:color="auto"/>
        <w:left w:val="none" w:sz="0" w:space="0" w:color="auto"/>
        <w:bottom w:val="none" w:sz="0" w:space="0" w:color="auto"/>
        <w:right w:val="none" w:sz="0" w:space="0" w:color="auto"/>
      </w:divBdr>
    </w:div>
    <w:div w:id="1480999923">
      <w:bodyDiv w:val="1"/>
      <w:marLeft w:val="0"/>
      <w:marRight w:val="0"/>
      <w:marTop w:val="0"/>
      <w:marBottom w:val="0"/>
      <w:divBdr>
        <w:top w:val="none" w:sz="0" w:space="0" w:color="auto"/>
        <w:left w:val="none" w:sz="0" w:space="0" w:color="auto"/>
        <w:bottom w:val="none" w:sz="0" w:space="0" w:color="auto"/>
        <w:right w:val="none" w:sz="0" w:space="0" w:color="auto"/>
      </w:divBdr>
    </w:div>
    <w:div w:id="182199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hyperlink" Target="https://pxhere.com/en/photo/832070" TargetMode="External"/><Relationship Id="rId12" Type="http://schemas.openxmlformats.org/officeDocument/2006/relationships/hyperlink" Target="http://www.pixnio.com/people/children-kids/young-cute-children-playing-garden-backyar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owan-smartstart.org?utm_source=chatgpt.com" TargetMode="External"/><Relationship Id="rId4" Type="http://schemas.openxmlformats.org/officeDocument/2006/relationships/settings" Target="settings.xml"/><Relationship Id="rId9" Type="http://schemas.openxmlformats.org/officeDocument/2006/relationships/hyperlink" Target="http://www.rowan-smartstart.org?utm_source=chatgpt.com" TargetMode="External"/><Relationship Id="rId14" Type="http://schemas.openxmlformats.org/officeDocument/2006/relationships/hyperlink" Target="https://www.rawpixel.com/search/playroom?page=1&amp;path=_topics%7C$free&amp;sort=curate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02BD8-E918-43DA-86D1-F584F66E7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2211</Words>
  <Characters>12603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14785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Betty Trujillo</cp:lastModifiedBy>
  <cp:revision>4</cp:revision>
  <cp:lastPrinted>2025-09-05T18:25:00Z</cp:lastPrinted>
  <dcterms:created xsi:type="dcterms:W3CDTF">2025-12-17T19:41:00Z</dcterms:created>
  <dcterms:modified xsi:type="dcterms:W3CDTF">2025-12-17T19:44:00Z</dcterms:modified>
  <cp:category/>
</cp:coreProperties>
</file>