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CB7FC5" w14:textId="77777777" w:rsidR="000640E2" w:rsidRDefault="004D3033">
      <w:pPr>
        <w:jc w:val="center"/>
      </w:pPr>
      <w:r>
        <w:rPr>
          <w:rFonts w:ascii="Aptos Display" w:hAnsi="Aptos Display"/>
          <w:b/>
          <w:color w:val="1F4E79"/>
          <w:sz w:val="30"/>
        </w:rPr>
        <w:t>CHEROKEE COUNTY COMMISSION ON ALCOHOL AND DRUG ABUSE</w:t>
      </w:r>
    </w:p>
    <w:p w14:paraId="19F16928" w14:textId="77777777" w:rsidR="000640E2" w:rsidRDefault="004D3033">
      <w:pPr>
        <w:spacing w:after="80"/>
        <w:jc w:val="center"/>
      </w:pPr>
      <w:r>
        <w:rPr>
          <w:rFonts w:ascii="Aptos Display" w:hAnsi="Aptos Display"/>
          <w:b/>
          <w:color w:val="1F4E79"/>
          <w:sz w:val="40"/>
        </w:rPr>
        <w:t>NOTICE OF UPCOMING BOARD MEETINGS</w:t>
      </w:r>
    </w:p>
    <w:p w14:paraId="5D5BED09" w14:textId="77777777" w:rsidR="000640E2" w:rsidRDefault="000640E2">
      <w:pPr>
        <w:pBdr>
          <w:bottom w:val="single" w:sz="12" w:space="1" w:color="1F4E79"/>
        </w:pBdr>
        <w:spacing w:after="240"/>
      </w:pPr>
    </w:p>
    <w:p w14:paraId="2AA15EE1" w14:textId="77777777" w:rsidR="000640E2" w:rsidRDefault="004D3033">
      <w:pPr>
        <w:spacing w:after="280"/>
        <w:jc w:val="center"/>
      </w:pPr>
      <w:r>
        <w:rPr>
          <w:sz w:val="23"/>
        </w:rPr>
        <w:t>The public is hereby notified of the following meetings of the CCCADA Board of Directors: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456"/>
        <w:gridCol w:w="3744"/>
        <w:gridCol w:w="2016"/>
      </w:tblGrid>
      <w:tr w:rsidR="000640E2" w14:paraId="3FDF4B64" w14:textId="77777777">
        <w:trPr>
          <w:jc w:val="center"/>
        </w:trPr>
        <w:tc>
          <w:tcPr>
            <w:tcW w:w="3456" w:type="dxa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  <w:shd w:val="clear" w:color="auto" w:fill="1F4E79"/>
            <w:vAlign w:val="center"/>
          </w:tcPr>
          <w:p w14:paraId="0BC1AF6A" w14:textId="77777777" w:rsidR="000640E2" w:rsidRDefault="004D3033">
            <w:pPr>
              <w:jc w:val="center"/>
            </w:pPr>
            <w:r>
              <w:rPr>
                <w:b/>
                <w:color w:val="FFFFFF"/>
                <w:sz w:val="21"/>
              </w:rPr>
              <w:t>MEETING</w:t>
            </w:r>
          </w:p>
        </w:tc>
        <w:tc>
          <w:tcPr>
            <w:tcW w:w="3744" w:type="dxa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  <w:shd w:val="clear" w:color="auto" w:fill="1F4E79"/>
            <w:vAlign w:val="center"/>
          </w:tcPr>
          <w:p w14:paraId="20732889" w14:textId="77777777" w:rsidR="000640E2" w:rsidRDefault="004D3033">
            <w:pPr>
              <w:jc w:val="center"/>
            </w:pPr>
            <w:r>
              <w:rPr>
                <w:b/>
                <w:color w:val="FFFFFF"/>
                <w:sz w:val="21"/>
              </w:rPr>
              <w:t>DATE</w:t>
            </w:r>
          </w:p>
        </w:tc>
        <w:tc>
          <w:tcPr>
            <w:tcW w:w="2016" w:type="dxa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  <w:shd w:val="clear" w:color="auto" w:fill="1F4E79"/>
            <w:vAlign w:val="center"/>
          </w:tcPr>
          <w:p w14:paraId="7CE6DDFE" w14:textId="77777777" w:rsidR="000640E2" w:rsidRDefault="004D3033">
            <w:pPr>
              <w:jc w:val="center"/>
            </w:pPr>
            <w:r>
              <w:rPr>
                <w:b/>
                <w:color w:val="FFFFFF"/>
                <w:sz w:val="21"/>
              </w:rPr>
              <w:t>TIME</w:t>
            </w:r>
          </w:p>
        </w:tc>
      </w:tr>
      <w:tr w:rsidR="000640E2" w14:paraId="242057E0" w14:textId="77777777">
        <w:trPr>
          <w:jc w:val="center"/>
        </w:trPr>
        <w:tc>
          <w:tcPr>
            <w:tcW w:w="3456" w:type="dxa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  <w:shd w:val="clear" w:color="auto" w:fill="EAF2F8"/>
            <w:vAlign w:val="center"/>
          </w:tcPr>
          <w:p w14:paraId="745C0761" w14:textId="77777777" w:rsidR="000640E2" w:rsidRDefault="004D3033">
            <w:pPr>
              <w:spacing w:after="40"/>
              <w:jc w:val="center"/>
            </w:pPr>
            <w:r>
              <w:rPr>
                <w:b/>
                <w:sz w:val="21"/>
              </w:rPr>
              <w:t>EMERGENCY BOARD MEETING</w:t>
            </w:r>
          </w:p>
        </w:tc>
        <w:tc>
          <w:tcPr>
            <w:tcW w:w="3744" w:type="dxa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  <w:shd w:val="clear" w:color="auto" w:fill="EAF2F8"/>
            <w:vAlign w:val="center"/>
          </w:tcPr>
          <w:p w14:paraId="0993FC18" w14:textId="77777777" w:rsidR="000640E2" w:rsidRDefault="004D3033">
            <w:pPr>
              <w:spacing w:after="40"/>
              <w:jc w:val="center"/>
            </w:pPr>
            <w:r>
              <w:rPr>
                <w:sz w:val="21"/>
              </w:rPr>
              <w:t>Monday, August 24, 2026</w:t>
            </w:r>
          </w:p>
        </w:tc>
        <w:tc>
          <w:tcPr>
            <w:tcW w:w="2016" w:type="dxa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  <w:shd w:val="clear" w:color="auto" w:fill="EAF2F8"/>
            <w:vAlign w:val="center"/>
          </w:tcPr>
          <w:p w14:paraId="0D3ACEE8" w14:textId="77777777" w:rsidR="000640E2" w:rsidRDefault="004D3033">
            <w:pPr>
              <w:spacing w:after="40"/>
              <w:jc w:val="center"/>
            </w:pPr>
            <w:r>
              <w:rPr>
                <w:sz w:val="21"/>
              </w:rPr>
              <w:t>6:00 p.m.</w:t>
            </w:r>
          </w:p>
        </w:tc>
      </w:tr>
      <w:tr w:rsidR="000640E2" w14:paraId="660E6AE5" w14:textId="77777777">
        <w:trPr>
          <w:jc w:val="center"/>
        </w:trPr>
        <w:tc>
          <w:tcPr>
            <w:tcW w:w="3456" w:type="dxa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  <w:vAlign w:val="center"/>
          </w:tcPr>
          <w:p w14:paraId="07D7EBB1" w14:textId="77777777" w:rsidR="000640E2" w:rsidRDefault="004D3033">
            <w:pPr>
              <w:spacing w:after="40"/>
              <w:jc w:val="center"/>
            </w:pPr>
            <w:r>
              <w:rPr>
                <w:b/>
                <w:sz w:val="21"/>
              </w:rPr>
              <w:t>REGULAR BOARD MEETING</w:t>
            </w:r>
          </w:p>
        </w:tc>
        <w:tc>
          <w:tcPr>
            <w:tcW w:w="3744" w:type="dxa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  <w:vAlign w:val="center"/>
          </w:tcPr>
          <w:p w14:paraId="0179AB70" w14:textId="77777777" w:rsidR="000640E2" w:rsidRDefault="004D3033">
            <w:pPr>
              <w:spacing w:after="40"/>
              <w:jc w:val="center"/>
            </w:pPr>
            <w:r>
              <w:rPr>
                <w:sz w:val="21"/>
              </w:rPr>
              <w:t>Monday, September 14, 2026</w:t>
            </w:r>
          </w:p>
        </w:tc>
        <w:tc>
          <w:tcPr>
            <w:tcW w:w="2016" w:type="dxa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  <w:vAlign w:val="center"/>
          </w:tcPr>
          <w:p w14:paraId="33B29BC4" w14:textId="77777777" w:rsidR="000640E2" w:rsidRDefault="004D3033">
            <w:pPr>
              <w:spacing w:after="40"/>
              <w:jc w:val="center"/>
            </w:pPr>
            <w:r>
              <w:rPr>
                <w:sz w:val="21"/>
              </w:rPr>
              <w:t>6:00 p.m.</w:t>
            </w:r>
          </w:p>
        </w:tc>
      </w:tr>
      <w:tr w:rsidR="000640E2" w14:paraId="38CBD636" w14:textId="77777777">
        <w:trPr>
          <w:jc w:val="center"/>
        </w:trPr>
        <w:tc>
          <w:tcPr>
            <w:tcW w:w="3456" w:type="dxa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  <w:shd w:val="clear" w:color="auto" w:fill="EAF2F8"/>
            <w:vAlign w:val="center"/>
          </w:tcPr>
          <w:p w14:paraId="5227BD7A" w14:textId="77777777" w:rsidR="000640E2" w:rsidRDefault="004D3033">
            <w:pPr>
              <w:spacing w:after="40"/>
              <w:jc w:val="center"/>
            </w:pPr>
            <w:r>
              <w:rPr>
                <w:b/>
                <w:sz w:val="21"/>
              </w:rPr>
              <w:t>REGULAR BOARD MEETING</w:t>
            </w:r>
          </w:p>
        </w:tc>
        <w:tc>
          <w:tcPr>
            <w:tcW w:w="3744" w:type="dxa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  <w:shd w:val="clear" w:color="auto" w:fill="EAF2F8"/>
            <w:vAlign w:val="center"/>
          </w:tcPr>
          <w:p w14:paraId="599CD13A" w14:textId="77777777" w:rsidR="000640E2" w:rsidRDefault="004D3033">
            <w:pPr>
              <w:spacing w:after="40"/>
              <w:jc w:val="center"/>
            </w:pPr>
            <w:r>
              <w:rPr>
                <w:sz w:val="21"/>
              </w:rPr>
              <w:t>Monday, December 14, 2026</w:t>
            </w:r>
          </w:p>
        </w:tc>
        <w:tc>
          <w:tcPr>
            <w:tcW w:w="2016" w:type="dxa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  <w:shd w:val="clear" w:color="auto" w:fill="EAF2F8"/>
            <w:vAlign w:val="center"/>
          </w:tcPr>
          <w:p w14:paraId="70138B17" w14:textId="77777777" w:rsidR="000640E2" w:rsidRDefault="004D3033">
            <w:pPr>
              <w:spacing w:after="40"/>
              <w:jc w:val="center"/>
            </w:pPr>
            <w:r>
              <w:rPr>
                <w:sz w:val="21"/>
              </w:rPr>
              <w:t>6:00 p.m.</w:t>
            </w:r>
          </w:p>
        </w:tc>
      </w:tr>
    </w:tbl>
    <w:p w14:paraId="7EE59BF9" w14:textId="77777777" w:rsidR="000640E2" w:rsidRDefault="004D3033">
      <w:pPr>
        <w:spacing w:before="320" w:after="80"/>
        <w:jc w:val="center"/>
      </w:pPr>
      <w:r>
        <w:rPr>
          <w:b/>
          <w:color w:val="1F4E79"/>
          <w:sz w:val="24"/>
        </w:rPr>
        <w:t>Meeting Location</w:t>
      </w:r>
    </w:p>
    <w:p w14:paraId="499D8ECD" w14:textId="77777777" w:rsidR="000640E2" w:rsidRDefault="004D3033">
      <w:pPr>
        <w:spacing w:after="240"/>
        <w:jc w:val="center"/>
      </w:pPr>
      <w:r>
        <w:t>Cherokee County Commission on Alcohol and Drug Abuse</w:t>
      </w:r>
      <w:r>
        <w:br/>
        <w:t>201 W. Montgomery Street, Gaffney, South Carolina</w:t>
      </w:r>
    </w:p>
    <w:p w14:paraId="3C7C2551" w14:textId="1480F6D1" w:rsidR="000640E2" w:rsidRDefault="004D3033">
      <w:pPr>
        <w:spacing w:before="80"/>
        <w:jc w:val="center"/>
      </w:pPr>
      <w:r>
        <w:rPr>
          <w:i/>
          <w:color w:val="595959"/>
          <w:sz w:val="19"/>
        </w:rPr>
        <w:t>Meeting dates, times, or locations are subject to change. Any changes will be posted</w:t>
      </w:r>
      <w:r w:rsidR="00294942">
        <w:rPr>
          <w:i/>
          <w:color w:val="595959"/>
          <w:sz w:val="19"/>
        </w:rPr>
        <w:t>.</w:t>
      </w:r>
    </w:p>
    <w:sectPr w:rsidR="000640E2" w:rsidSect="00034616">
      <w:footerReference w:type="default" r:id="rId8"/>
      <w:pgSz w:w="12240" w:h="15840"/>
      <w:pgMar w:top="1008" w:right="1224" w:bottom="1008" w:left="122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64E090" w14:textId="77777777" w:rsidR="004D3033" w:rsidRDefault="004D3033">
      <w:pPr>
        <w:spacing w:after="0" w:line="240" w:lineRule="auto"/>
      </w:pPr>
      <w:r>
        <w:separator/>
      </w:r>
    </w:p>
  </w:endnote>
  <w:endnote w:type="continuationSeparator" w:id="0">
    <w:p w14:paraId="4CB16E15" w14:textId="77777777" w:rsidR="004D3033" w:rsidRDefault="004D30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95710A" w14:textId="77777777" w:rsidR="000640E2" w:rsidRDefault="004D3033">
    <w:pPr>
      <w:pStyle w:val="Footer"/>
      <w:jc w:val="center"/>
    </w:pPr>
    <w:r>
      <w:rPr>
        <w:color w:val="757575"/>
        <w:sz w:val="17"/>
      </w:rPr>
      <w:t>CCCADA | Public Meeting Notice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151FB3" w14:textId="77777777" w:rsidR="004D3033" w:rsidRDefault="004D3033">
      <w:pPr>
        <w:spacing w:after="0" w:line="240" w:lineRule="auto"/>
      </w:pPr>
      <w:r>
        <w:separator/>
      </w:r>
    </w:p>
  </w:footnote>
  <w:footnote w:type="continuationSeparator" w:id="0">
    <w:p w14:paraId="743F2459" w14:textId="77777777" w:rsidR="004D3033" w:rsidRDefault="004D30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16032028">
    <w:abstractNumId w:val="8"/>
  </w:num>
  <w:num w:numId="2" w16cid:durableId="773668007">
    <w:abstractNumId w:val="6"/>
  </w:num>
  <w:num w:numId="3" w16cid:durableId="38747136">
    <w:abstractNumId w:val="5"/>
  </w:num>
  <w:num w:numId="4" w16cid:durableId="1764107635">
    <w:abstractNumId w:val="4"/>
  </w:num>
  <w:num w:numId="5" w16cid:durableId="1005010330">
    <w:abstractNumId w:val="7"/>
  </w:num>
  <w:num w:numId="6" w16cid:durableId="1353416137">
    <w:abstractNumId w:val="3"/>
  </w:num>
  <w:num w:numId="7" w16cid:durableId="1667903285">
    <w:abstractNumId w:val="2"/>
  </w:num>
  <w:num w:numId="8" w16cid:durableId="1150557549">
    <w:abstractNumId w:val="1"/>
  </w:num>
  <w:num w:numId="9" w16cid:durableId="19195521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640E2"/>
    <w:rsid w:val="0015074B"/>
    <w:rsid w:val="00294942"/>
    <w:rsid w:val="0029639D"/>
    <w:rsid w:val="00326F90"/>
    <w:rsid w:val="004D3033"/>
    <w:rsid w:val="00AA1D8D"/>
    <w:rsid w:val="00B47730"/>
    <w:rsid w:val="00CB0664"/>
    <w:rsid w:val="00DF0DB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8533A4C"/>
  <w14:defaultImageDpi w14:val="300"/>
  <w15:docId w15:val="{1B82A1C5-8DCC-4423-9986-80FB777C0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ptos" w:hAnsi="Aptos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580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CCCADA Upcoming Board Meetings 2026</dc:title>
  <dc:subject>Public notice of upcoming CCCADA Board meetings</dc:subject>
  <dc:creator>Cherokee County Commission on Alcohol and Drug Abuse</dc:creator>
  <cp:keywords/>
  <dc:description>generated by python-docx</dc:description>
  <cp:lastModifiedBy>Hollinger Stevens</cp:lastModifiedBy>
  <cp:revision>2</cp:revision>
  <dcterms:created xsi:type="dcterms:W3CDTF">2026-08-21T13:30:00Z</dcterms:created>
  <dcterms:modified xsi:type="dcterms:W3CDTF">2026-08-21T13:30:00Z</dcterms:modified>
  <cp:category/>
</cp:coreProperties>
</file>