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36E11" w14:textId="3E96CF4D" w:rsidR="008016B7" w:rsidRDefault="008016B7" w:rsidP="00EE1B5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A9B97C9" wp14:editId="18125ABF">
            <wp:extent cx="2493010" cy="920622"/>
            <wp:effectExtent l="0" t="0" r="0" b="0"/>
            <wp:docPr id="576173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73824" name="Picture 576173824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9184" y1="48260" x2="49184" y2="48260"/>
                                  <a14:foregroundMark x1="49184" y1="48608" x2="48032" y2="48380"/>
                                  <a14:foregroundMark x1="48260" y1="47804" x2="48260" y2="47804"/>
                                  <a14:foregroundMark x1="52544" y1="46988" x2="52544" y2="46988"/>
                                  <a14:foregroundMark x1="60067" y1="47912" x2="60067" y2="47912"/>
                                  <a14:foregroundMark x1="69102" y1="48032" x2="69102" y2="48032"/>
                                  <a14:foregroundMark x1="76278" y1="47912" x2="76278" y2="47912"/>
                                  <a14:foregroundMark x1="82637" y1="47912" x2="82637" y2="47912"/>
                                  <a14:foregroundMark x1="45020" y1="59611" x2="45020" y2="59611"/>
                                  <a14:foregroundMark x1="48956" y1="58219" x2="48956" y2="58219"/>
                                  <a14:foregroundMark x1="53012" y1="57643" x2="53012" y2="57643"/>
                                  <a14:foregroundMark x1="57403" y1="57643" x2="57403" y2="57643"/>
                                  <a14:foregroundMark x1="60883" y1="57643" x2="60883" y2="57643"/>
                                  <a14:foregroundMark x1="63895" y1="57523" x2="63895" y2="57523"/>
                                  <a14:foregroundMark x1="68287" y1="57751" x2="68287" y2="5775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t="28618" b="2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9" cy="92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9345F" w14:textId="29FE933E" w:rsidR="006A0D0C" w:rsidRPr="00057EB9" w:rsidRDefault="00000000" w:rsidP="00EE1B54">
      <w:pPr>
        <w:jc w:val="center"/>
        <w:rPr>
          <w:rFonts w:asciiTheme="majorHAnsi" w:hAnsiTheme="majorHAnsi" w:cstheme="majorHAnsi"/>
          <w:b/>
          <w:bCs/>
          <w:sz w:val="56"/>
          <w:szCs w:val="56"/>
          <w:u w:val="single"/>
        </w:rPr>
      </w:pPr>
      <w:r w:rsidRPr="00057EB9">
        <w:rPr>
          <w:rFonts w:asciiTheme="majorHAnsi" w:hAnsiTheme="majorHAnsi" w:cstheme="majorHAnsi"/>
          <w:b/>
          <w:bCs/>
          <w:sz w:val="56"/>
          <w:szCs w:val="56"/>
          <w:u w:val="single"/>
        </w:rPr>
        <w:t>CoachLoop Mentorship Program – Goal Tracker</w:t>
      </w:r>
    </w:p>
    <w:p w14:paraId="52AAF601" w14:textId="77777777" w:rsidR="006A0D0C" w:rsidRPr="00EE1B54" w:rsidRDefault="00000000">
      <w:r w:rsidRPr="00EE1B54">
        <w:t>Mentee Name: ____________________________</w:t>
      </w:r>
    </w:p>
    <w:p w14:paraId="03AC67DF" w14:textId="77777777" w:rsidR="006A0D0C" w:rsidRPr="00EE1B54" w:rsidRDefault="00000000">
      <w:r w:rsidRPr="00EE1B54">
        <w:t>Mentor Name: ____________________________</w:t>
      </w:r>
    </w:p>
    <w:p w14:paraId="081991E2" w14:textId="77777777" w:rsidR="006A0D0C" w:rsidRPr="00EE1B54" w:rsidRDefault="00000000">
      <w:r w:rsidRPr="00EE1B54">
        <w:t>Program Start Date: ______________________</w:t>
      </w:r>
    </w:p>
    <w:p w14:paraId="57FE4399" w14:textId="77777777" w:rsidR="006A0D0C" w:rsidRPr="000E1614" w:rsidRDefault="00000000" w:rsidP="00F079F7">
      <w:pPr>
        <w:pStyle w:val="Heading1"/>
        <w:jc w:val="center"/>
        <w:rPr>
          <w:color w:val="auto"/>
          <w:u w:val="single"/>
        </w:rPr>
      </w:pPr>
      <w:r w:rsidRPr="000E1614">
        <w:rPr>
          <w:color w:val="auto"/>
          <w:u w:val="single"/>
        </w:rPr>
        <w:t>Short-Term Goals (3 Months)</w:t>
      </w:r>
    </w:p>
    <w:p w14:paraId="50741CC6" w14:textId="77777777" w:rsidR="006A0D0C" w:rsidRPr="00F079F7" w:rsidRDefault="00000000">
      <w:pPr>
        <w:pStyle w:val="Heading2"/>
        <w:rPr>
          <w:color w:val="auto"/>
          <w:u w:val="single"/>
        </w:rPr>
      </w:pPr>
      <w:r w:rsidRPr="00F079F7">
        <w:rPr>
          <w:color w:val="auto"/>
          <w:u w:val="single"/>
        </w:rPr>
        <w:t>Short-Term Goal 1</w:t>
      </w:r>
    </w:p>
    <w:p w14:paraId="1180A9C1" w14:textId="77777777" w:rsidR="006A0D0C" w:rsidRPr="00EE1B54" w:rsidRDefault="00000000">
      <w:r w:rsidRPr="00EE1B54">
        <w:t>Goal Description:</w:t>
      </w:r>
    </w:p>
    <w:p w14:paraId="0FFD1214" w14:textId="77777777" w:rsidR="006A0D0C" w:rsidRPr="00EE1B54" w:rsidRDefault="00000000">
      <w:r w:rsidRPr="00EE1B54">
        <w:t>Action Steps:</w:t>
      </w:r>
    </w:p>
    <w:p w14:paraId="7AAB4F3F" w14:textId="77777777" w:rsidR="006A0D0C" w:rsidRPr="00EE1B54" w:rsidRDefault="00000000">
      <w:r w:rsidRPr="00EE1B54">
        <w:t>Timeline/Deadline:</w:t>
      </w:r>
    </w:p>
    <w:p w14:paraId="190C16C1" w14:textId="77777777" w:rsidR="006A0D0C" w:rsidRPr="00EE1B54" w:rsidRDefault="00000000">
      <w:r w:rsidRPr="00EE1B54">
        <w:t>Progress Updates:</w:t>
      </w:r>
    </w:p>
    <w:p w14:paraId="7FD1AF1E" w14:textId="77777777" w:rsidR="006A0D0C" w:rsidRPr="00EE1B54" w:rsidRDefault="00000000">
      <w:r w:rsidRPr="00EE1B54">
        <w:t>Status (Not Started / In Progress / Completed):</w:t>
      </w:r>
      <w:r w:rsidRPr="00EE1B54">
        <w:br/>
      </w:r>
    </w:p>
    <w:p w14:paraId="2A381D44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Short-Term Goal 2</w:t>
      </w:r>
    </w:p>
    <w:p w14:paraId="45C78DD9" w14:textId="77777777" w:rsidR="006A0D0C" w:rsidRPr="00EE1B54" w:rsidRDefault="00000000">
      <w:r w:rsidRPr="00EE1B54">
        <w:t>Goal Description:</w:t>
      </w:r>
    </w:p>
    <w:p w14:paraId="13999700" w14:textId="77777777" w:rsidR="006A0D0C" w:rsidRPr="00EE1B54" w:rsidRDefault="00000000">
      <w:r w:rsidRPr="00EE1B54">
        <w:t>Action Steps:</w:t>
      </w:r>
    </w:p>
    <w:p w14:paraId="06429453" w14:textId="77777777" w:rsidR="006A0D0C" w:rsidRPr="00EE1B54" w:rsidRDefault="00000000">
      <w:r w:rsidRPr="00EE1B54">
        <w:t>Timeline/Deadline:</w:t>
      </w:r>
    </w:p>
    <w:p w14:paraId="4340E5E8" w14:textId="77777777" w:rsidR="006A0D0C" w:rsidRPr="00EE1B54" w:rsidRDefault="00000000">
      <w:r w:rsidRPr="00EE1B54">
        <w:t>Progress Updates:</w:t>
      </w:r>
    </w:p>
    <w:p w14:paraId="2BC0C023" w14:textId="77777777" w:rsidR="006A0D0C" w:rsidRPr="00EE1B54" w:rsidRDefault="00000000">
      <w:r w:rsidRPr="00EE1B54">
        <w:t>Status (Not Started / In Progress / Completed):</w:t>
      </w:r>
      <w:r w:rsidRPr="00EE1B54">
        <w:br/>
      </w:r>
    </w:p>
    <w:p w14:paraId="1C97C3CD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Short-Term Goal 3</w:t>
      </w:r>
    </w:p>
    <w:p w14:paraId="053F5516" w14:textId="77777777" w:rsidR="006A0D0C" w:rsidRPr="00EE1B54" w:rsidRDefault="00000000">
      <w:r w:rsidRPr="00EE1B54">
        <w:t>Goal Description:</w:t>
      </w:r>
    </w:p>
    <w:p w14:paraId="69AFD6A6" w14:textId="77777777" w:rsidR="006A0D0C" w:rsidRPr="00EE1B54" w:rsidRDefault="00000000">
      <w:r w:rsidRPr="00EE1B54">
        <w:lastRenderedPageBreak/>
        <w:t>Action Steps:</w:t>
      </w:r>
    </w:p>
    <w:p w14:paraId="19CA9E36" w14:textId="77777777" w:rsidR="006A0D0C" w:rsidRPr="00EE1B54" w:rsidRDefault="00000000">
      <w:r w:rsidRPr="00EE1B54">
        <w:t>Timeline/Deadline:</w:t>
      </w:r>
    </w:p>
    <w:p w14:paraId="0D24336B" w14:textId="77777777" w:rsidR="006A0D0C" w:rsidRPr="00EE1B54" w:rsidRDefault="00000000">
      <w:r w:rsidRPr="00EE1B54">
        <w:t>Progress Updates:</w:t>
      </w:r>
    </w:p>
    <w:p w14:paraId="50E4D7E4" w14:textId="77777777" w:rsidR="00F079F7" w:rsidRDefault="00000000" w:rsidP="00F079F7">
      <w:pPr>
        <w:pStyle w:val="NoSpacing"/>
        <w:rPr>
          <w:u w:val="single"/>
        </w:rPr>
      </w:pPr>
      <w:r w:rsidRPr="00EE1B54">
        <w:t>Status (Not Started / In Progress / Completed):</w:t>
      </w:r>
      <w:r w:rsidRPr="00EE1B54">
        <w:br/>
      </w:r>
    </w:p>
    <w:p w14:paraId="52ECA354" w14:textId="3EB8C185" w:rsidR="006A0D0C" w:rsidRPr="000E1614" w:rsidRDefault="00000000" w:rsidP="00F079F7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0E1614">
        <w:rPr>
          <w:rFonts w:asciiTheme="majorHAnsi" w:hAnsiTheme="majorHAnsi" w:cstheme="majorHAnsi"/>
          <w:b/>
          <w:bCs/>
          <w:sz w:val="28"/>
          <w:szCs w:val="28"/>
          <w:u w:val="single"/>
        </w:rPr>
        <w:t>Long-Term Goals (6–12 Months)</w:t>
      </w:r>
    </w:p>
    <w:p w14:paraId="5B42A75A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Long-Term Goal 1</w:t>
      </w:r>
    </w:p>
    <w:p w14:paraId="271B1FBB" w14:textId="77777777" w:rsidR="006A0D0C" w:rsidRPr="00EE1B54" w:rsidRDefault="00000000">
      <w:r w:rsidRPr="00EE1B54">
        <w:t>Goal Description:</w:t>
      </w:r>
    </w:p>
    <w:p w14:paraId="569D2252" w14:textId="77777777" w:rsidR="006A0D0C" w:rsidRPr="00EE1B54" w:rsidRDefault="00000000">
      <w:r w:rsidRPr="00EE1B54">
        <w:t>Action Steps:</w:t>
      </w:r>
    </w:p>
    <w:p w14:paraId="653A9860" w14:textId="77777777" w:rsidR="006A0D0C" w:rsidRPr="00EE1B54" w:rsidRDefault="00000000">
      <w:r w:rsidRPr="00EE1B54">
        <w:t>Timeline/Deadline:</w:t>
      </w:r>
    </w:p>
    <w:p w14:paraId="13F48CFE" w14:textId="77777777" w:rsidR="006A0D0C" w:rsidRPr="00EE1B54" w:rsidRDefault="00000000">
      <w:r w:rsidRPr="00EE1B54">
        <w:t>Progress Updates:</w:t>
      </w:r>
    </w:p>
    <w:p w14:paraId="27D1B841" w14:textId="77777777" w:rsidR="006A0D0C" w:rsidRPr="00EE1B54" w:rsidRDefault="00000000">
      <w:r w:rsidRPr="00EE1B54">
        <w:t>Status (Not Started / In Progress / Completed):</w:t>
      </w:r>
      <w:r w:rsidRPr="00EE1B54">
        <w:br/>
      </w:r>
    </w:p>
    <w:p w14:paraId="33965022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Long-Term Goal 2</w:t>
      </w:r>
    </w:p>
    <w:p w14:paraId="288CFCDF" w14:textId="77777777" w:rsidR="006A0D0C" w:rsidRPr="00EE1B54" w:rsidRDefault="00000000">
      <w:r w:rsidRPr="00EE1B54">
        <w:t>Goal Description:</w:t>
      </w:r>
    </w:p>
    <w:p w14:paraId="43CDCCA8" w14:textId="77777777" w:rsidR="006A0D0C" w:rsidRPr="00EE1B54" w:rsidRDefault="00000000">
      <w:r w:rsidRPr="00EE1B54">
        <w:t>Action Steps:</w:t>
      </w:r>
    </w:p>
    <w:p w14:paraId="4931141C" w14:textId="77777777" w:rsidR="006A0D0C" w:rsidRPr="00EE1B54" w:rsidRDefault="00000000">
      <w:r w:rsidRPr="00EE1B54">
        <w:t>Timeline/Deadline:</w:t>
      </w:r>
    </w:p>
    <w:p w14:paraId="7ADD5028" w14:textId="77777777" w:rsidR="006A0D0C" w:rsidRPr="00EE1B54" w:rsidRDefault="00000000">
      <w:r w:rsidRPr="00EE1B54">
        <w:t>Progress Updates:</w:t>
      </w:r>
    </w:p>
    <w:p w14:paraId="17591481" w14:textId="77777777" w:rsidR="006A0D0C" w:rsidRPr="00EE1B54" w:rsidRDefault="00000000">
      <w:r w:rsidRPr="00EE1B54">
        <w:t>Status (Not Started / In Progress / Completed):</w:t>
      </w:r>
      <w:r w:rsidRPr="00EE1B54">
        <w:br/>
      </w:r>
    </w:p>
    <w:p w14:paraId="4F746A03" w14:textId="77777777" w:rsidR="006A0D0C" w:rsidRPr="000E1614" w:rsidRDefault="00000000" w:rsidP="00146426">
      <w:pPr>
        <w:pStyle w:val="Heading1"/>
        <w:jc w:val="center"/>
        <w:rPr>
          <w:color w:val="auto"/>
          <w:u w:val="single"/>
        </w:rPr>
      </w:pPr>
      <w:r w:rsidRPr="000E1614">
        <w:rPr>
          <w:color w:val="auto"/>
          <w:u w:val="single"/>
        </w:rPr>
        <w:t>Monthly Progress Reflection</w:t>
      </w:r>
    </w:p>
    <w:p w14:paraId="4013C411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Month 1 Reflection</w:t>
      </w:r>
    </w:p>
    <w:p w14:paraId="515584E2" w14:textId="77777777" w:rsidR="006A0D0C" w:rsidRPr="00EE1B54" w:rsidRDefault="00000000">
      <w:r w:rsidRPr="00EE1B54">
        <w:t>What progress did you make toward your goals?</w:t>
      </w:r>
    </w:p>
    <w:p w14:paraId="58D7C198" w14:textId="77777777" w:rsidR="006A0D0C" w:rsidRPr="00EE1B54" w:rsidRDefault="00000000">
      <w:r w:rsidRPr="00EE1B54">
        <w:t>What challenges did you encounter?</w:t>
      </w:r>
    </w:p>
    <w:p w14:paraId="682AC8D8" w14:textId="77777777" w:rsidR="006A0D0C" w:rsidRPr="00EE1B54" w:rsidRDefault="00000000">
      <w:r w:rsidRPr="00EE1B54">
        <w:t>What will you focus on next month?</w:t>
      </w:r>
      <w:r w:rsidRPr="00EE1B54">
        <w:br/>
      </w:r>
    </w:p>
    <w:p w14:paraId="4C68047F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Month 2 Reflection</w:t>
      </w:r>
    </w:p>
    <w:p w14:paraId="4D8169E8" w14:textId="77777777" w:rsidR="006A0D0C" w:rsidRPr="00EE1B54" w:rsidRDefault="00000000">
      <w:r w:rsidRPr="00EE1B54">
        <w:t>What progress did you make toward your goals?</w:t>
      </w:r>
    </w:p>
    <w:p w14:paraId="78C8C717" w14:textId="77777777" w:rsidR="006A0D0C" w:rsidRPr="00EE1B54" w:rsidRDefault="00000000">
      <w:r w:rsidRPr="00EE1B54">
        <w:lastRenderedPageBreak/>
        <w:t>What challenges did you encounter?</w:t>
      </w:r>
    </w:p>
    <w:p w14:paraId="498AA714" w14:textId="77777777" w:rsidR="006A0D0C" w:rsidRPr="00EE1B54" w:rsidRDefault="00000000">
      <w:r w:rsidRPr="00EE1B54">
        <w:t>What will you focus on next month?</w:t>
      </w:r>
      <w:r w:rsidRPr="00EE1B54">
        <w:br/>
      </w:r>
    </w:p>
    <w:p w14:paraId="67388F7E" w14:textId="77777777" w:rsidR="006A0D0C" w:rsidRPr="00146426" w:rsidRDefault="00000000">
      <w:pPr>
        <w:pStyle w:val="Heading2"/>
        <w:rPr>
          <w:color w:val="auto"/>
          <w:u w:val="single"/>
        </w:rPr>
      </w:pPr>
      <w:r w:rsidRPr="00146426">
        <w:rPr>
          <w:color w:val="auto"/>
          <w:u w:val="single"/>
        </w:rPr>
        <w:t>Month 3 Reflection</w:t>
      </w:r>
    </w:p>
    <w:p w14:paraId="7FE5BDD2" w14:textId="77777777" w:rsidR="006A0D0C" w:rsidRPr="00EE1B54" w:rsidRDefault="00000000">
      <w:r w:rsidRPr="00EE1B54">
        <w:t>What progress did you make toward your goals?</w:t>
      </w:r>
    </w:p>
    <w:p w14:paraId="2BB01475" w14:textId="77777777" w:rsidR="006A0D0C" w:rsidRPr="00EE1B54" w:rsidRDefault="00000000">
      <w:r w:rsidRPr="00EE1B54">
        <w:t>What challenges did you encounter?</w:t>
      </w:r>
    </w:p>
    <w:p w14:paraId="1D0D8706" w14:textId="77777777" w:rsidR="006A0D0C" w:rsidRPr="00EE1B54" w:rsidRDefault="00000000">
      <w:r w:rsidRPr="00EE1B54">
        <w:t>What will you focus on next month?</w:t>
      </w:r>
      <w:r w:rsidRPr="00EE1B54">
        <w:br/>
      </w:r>
    </w:p>
    <w:sectPr w:rsidR="006A0D0C" w:rsidRPr="00EE1B54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8C9AC" w14:textId="77777777" w:rsidR="0080130A" w:rsidRDefault="0080130A" w:rsidP="004E6F1F">
      <w:pPr>
        <w:spacing w:after="0" w:line="240" w:lineRule="auto"/>
      </w:pPr>
      <w:r>
        <w:separator/>
      </w:r>
    </w:p>
  </w:endnote>
  <w:endnote w:type="continuationSeparator" w:id="0">
    <w:p w14:paraId="57340984" w14:textId="77777777" w:rsidR="0080130A" w:rsidRDefault="0080130A" w:rsidP="004E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1834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1EA527" w14:textId="3219A9AD" w:rsidR="004E6F1F" w:rsidRDefault="004E6F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49B77F" w14:textId="77777777" w:rsidR="004E6F1F" w:rsidRDefault="004E6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F183E" w14:textId="77777777" w:rsidR="0080130A" w:rsidRDefault="0080130A" w:rsidP="004E6F1F">
      <w:pPr>
        <w:spacing w:after="0" w:line="240" w:lineRule="auto"/>
      </w:pPr>
      <w:r>
        <w:separator/>
      </w:r>
    </w:p>
  </w:footnote>
  <w:footnote w:type="continuationSeparator" w:id="0">
    <w:p w14:paraId="369C46CE" w14:textId="77777777" w:rsidR="0080130A" w:rsidRDefault="0080130A" w:rsidP="004E6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59824048">
    <w:abstractNumId w:val="8"/>
  </w:num>
  <w:num w:numId="2" w16cid:durableId="1900939172">
    <w:abstractNumId w:val="6"/>
  </w:num>
  <w:num w:numId="3" w16cid:durableId="1512842725">
    <w:abstractNumId w:val="5"/>
  </w:num>
  <w:num w:numId="4" w16cid:durableId="1415086026">
    <w:abstractNumId w:val="4"/>
  </w:num>
  <w:num w:numId="5" w16cid:durableId="545265615">
    <w:abstractNumId w:val="7"/>
  </w:num>
  <w:num w:numId="6" w16cid:durableId="134568918">
    <w:abstractNumId w:val="3"/>
  </w:num>
  <w:num w:numId="7" w16cid:durableId="778065574">
    <w:abstractNumId w:val="2"/>
  </w:num>
  <w:num w:numId="8" w16cid:durableId="1329019656">
    <w:abstractNumId w:val="1"/>
  </w:num>
  <w:num w:numId="9" w16cid:durableId="1270352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7E09"/>
    <w:rsid w:val="00034616"/>
    <w:rsid w:val="00035876"/>
    <w:rsid w:val="00057EB9"/>
    <w:rsid w:val="0006063C"/>
    <w:rsid w:val="000E1614"/>
    <w:rsid w:val="00146426"/>
    <w:rsid w:val="0015074B"/>
    <w:rsid w:val="0029639D"/>
    <w:rsid w:val="00326F90"/>
    <w:rsid w:val="004E6F1F"/>
    <w:rsid w:val="006A0D0C"/>
    <w:rsid w:val="007A65B5"/>
    <w:rsid w:val="0080130A"/>
    <w:rsid w:val="008016B7"/>
    <w:rsid w:val="00A70B24"/>
    <w:rsid w:val="00AA1D8D"/>
    <w:rsid w:val="00B47730"/>
    <w:rsid w:val="00CB0664"/>
    <w:rsid w:val="00E81E8F"/>
    <w:rsid w:val="00EE1B54"/>
    <w:rsid w:val="00F0645E"/>
    <w:rsid w:val="00F079F7"/>
    <w:rsid w:val="00FC693F"/>
    <w:rsid w:val="00FE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EBAAB128-CD25-4E0E-8DC2-E1CA956E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SSC</cp:lastModifiedBy>
  <cp:revision>15</cp:revision>
  <dcterms:created xsi:type="dcterms:W3CDTF">2013-12-23T23:15:00Z</dcterms:created>
  <dcterms:modified xsi:type="dcterms:W3CDTF">2026-04-26T03:39:00Z</dcterms:modified>
  <cp:category/>
</cp:coreProperties>
</file>