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6CEE8" w14:textId="78D0B461" w:rsidR="00B55087" w:rsidRPr="00A93D3B" w:rsidRDefault="00000000" w:rsidP="00A93D3B">
      <w:pPr>
        <w:pStyle w:val="Heading1"/>
        <w:jc w:val="center"/>
        <w:rPr>
          <w:color w:val="auto"/>
          <w:sz w:val="56"/>
          <w:szCs w:val="56"/>
          <w:u w:val="single"/>
        </w:rPr>
      </w:pPr>
      <w:r w:rsidRPr="00A93D3B">
        <w:rPr>
          <w:color w:val="auto"/>
          <w:sz w:val="56"/>
          <w:szCs w:val="56"/>
          <w:u w:val="single"/>
        </w:rPr>
        <w:t>CoachLoop Mentor Quick Guide</w:t>
      </w:r>
    </w:p>
    <w:p w14:paraId="156C643D" w14:textId="31F50301" w:rsidR="00B55087" w:rsidRPr="001D569F" w:rsidRDefault="00000000" w:rsidP="001D569F">
      <w:pPr>
        <w:pStyle w:val="NoSpacing"/>
        <w:jc w:val="center"/>
        <w:rPr>
          <w:i/>
          <w:iCs/>
        </w:rPr>
      </w:pPr>
      <w:r w:rsidRPr="001D569F">
        <w:rPr>
          <w:i/>
          <w:iCs/>
        </w:rPr>
        <w:t>Guiding Questions for Effective Mentorship Meetings</w:t>
      </w:r>
      <w:r w:rsidRPr="001D569F">
        <w:rPr>
          <w:i/>
          <w:iCs/>
        </w:rPr>
        <w:br/>
      </w:r>
    </w:p>
    <w:p w14:paraId="7A4E3659" w14:textId="77777777" w:rsidR="00B55087" w:rsidRPr="00A93D3B" w:rsidRDefault="00000000">
      <w:pPr>
        <w:pStyle w:val="Heading1"/>
        <w:rPr>
          <w:color w:val="auto"/>
        </w:rPr>
      </w:pPr>
      <w:r w:rsidRPr="00A93D3B">
        <w:rPr>
          <w:color w:val="auto"/>
        </w:rPr>
        <w:t>1. EXECUTION (Are action steps being completed?)</w:t>
      </w:r>
    </w:p>
    <w:p w14:paraId="2587EB65" w14:textId="77777777" w:rsidR="00B55087" w:rsidRPr="00A93D3B" w:rsidRDefault="00000000">
      <w:r w:rsidRPr="00A93D3B">
        <w:t>- What specific actions have you completed since our last meeting?</w:t>
      </w:r>
      <w:r w:rsidRPr="00A93D3B">
        <w:br/>
        <w:t>- Which action steps did you not complete—and why?</w:t>
      </w:r>
      <w:r w:rsidRPr="00A93D3B">
        <w:br/>
        <w:t>- Are you on track with your timelines?</w:t>
      </w:r>
    </w:p>
    <w:p w14:paraId="6A5E4D4B" w14:textId="77777777" w:rsidR="00B55087" w:rsidRPr="00A93D3B" w:rsidRDefault="00000000">
      <w:pPr>
        <w:pStyle w:val="Heading1"/>
        <w:rPr>
          <w:color w:val="auto"/>
        </w:rPr>
      </w:pPr>
      <w:r w:rsidRPr="00A93D3B">
        <w:rPr>
          <w:color w:val="auto"/>
        </w:rPr>
        <w:t>2. CONSISTENCY (Is the mentee following through?)</w:t>
      </w:r>
    </w:p>
    <w:p w14:paraId="3EC81AA7" w14:textId="77777777" w:rsidR="00B55087" w:rsidRPr="00A93D3B" w:rsidRDefault="00000000">
      <w:r w:rsidRPr="00A93D3B">
        <w:t>- How consistently are you working toward your goals each week?</w:t>
      </w:r>
      <w:r w:rsidRPr="00A93D3B">
        <w:br/>
        <w:t>- What habits or routines have you built to stay on track?</w:t>
      </w:r>
      <w:r w:rsidRPr="00A93D3B">
        <w:br/>
        <w:t>- Where are you falling off, if at all?</w:t>
      </w:r>
    </w:p>
    <w:p w14:paraId="1DB33B6E" w14:textId="77777777" w:rsidR="00B55087" w:rsidRPr="00A93D3B" w:rsidRDefault="00000000">
      <w:pPr>
        <w:pStyle w:val="Heading1"/>
        <w:rPr>
          <w:color w:val="auto"/>
        </w:rPr>
      </w:pPr>
      <w:r w:rsidRPr="00A93D3B">
        <w:rPr>
          <w:color w:val="auto"/>
        </w:rPr>
        <w:t>3. OUTPUT (Are there tangible results?)</w:t>
      </w:r>
    </w:p>
    <w:p w14:paraId="7FFBBEBA" w14:textId="77777777" w:rsidR="00B55087" w:rsidRPr="00A93D3B" w:rsidRDefault="00000000">
      <w:r w:rsidRPr="00A93D3B">
        <w:t>- What measurable results do you have so far?</w:t>
      </w:r>
      <w:r w:rsidRPr="00A93D3B">
        <w:br/>
        <w:t xml:space="preserve">  (e.g., applications, connections, skills developed)</w:t>
      </w:r>
      <w:r w:rsidRPr="00A93D3B">
        <w:br/>
        <w:t>- What progress have you made toward your short-term goals?</w:t>
      </w:r>
      <w:r w:rsidRPr="00A93D3B">
        <w:br/>
        <w:t>- What evidence shows forward movement?</w:t>
      </w:r>
    </w:p>
    <w:p w14:paraId="77D0E89E" w14:textId="77777777" w:rsidR="00B55087" w:rsidRPr="00A93D3B" w:rsidRDefault="00000000">
      <w:pPr>
        <w:pStyle w:val="Heading1"/>
        <w:rPr>
          <w:color w:val="auto"/>
        </w:rPr>
      </w:pPr>
      <w:r w:rsidRPr="00A93D3B">
        <w:rPr>
          <w:color w:val="auto"/>
        </w:rPr>
        <w:t>4. CHALLENGES (What’s getting in the way?)</w:t>
      </w:r>
    </w:p>
    <w:p w14:paraId="2478E9C4" w14:textId="77777777" w:rsidR="00B55087" w:rsidRPr="00A93D3B" w:rsidRDefault="00000000">
      <w:r w:rsidRPr="00A93D3B">
        <w:t>- What obstacles are you currently facing?</w:t>
      </w:r>
      <w:r w:rsidRPr="00A93D3B">
        <w:br/>
        <w:t>- Where do you feel stuck?</w:t>
      </w:r>
      <w:r w:rsidRPr="00A93D3B">
        <w:br/>
        <w:t>- What support do you need from me?</w:t>
      </w:r>
    </w:p>
    <w:p w14:paraId="4DACBB20" w14:textId="77777777" w:rsidR="00B55087" w:rsidRPr="00A93D3B" w:rsidRDefault="00000000">
      <w:pPr>
        <w:pStyle w:val="Heading1"/>
        <w:rPr>
          <w:color w:val="auto"/>
        </w:rPr>
      </w:pPr>
      <w:r w:rsidRPr="00A93D3B">
        <w:rPr>
          <w:color w:val="auto"/>
        </w:rPr>
        <w:t>5. GROWTH (Is the mentee developing?)</w:t>
      </w:r>
    </w:p>
    <w:p w14:paraId="769399EE" w14:textId="77777777" w:rsidR="00B55087" w:rsidRPr="00A93D3B" w:rsidRDefault="00000000">
      <w:r w:rsidRPr="00A93D3B">
        <w:t>- How has your confidence changed?</w:t>
      </w:r>
      <w:r w:rsidRPr="00A93D3B">
        <w:br/>
        <w:t>- Do you feel clearer about your career direction?</w:t>
      </w:r>
      <w:r w:rsidRPr="00A93D3B">
        <w:br/>
        <w:t>- What have you learned since our last meeting?</w:t>
      </w:r>
    </w:p>
    <w:p w14:paraId="17854177" w14:textId="77777777" w:rsidR="00B55087" w:rsidRPr="00A93D3B" w:rsidRDefault="00000000">
      <w:pPr>
        <w:pStyle w:val="Heading1"/>
        <w:rPr>
          <w:color w:val="auto"/>
        </w:rPr>
      </w:pPr>
      <w:r w:rsidRPr="00A93D3B">
        <w:rPr>
          <w:color w:val="auto"/>
        </w:rPr>
        <w:lastRenderedPageBreak/>
        <w:t>6. NEXT STEPS (ACCOUNTABILITY)</w:t>
      </w:r>
    </w:p>
    <w:p w14:paraId="6E2D2B66" w14:textId="77777777" w:rsidR="00B55087" w:rsidRPr="00A93D3B" w:rsidRDefault="00000000">
      <w:r w:rsidRPr="00A93D3B">
        <w:t>- What are the top 2–3 actions you will complete before we meet again?</w:t>
      </w:r>
      <w:r w:rsidRPr="00A93D3B">
        <w:br/>
        <w:t>- What is your timeline?</w:t>
      </w:r>
      <w:r w:rsidRPr="00A93D3B">
        <w:br/>
        <w:t>- How will you track your progress?</w:t>
      </w:r>
    </w:p>
    <w:p w14:paraId="55E6D899" w14:textId="0CFBA410" w:rsidR="00B55087" w:rsidRPr="001D569F" w:rsidRDefault="001D569F">
      <w:pPr>
        <w:rPr>
          <w:b/>
          <w:bCs/>
        </w:rPr>
      </w:pPr>
      <w:r w:rsidRPr="001D569F">
        <w:rPr>
          <w:b/>
          <w:bCs/>
        </w:rPr>
        <w:br/>
        <w:t>KEY REMINDER: FOCUS ON PROGRESS, NOT JUST CONVERSATION. EVERY MEETING SHOULD RESULT IN CLEAR ACTIONS AND FORWARD MOVEMENT.</w:t>
      </w:r>
    </w:p>
    <w:sectPr w:rsidR="00B55087" w:rsidRPr="001D569F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62EAA" w14:textId="77777777" w:rsidR="008B6EF9" w:rsidRDefault="008B6EF9" w:rsidP="00A93D3B">
      <w:pPr>
        <w:spacing w:after="0" w:line="240" w:lineRule="auto"/>
      </w:pPr>
      <w:r>
        <w:separator/>
      </w:r>
    </w:p>
  </w:endnote>
  <w:endnote w:type="continuationSeparator" w:id="0">
    <w:p w14:paraId="332AAA05" w14:textId="77777777" w:rsidR="008B6EF9" w:rsidRDefault="008B6EF9" w:rsidP="00A93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7D3D0" w14:textId="77777777" w:rsidR="008B6EF9" w:rsidRDefault="008B6EF9" w:rsidP="00A93D3B">
      <w:pPr>
        <w:spacing w:after="0" w:line="240" w:lineRule="auto"/>
      </w:pPr>
      <w:r>
        <w:separator/>
      </w:r>
    </w:p>
  </w:footnote>
  <w:footnote w:type="continuationSeparator" w:id="0">
    <w:p w14:paraId="5D18FC33" w14:textId="77777777" w:rsidR="008B6EF9" w:rsidRDefault="008B6EF9" w:rsidP="00A93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3DF99" w14:textId="7230D8CA" w:rsidR="00A93D3B" w:rsidRDefault="00A93D3B" w:rsidP="00A93D3B">
    <w:pPr>
      <w:pStyle w:val="Header"/>
      <w:jc w:val="center"/>
    </w:pPr>
    <w:r>
      <w:rPr>
        <w:noProof/>
        <w:sz w:val="48"/>
        <w:szCs w:val="48"/>
      </w:rPr>
      <w:drawing>
        <wp:inline distT="0" distB="0" distL="0" distR="0" wp14:anchorId="56F9B977" wp14:editId="454CDC47">
          <wp:extent cx="2493010" cy="920622"/>
          <wp:effectExtent l="0" t="0" r="0" b="0"/>
          <wp:docPr id="57617382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173824" name="Picture 576173824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49184" y1="48260" x2="49184" y2="48260"/>
                                <a14:foregroundMark x1="49184" y1="48608" x2="48032" y2="48380"/>
                                <a14:foregroundMark x1="48260" y1="47804" x2="48260" y2="47804"/>
                                <a14:foregroundMark x1="52544" y1="46988" x2="52544" y2="46988"/>
                                <a14:foregroundMark x1="60067" y1="47912" x2="60067" y2="47912"/>
                                <a14:foregroundMark x1="69102" y1="48032" x2="69102" y2="48032"/>
                                <a14:foregroundMark x1="76278" y1="47912" x2="76278" y2="47912"/>
                                <a14:foregroundMark x1="82637" y1="47912" x2="82637" y2="47912"/>
                                <a14:foregroundMark x1="45020" y1="59611" x2="45020" y2="59611"/>
                                <a14:foregroundMark x1="48956" y1="58219" x2="48956" y2="58219"/>
                                <a14:foregroundMark x1="53012" y1="57643" x2="53012" y2="57643"/>
                                <a14:foregroundMark x1="57403" y1="57643" x2="57403" y2="57643"/>
                                <a14:foregroundMark x1="60883" y1="57643" x2="60883" y2="57643"/>
                                <a14:foregroundMark x1="63895" y1="57523" x2="63895" y2="57523"/>
                                <a14:foregroundMark x1="68287" y1="57751" x2="68287" y2="57751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rcRect t="28618" b="29855"/>
                  <a:stretch>
                    <a:fillRect/>
                  </a:stretch>
                </pic:blipFill>
                <pic:spPr bwMode="auto">
                  <a:xfrm>
                    <a:off x="0" y="0"/>
                    <a:ext cx="2497459" cy="922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10110595">
    <w:abstractNumId w:val="8"/>
  </w:num>
  <w:num w:numId="2" w16cid:durableId="2058895719">
    <w:abstractNumId w:val="6"/>
  </w:num>
  <w:num w:numId="3" w16cid:durableId="1662350335">
    <w:abstractNumId w:val="5"/>
  </w:num>
  <w:num w:numId="4" w16cid:durableId="1537887692">
    <w:abstractNumId w:val="4"/>
  </w:num>
  <w:num w:numId="5" w16cid:durableId="165638088">
    <w:abstractNumId w:val="7"/>
  </w:num>
  <w:num w:numId="6" w16cid:durableId="455175766">
    <w:abstractNumId w:val="3"/>
  </w:num>
  <w:num w:numId="7" w16cid:durableId="932007003">
    <w:abstractNumId w:val="2"/>
  </w:num>
  <w:num w:numId="8" w16cid:durableId="648168446">
    <w:abstractNumId w:val="1"/>
  </w:num>
  <w:num w:numId="9" w16cid:durableId="283390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D569F"/>
    <w:rsid w:val="0029639D"/>
    <w:rsid w:val="00326F90"/>
    <w:rsid w:val="008B6EF9"/>
    <w:rsid w:val="00A93D3B"/>
    <w:rsid w:val="00AA1D8D"/>
    <w:rsid w:val="00B47730"/>
    <w:rsid w:val="00B55087"/>
    <w:rsid w:val="00CB0664"/>
    <w:rsid w:val="00E81E8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62061"/>
  <w14:defaultImageDpi w14:val="300"/>
  <w15:docId w15:val="{EBAAB128-CD25-4E0E-8DC2-E1CA956E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SSC</cp:lastModifiedBy>
  <cp:revision>3</cp:revision>
  <dcterms:created xsi:type="dcterms:W3CDTF">2013-12-23T23:15:00Z</dcterms:created>
  <dcterms:modified xsi:type="dcterms:W3CDTF">2026-04-26T03:37:00Z</dcterms:modified>
  <cp:category/>
</cp:coreProperties>
</file>