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MAKE AI MOVIES</w:t>
      </w:r>
    </w:p>
    <w:p>
      <w:pPr>
        <w:jc w:val="center"/>
      </w:pPr>
      <w:r>
        <w:rPr>
          <w:b/>
          <w:sz w:val="32"/>
        </w:rPr>
        <w:t>CHILD SAFETY INCIDENT REPORT FORM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Version:</w:t>
            </w:r>
          </w:p>
        </w:tc>
        <w:tc>
          <w:tcPr>
            <w:tcW w:type="dxa" w:w="5040"/>
          </w:tcPr>
          <w:p>
            <w:r>
              <w:t>1.0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Effective Date:</w:t>
            </w:r>
          </w:p>
        </w:tc>
        <w:tc>
          <w:tcPr>
            <w:tcW w:type="dxa" w:w="5040"/>
          </w:tcPr>
          <w:p>
            <w:r>
              <w:t>[Insert Date]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Next Review Date:</w:t>
            </w:r>
          </w:p>
        </w:tc>
        <w:tc>
          <w:tcPr>
            <w:tcW w:type="dxa" w:w="5040"/>
          </w:tcPr>
          <w:p>
            <w:r>
              <w:t>[Insert Date]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Approved By:</w:t>
            </w:r>
          </w:p>
        </w:tc>
        <w:tc>
          <w:tcPr>
            <w:tcW w:type="dxa" w:w="5040"/>
          </w:tcPr>
          <w:p>
            <w:r>
              <w:t>[Insert Name/Position]</w:t>
            </w:r>
          </w:p>
        </w:tc>
      </w:tr>
    </w:tbl>
    <w:p/>
    <w:p>
      <w:r>
        <w:t>This form is to be completed as soon as practicable after a child safety incident, disclosure, allegation or concern. Record facts only. Do not investigate or include speculation.</w:t>
      </w:r>
    </w:p>
    <w:p>
      <w:pPr>
        <w:pStyle w:val="Heading1"/>
      </w:pPr>
      <w:r>
        <w:t>REPORT DETAILS</w:t>
      </w:r>
    </w:p>
    <w:p>
      <w:r>
        <w:t>Date of report: ____________________</w:t>
      </w:r>
    </w:p>
    <w:p>
      <w:r>
        <w:t>Time of report: ____________________</w:t>
      </w:r>
    </w:p>
    <w:p>
      <w:r>
        <w:t>Person completing report: ____________________</w:t>
      </w:r>
    </w:p>
    <w:p>
      <w:r>
        <w:t>Role: ____________________</w:t>
      </w:r>
    </w:p>
    <w:p>
      <w:r>
        <w:t>Contact details: ____________________</w:t>
      </w:r>
    </w:p>
    <w:p>
      <w:pPr>
        <w:pStyle w:val="Heading1"/>
      </w:pPr>
      <w:r>
        <w:t>CHILD / YOUNG PERSON</w:t>
      </w:r>
    </w:p>
    <w:p>
      <w:r>
        <w:t>Name: ____________________</w:t>
      </w:r>
    </w:p>
    <w:p>
      <w:r>
        <w:t>Age: ______</w:t>
      </w:r>
    </w:p>
    <w:p>
      <w:r>
        <w:t>Parent/carer name (if known): ____________________</w:t>
      </w:r>
    </w:p>
    <w:p>
      <w:r>
        <w:t>Contact details (if known): ____________________</w:t>
      </w:r>
    </w:p>
    <w:p>
      <w:pPr>
        <w:pStyle w:val="Heading1"/>
      </w:pPr>
      <w:r>
        <w:t>INCIDENT / CONCERN DETAILS</w:t>
      </w:r>
    </w:p>
    <w:p>
      <w:r>
        <w:t>Date and time incident/concern occurred: ____________________</w:t>
      </w:r>
    </w:p>
    <w:p>
      <w:r>
        <w:t>Location / program: ____________________</w:t>
      </w:r>
    </w:p>
    <w:p>
      <w:r>
        <w:t>People involved or present: ____________________</w:t>
      </w:r>
    </w:p>
    <w:p>
      <w:r>
        <w:t>Type of concern: ☐ Disclosure ☐ Observed conduct ☐ Injury ☐ Online/digital concern ☐ AI-generated content ☐ Other: __________</w:t>
      </w:r>
    </w:p>
    <w:p>
      <w:pPr>
        <w:pStyle w:val="Heading1"/>
      </w:pPr>
      <w:r>
        <w:t>WHAT HAPPENED?</w:t>
      </w:r>
    </w:p>
    <w:p>
      <w:r>
        <w:t>Provide a factual description. Where a child made a disclosure, record their words as accurately as possible. Do not use leading interpretations.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IMMEDIATE ACTION TAKEN</w:t>
      </w:r>
    </w:p>
    <w:p>
      <w:r>
        <w:t>☐ Immediate safety action taken</w:t>
      </w:r>
    </w:p>
    <w:p>
      <w:r>
        <w:t>☐ First aid / medical assistance</w:t>
      </w:r>
    </w:p>
    <w:p>
      <w:r>
        <w:t>☐ Parent/carer contacted</w:t>
      </w:r>
    </w:p>
    <w:p>
      <w:r>
        <w:t>☐ Emergency services contacted</w:t>
      </w:r>
    </w:p>
    <w:p>
      <w:r>
        <w:t>☐ Child Safety Contact notified</w:t>
      </w:r>
    </w:p>
    <w:p>
      <w:r>
        <w:t>☐ Other: ____________________</w:t>
      </w:r>
    </w:p>
    <w:p>
      <w:r>
        <w:t>Details: ____________________________________________________________________</w:t>
      </w:r>
    </w:p>
    <w:p>
      <w:pPr>
        <w:pStyle w:val="Heading1"/>
      </w:pPr>
      <w:r>
        <w:t>REPORTING / NOTIFICATION</w:t>
      </w:r>
    </w:p>
    <w:p>
      <w:r>
        <w:t>Reported to: ____________________</w:t>
      </w:r>
    </w:p>
    <w:p>
      <w:r>
        <w:t>Date/time reported: ____________________</w:t>
      </w:r>
    </w:p>
    <w:p>
      <w:r>
        <w:t>External authority notified (if applicable): ____________________</w:t>
      </w:r>
    </w:p>
    <w:p>
      <w:r>
        <w:t>Reference number (if applicable): ____________________</w:t>
      </w:r>
    </w:p>
    <w:p>
      <w:pPr>
        <w:pStyle w:val="Heading1"/>
      </w:pPr>
      <w:r>
        <w:t>FOLLOW-UP</w:t>
      </w:r>
    </w:p>
    <w:p>
      <w:r>
        <w:t>Immediate risk controls implemented: __________________________________________</w:t>
      </w:r>
    </w:p>
    <w:p>
      <w:r>
        <w:t>Further action required: _____________________________________________________</w:t>
      </w:r>
    </w:p>
    <w:p>
      <w:r>
        <w:t>Signature: ____________________    Date: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