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F1F67" w14:textId="77777777" w:rsidR="005063EF" w:rsidRDefault="00AE5745">
      <w:pPr>
        <w:jc w:val="center"/>
      </w:pPr>
      <w:r>
        <w:rPr>
          <w:noProof/>
        </w:rPr>
        <w:drawing>
          <wp:inline distT="0" distB="0" distL="0" distR="0" wp14:anchorId="136934D4" wp14:editId="7E86CE19">
            <wp:extent cx="3301465" cy="1858061"/>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T LOGO WITH TEXT 16 x 9.png"/>
                    <pic:cNvPicPr/>
                  </pic:nvPicPr>
                  <pic:blipFill>
                    <a:blip r:embed="rId6"/>
                    <a:stretch>
                      <a:fillRect/>
                    </a:stretch>
                  </pic:blipFill>
                  <pic:spPr>
                    <a:xfrm>
                      <a:off x="0" y="0"/>
                      <a:ext cx="3306614" cy="1860959"/>
                    </a:xfrm>
                    <a:prstGeom prst="rect">
                      <a:avLst/>
                    </a:prstGeom>
                  </pic:spPr>
                </pic:pic>
              </a:graphicData>
            </a:graphic>
          </wp:inline>
        </w:drawing>
      </w:r>
    </w:p>
    <w:p w14:paraId="43749121" w14:textId="77777777" w:rsidR="005063EF" w:rsidRDefault="00AE5745">
      <w:pPr>
        <w:pStyle w:val="Heading1"/>
        <w:jc w:val="center"/>
      </w:pPr>
      <w:r>
        <w:t>PARENT / GUARDIAN PHOTO &amp; VIDEO CONSENT FORM</w:t>
      </w:r>
    </w:p>
    <w:p w14:paraId="69F0693D" w14:textId="3D57AC98" w:rsidR="005063EF" w:rsidRDefault="00AE5745">
      <w:r>
        <w:rPr>
          <w:b/>
        </w:rPr>
        <w:br/>
      </w:r>
      <w:r>
        <w:t>Please complete this form before your child participates in a Make AI Movies workshop.</w:t>
      </w:r>
    </w:p>
    <w:p w14:paraId="47024996" w14:textId="77777777" w:rsidR="005063EF" w:rsidRDefault="00AE5745">
      <w:pPr>
        <w:pStyle w:val="Heading2"/>
      </w:pPr>
      <w:r>
        <w:t>Parent / Guardian Details</w:t>
      </w:r>
    </w:p>
    <w:p w14:paraId="3DCDE612" w14:textId="77777777" w:rsidR="005063EF" w:rsidRDefault="00AE5745">
      <w:r>
        <w:t>Parent/Guardian Name  _________________________________________________</w:t>
      </w:r>
    </w:p>
    <w:p w14:paraId="1F000D91" w14:textId="77777777" w:rsidR="005063EF" w:rsidRDefault="00AE5745">
      <w:r>
        <w:t>Child's Name  _________________________________________________</w:t>
      </w:r>
    </w:p>
    <w:p w14:paraId="60154306" w14:textId="77777777" w:rsidR="005063EF" w:rsidRDefault="00AE5745">
      <w:r>
        <w:t>Email Address  _________________________________________________</w:t>
      </w:r>
    </w:p>
    <w:p w14:paraId="2AB924BB" w14:textId="77777777" w:rsidR="005063EF" w:rsidRDefault="00AE5745">
      <w:r>
        <w:t>Phone Number  _________________________________________________</w:t>
      </w:r>
    </w:p>
    <w:p w14:paraId="1BC2F4D3" w14:textId="77777777" w:rsidR="005063EF" w:rsidRDefault="00AE5745">
      <w:r>
        <w:t>Workshop / School  _________________________________________________</w:t>
      </w:r>
    </w:p>
    <w:p w14:paraId="213702CB" w14:textId="77777777" w:rsidR="005063EF" w:rsidRDefault="00AE5745">
      <w:r>
        <w:t>Date  _________________________________________________</w:t>
      </w:r>
    </w:p>
    <w:p w14:paraId="5672EBCE" w14:textId="77777777" w:rsidR="005063EF" w:rsidRDefault="00AE5745">
      <w:pPr>
        <w:pStyle w:val="Heading2"/>
      </w:pPr>
      <w:r>
        <w:t>Consent</w:t>
      </w:r>
    </w:p>
    <w:p w14:paraId="11CD114F" w14:textId="6F337B2F" w:rsidR="005063EF" w:rsidRDefault="00AE5745">
      <w:r>
        <w:t>I give permission for Matthew Donaldson / Make AI Movies to photograph and/or video record my child during workshops, events and activities.</w:t>
      </w:r>
    </w:p>
    <w:p w14:paraId="031DC484" w14:textId="77777777" w:rsidR="005063EF" w:rsidRDefault="00AE5745">
      <w:r>
        <w:t>I grant Matthew Donaldson / Make AI Movies full rights to use the photographs, video recordings and any reproductions or adaptations for publicity, promotion, fundraising and educational purposes to help achieve the aims of Make AI Movies. This includes, but is not limited to, printed promotional material, websites, online advertising, social media, press releases, newsletters, posters, flyers, presentations and funding or grant applications.</w:t>
      </w:r>
    </w:p>
    <w:p w14:paraId="73FD7991" w14:textId="145E7E08" w:rsidR="00DC5BCD" w:rsidRDefault="00DC5BCD">
      <w:r>
        <w:t>Please note that no images or recordings of your child will be uploaded to AI platforms without separate and express written permission.</w:t>
      </w:r>
    </w:p>
    <w:p w14:paraId="2808B400" w14:textId="77777777" w:rsidR="005063EF" w:rsidRDefault="00AE5745">
      <w:r>
        <w:t>Photos selected for publicity will be supplied to parents at the conclusion of the workshops.</w:t>
      </w:r>
    </w:p>
    <w:p w14:paraId="27C533A8" w14:textId="77777777" w:rsidR="005063EF" w:rsidRDefault="00AE5745">
      <w:pPr>
        <w:pStyle w:val="Heading2"/>
      </w:pPr>
      <w:r>
        <w:t>Declaration</w:t>
      </w:r>
    </w:p>
    <w:p w14:paraId="535B857A" w14:textId="77777777" w:rsidR="005063EF" w:rsidRDefault="00AE5745">
      <w:r>
        <w:t>I confirm that I am the parent/legal guardian of the child named above and that I have read and understood this consent form.</w:t>
      </w:r>
    </w:p>
    <w:p w14:paraId="791C842A" w14:textId="77777777" w:rsidR="005063EF" w:rsidRDefault="00AE5745">
      <w:r>
        <w:t>Signature: ________________________________________</w:t>
      </w:r>
    </w:p>
    <w:p w14:paraId="56074035" w14:textId="77777777" w:rsidR="005063EF" w:rsidRDefault="00AE5745">
      <w:r>
        <w:t>Print Name: _______________________________________</w:t>
      </w:r>
    </w:p>
    <w:p w14:paraId="6F372251" w14:textId="77777777" w:rsidR="005063EF" w:rsidRDefault="00AE5745">
      <w:r>
        <w:t>Date: _____________________________________________</w:t>
      </w:r>
    </w:p>
    <w:p w14:paraId="312C814D" w14:textId="2509BFF9" w:rsidR="005063EF" w:rsidRDefault="00AE5745">
      <w:r>
        <w:rPr>
          <w:b/>
        </w:rPr>
        <w:t xml:space="preserve">Privacy: </w:t>
      </w:r>
      <w:r>
        <w:t xml:space="preserve">You may withdraw consent at any time by contacting Make AI Movies in writing. </w:t>
      </w:r>
      <w:r>
        <w:br/>
        <w:t>Withdrawal applies only to future use and cannot remove material already published.</w:t>
      </w:r>
    </w:p>
    <w:sectPr w:rsidR="005063EF" w:rsidSect="00034616">
      <w:pgSz w:w="12240" w:h="15840"/>
      <w:pgMar w:top="576" w:right="1800" w:bottom="7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37434640">
    <w:abstractNumId w:val="8"/>
  </w:num>
  <w:num w:numId="2" w16cid:durableId="407002784">
    <w:abstractNumId w:val="6"/>
  </w:num>
  <w:num w:numId="3" w16cid:durableId="889918292">
    <w:abstractNumId w:val="5"/>
  </w:num>
  <w:num w:numId="4" w16cid:durableId="230123772">
    <w:abstractNumId w:val="4"/>
  </w:num>
  <w:num w:numId="5" w16cid:durableId="2089232977">
    <w:abstractNumId w:val="7"/>
  </w:num>
  <w:num w:numId="6" w16cid:durableId="1464153008">
    <w:abstractNumId w:val="3"/>
  </w:num>
  <w:num w:numId="7" w16cid:durableId="1066487974">
    <w:abstractNumId w:val="2"/>
  </w:num>
  <w:num w:numId="8" w16cid:durableId="158812588">
    <w:abstractNumId w:val="1"/>
  </w:num>
  <w:num w:numId="9" w16cid:durableId="2021733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73D8B"/>
    <w:rsid w:val="005063EF"/>
    <w:rsid w:val="00552214"/>
    <w:rsid w:val="00AA1D8D"/>
    <w:rsid w:val="00AE5745"/>
    <w:rsid w:val="00B47730"/>
    <w:rsid w:val="00BC4E2B"/>
    <w:rsid w:val="00CB0664"/>
    <w:rsid w:val="00DC5B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CF4D79"/>
  <w14:defaultImageDpi w14:val="300"/>
  <w15:docId w15:val="{1BDCEF46-BD3D-4686-BAD2-E564D3067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293</Words>
  <Characters>1551</Characters>
  <Application>Microsoft Office Word</Application>
  <DocSecurity>0</DocSecurity>
  <Lines>91</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Matthew Donaldson</cp:lastModifiedBy>
  <cp:revision>4</cp:revision>
  <dcterms:created xsi:type="dcterms:W3CDTF">2026-07-01T07:16:00Z</dcterms:created>
  <dcterms:modified xsi:type="dcterms:W3CDTF">2026-07-07T10:59:00Z</dcterms:modified>
  <cp:category/>
</cp:coreProperties>
</file>