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MAKE AI MOVIES</w:t>
      </w:r>
    </w:p>
    <w:p>
      <w:pPr>
        <w:jc w:val="center"/>
      </w:pPr>
      <w:r>
        <w:rPr>
          <w:b/>
          <w:sz w:val="32"/>
        </w:rPr>
        <w:t>YOUR RIGHT TO BE SAFE</w:t>
      </w:r>
    </w:p>
    <w:p>
      <w:pPr>
        <w:pStyle w:val="Subtitle"/>
      </w:pPr>
      <w:r>
        <w:t>A Child and Young Person Charter</w:t>
      </w:r>
    </w:p>
    <w:p>
      <w:pPr>
        <w:pStyle w:val="Heading1"/>
      </w:pPr>
      <w:r>
        <w:t>AT MAKE AI MOVIES, YOU HAVE THE RIGHT TO:</w:t>
      </w:r>
    </w:p>
    <w:p>
      <w:pPr>
        <w:pStyle w:val="ListBullet"/>
      </w:pPr>
      <w:r>
        <w:t>Feel safe and welcome.</w:t>
      </w:r>
    </w:p>
    <w:p>
      <w:pPr>
        <w:pStyle w:val="ListBullet"/>
      </w:pPr>
      <w:r>
        <w:t>Be treated with respect.</w:t>
      </w:r>
    </w:p>
    <w:p>
      <w:pPr>
        <w:pStyle w:val="ListBullet"/>
      </w:pPr>
      <w:r>
        <w:t>Be yourself and have your culture and identity respected.</w:t>
      </w:r>
    </w:p>
    <w:p>
      <w:pPr>
        <w:pStyle w:val="ListBullet"/>
      </w:pPr>
      <w:r>
        <w:t>Ask questions and say what you think.</w:t>
      </w:r>
    </w:p>
    <w:p>
      <w:pPr>
        <w:pStyle w:val="ListBullet"/>
      </w:pPr>
      <w:r>
        <w:t>Say no if something makes you uncomfortable or unsafe.</w:t>
      </w:r>
    </w:p>
    <w:p>
      <w:pPr>
        <w:pStyle w:val="ListBullet"/>
      </w:pPr>
      <w:r>
        <w:t>Get help if you are worried.</w:t>
      </w:r>
    </w:p>
    <w:p>
      <w:pPr>
        <w:pStyle w:val="ListBullet"/>
      </w:pPr>
      <w:r>
        <w:t>Make a complaint or tell someone about a problem.</w:t>
      </w:r>
    </w:p>
    <w:p>
      <w:pPr>
        <w:pStyle w:val="ListBullet"/>
      </w:pPr>
      <w:r>
        <w:t>Use technology and AI in ways that protect your privacy and wellbeing.</w:t>
      </w:r>
    </w:p>
    <w:p>
      <w:pPr>
        <w:pStyle w:val="Heading1"/>
      </w:pPr>
      <w:r>
        <w:t>WE WILL LISTEN TO YOU</w:t>
      </w:r>
    </w:p>
    <w:p>
      <w:pPr>
        <w:pStyle w:val="ListBullet"/>
      </w:pPr>
      <w:r>
        <w:t>You can tell a Make AI Movies staff member or facilitator if something worries you.</w:t>
      </w:r>
    </w:p>
    <w:p>
      <w:pPr>
        <w:pStyle w:val="ListBullet"/>
      </w:pPr>
      <w:r>
        <w:t>You can tell a parent, carer, teacher or another trusted adult.</w:t>
      </w:r>
    </w:p>
    <w:p>
      <w:pPr>
        <w:pStyle w:val="ListBullet"/>
      </w:pPr>
      <w:r>
        <w:t>You will not get into trouble for raising a genuine concern.</w:t>
      </w:r>
    </w:p>
    <w:p>
      <w:pPr>
        <w:pStyle w:val="ListBullet"/>
      </w:pPr>
      <w:r>
        <w:t>We will take your safety seriously.</w:t>
      </w:r>
    </w:p>
    <w:p>
      <w:pPr>
        <w:pStyle w:val="Heading1"/>
      </w:pPr>
      <w:r>
        <w:t>IF SOMETHING DOESN'T FEEL RIGHT</w:t>
      </w:r>
    </w:p>
    <w:p>
      <w:pPr>
        <w:pStyle w:val="ListBullet"/>
      </w:pPr>
      <w:r>
        <w:t>STOP if you can.</w:t>
      </w:r>
    </w:p>
    <w:p>
      <w:pPr>
        <w:pStyle w:val="ListBullet"/>
      </w:pPr>
      <w:r>
        <w:t>MOVE AWAY from the situation if you are able to do so safely.</w:t>
      </w:r>
    </w:p>
    <w:p>
      <w:pPr>
        <w:pStyle w:val="ListBullet"/>
      </w:pPr>
      <w:r>
        <w:t>TELL a trusted adult.</w:t>
      </w:r>
    </w:p>
    <w:p>
      <w:pPr>
        <w:pStyle w:val="ListBullet"/>
      </w:pPr>
      <w:r>
        <w:t>KEEP TELLING someone until you get help.</w:t>
      </w:r>
    </w:p>
    <w:p>
      <w:pPr>
        <w:pStyle w:val="Heading1"/>
      </w:pPr>
      <w:r>
        <w:t>OUR PROMISE TO YOU</w:t>
      </w:r>
    </w:p>
    <w:p>
      <w:pPr>
        <w:pStyle w:val="ListBullet"/>
      </w:pPr>
      <w:r>
        <w:t>Your safety is more important than finishing a film, using a piece of technology or completing an activity.</w:t>
      </w:r>
    </w:p>
    <w:p>
      <w:pPr>
        <w:pStyle w:val="ListBullet"/>
      </w:pPr>
      <w:r>
        <w:t>You deserve to be heard, respected and included.</w:t>
      </w:r>
    </w:p>
    <w:p>
      <w:pPr>
        <w:pStyle w:val="ListBullet"/>
      </w:pPr>
      <w:r>
        <w:t>You should never be asked to keep a secret about something that makes you feel unsafe.</w:t>
      </w:r>
    </w:p>
    <w:p>
      <w:r>
        <w:t>WHO CAN YOU TALK TO?</w:t>
        <w:br/>
        <w:t>Make AI Movies Child Safety Contact: ____________________</w:t>
        <w:br/>
        <w:t>Phone/email: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