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 Black" w:hAnsi="Arial Black"/>
          <w:b/>
          <w:color w:val="232323"/>
          <w:sz w:val="56"/>
        </w:rPr>
        <w:t>MPF™</w:t>
      </w:r>
    </w:p>
    <w:p>
      <w:pPr>
        <w:jc w:val="center"/>
      </w:pPr>
      <w:r>
        <w:rPr>
          <w:b/>
          <w:color w:val="DCAA00"/>
          <w:sz w:val="36"/>
        </w:rPr>
        <w:t>AMBASSADOR APPLICATION</w:t>
      </w:r>
    </w:p>
    <w:p>
      <w:pPr>
        <w:jc w:val="center"/>
      </w:pPr>
      <w:r>
        <w:rPr>
          <w:b/>
          <w:i/>
          <w:sz w:val="22"/>
        </w:rPr>
        <w:t>Build Yourself! Then Build Power</w:t>
      </w:r>
    </w:p>
    <w:p>
      <w:pPr>
        <w:jc w:val="center"/>
      </w:pPr>
      <w:r>
        <w:rPr>
          <w:sz w:val="18"/>
        </w:rPr>
        <w:t>MPF (Mind Power Fitness) | Owner &amp; Founder: Reggie W.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2F2F2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Thank you for your interest in becoming an MPF Ambassador. Ambassadors represent the MPF lifestyle, help share our message, and support the growth of the brand. Selected ambassadors may receive a personal discount code, promotional opportunities, and other brand benefits. Submitting this application does not guarantee acceptance.</w:t>
            </w:r>
          </w:p>
        </w:tc>
      </w:tr>
    </w:tbl>
    <w:p/>
    <w:p>
      <w:pPr>
        <w:spacing w:before="120" w:after="60"/>
      </w:pPr>
      <w:r>
        <w:rPr>
          <w:b/>
          <w:color w:val="232323"/>
          <w:sz w:val="26"/>
        </w:rPr>
        <w:t>1. APPLICANT INFORMATION</w:t>
      </w:r>
    </w:p>
    <w:p>
      <w:pPr>
        <w:spacing w:after="40"/>
      </w:pPr>
      <w:r>
        <w:rPr>
          <w:b/>
          <w:sz w:val="20"/>
        </w:rPr>
        <w:t>Full Name:</w:t>
      </w:r>
      <w:r>
        <w:t xml:space="preserve"> ________________________________________________________________________________________</w:t>
      </w:r>
    </w:p>
    <w:p>
      <w:pPr>
        <w:spacing w:after="40"/>
      </w:pPr>
      <w:r>
        <w:rPr>
          <w:b/>
          <w:sz w:val="20"/>
        </w:rPr>
        <w:t>Preferred Name:</w:t>
      </w:r>
      <w:r>
        <w:t xml:space="preserve"> ________________________________________________________________________________________</w:t>
      </w:r>
    </w:p>
    <w:p>
      <w:pPr>
        <w:spacing w:after="40"/>
      </w:pPr>
      <w:r>
        <w:rPr>
          <w:b/>
          <w:sz w:val="20"/>
        </w:rPr>
        <w:t>Email Address:</w:t>
      </w:r>
      <w:r>
        <w:t xml:space="preserve"> ________________________________________________________________________________________</w:t>
      </w:r>
    </w:p>
    <w:p>
      <w:pPr>
        <w:spacing w:after="40"/>
      </w:pPr>
      <w:r>
        <w:rPr>
          <w:b/>
          <w:sz w:val="20"/>
        </w:rPr>
        <w:t>Phone Number:</w:t>
      </w:r>
      <w:r>
        <w:t xml:space="preserve"> ________________________________________________________________________________________</w:t>
      </w:r>
    </w:p>
    <w:p>
      <w:pPr>
        <w:spacing w:after="40"/>
      </w:pPr>
      <w:r>
        <w:rPr>
          <w:b/>
          <w:sz w:val="20"/>
        </w:rPr>
        <w:t>City / State:</w:t>
      </w:r>
      <w:r>
        <w:t xml:space="preserve"> ________________________________________________________________________________________</w:t>
      </w:r>
    </w:p>
    <w:p>
      <w:pPr>
        <w:spacing w:after="40"/>
      </w:pPr>
      <w:r>
        <w:rPr>
          <w:b/>
          <w:sz w:val="20"/>
        </w:rPr>
        <w:t>Age (18+):</w:t>
      </w:r>
      <w:r>
        <w:t xml:space="preserve"> ________________________________________________________________________________________</w:t>
      </w:r>
    </w:p>
    <w:p>
      <w:pPr>
        <w:spacing w:before="120" w:after="60"/>
      </w:pPr>
      <w:r>
        <w:rPr>
          <w:b/>
          <w:color w:val="232323"/>
          <w:sz w:val="26"/>
        </w:rPr>
        <w:t>2. SOCIAL MEDIA &amp; ONLINE PRESENCE</w:t>
      </w:r>
    </w:p>
    <w:p>
      <w:pPr>
        <w:spacing w:after="40"/>
      </w:pPr>
      <w:r>
        <w:rPr>
          <w:b/>
          <w:sz w:val="20"/>
        </w:rPr>
        <w:t>Instagram Handle:</w:t>
      </w:r>
      <w:r>
        <w:t xml:space="preserve"> ________________________________________________________________________________________</w:t>
      </w:r>
    </w:p>
    <w:p>
      <w:pPr>
        <w:spacing w:after="40"/>
      </w:pPr>
      <w:r>
        <w:rPr>
          <w:b/>
          <w:sz w:val="20"/>
        </w:rPr>
        <w:t>Facebook Profile/Page:</w:t>
      </w:r>
      <w:r>
        <w:t xml:space="preserve"> ________________________________________________________________________________________</w:t>
      </w:r>
    </w:p>
    <w:p>
      <w:pPr>
        <w:spacing w:after="40"/>
      </w:pPr>
      <w:r>
        <w:rPr>
          <w:b/>
          <w:sz w:val="20"/>
        </w:rPr>
        <w:t>TikTok Handle:</w:t>
      </w:r>
      <w:r>
        <w:t xml:space="preserve"> ________________________________________________________________________________________</w:t>
      </w:r>
    </w:p>
    <w:p>
      <w:pPr>
        <w:spacing w:after="40"/>
      </w:pPr>
      <w:r>
        <w:rPr>
          <w:b/>
          <w:sz w:val="20"/>
        </w:rPr>
        <w:t>YouTube Channel:</w:t>
      </w:r>
      <w:r>
        <w:t xml:space="preserve"> ________________________________________________________________________________________</w:t>
      </w:r>
    </w:p>
    <w:p>
      <w:pPr>
        <w:spacing w:after="40"/>
      </w:pPr>
      <w:r>
        <w:rPr>
          <w:b/>
          <w:sz w:val="20"/>
        </w:rPr>
        <w:t>Other Platform(s):</w:t>
      </w:r>
      <w:r>
        <w:t xml:space="preserve"> ________________________________________________________________________________________</w:t>
      </w:r>
    </w:p>
    <w:p>
      <w:pPr>
        <w:spacing w:after="40"/>
      </w:pPr>
      <w:r>
        <w:rPr>
          <w:b/>
          <w:sz w:val="20"/>
        </w:rPr>
        <w:t>Website (if applicable):</w:t>
      </w:r>
      <w:r>
        <w:t xml:space="preserve"> ________________________________________________________________________________________</w:t>
      </w:r>
    </w:p>
    <w:p>
      <w:pPr>
        <w:spacing w:before="120" w:after="60"/>
      </w:pPr>
      <w:r>
        <w:rPr>
          <w:b/>
          <w:color w:val="232323"/>
          <w:sz w:val="26"/>
        </w:rPr>
        <w:t>3. ABOUT YOU</w:t>
      </w:r>
    </w:p>
    <w:p>
      <w:pPr>
        <w:spacing w:after="40"/>
      </w:pPr>
      <w:r>
        <w:rPr>
          <w:b/>
          <w:sz w:val="20"/>
        </w:rPr>
        <w:t>Occupation / Business:</w:t>
      </w:r>
      <w:r>
        <w:t xml:space="preserve"> ________________________________________________________________________________________</w:t>
      </w:r>
    </w:p>
    <w:p>
      <w:pPr>
        <w:spacing w:after="40"/>
      </w:pPr>
      <w:r>
        <w:rPr>
          <w:b/>
          <w:sz w:val="20"/>
        </w:rPr>
        <w:t>What does fitness, health, or personal development mean to you?</w:t>
      </w:r>
      <w:r>
        <w:t xml:space="preserve"> 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_________________________________________________________________________________________________________</w:t>
      </w:r>
    </w:p>
    <w:p>
      <w:pPr>
        <w:spacing w:after="40"/>
      </w:pPr>
      <w:r>
        <w:rPr>
          <w:b/>
          <w:sz w:val="20"/>
        </w:rPr>
        <w:t>Why do you want to become an MPF Ambassador?</w:t>
      </w:r>
      <w:r>
        <w:t xml:space="preserve"> 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_________________________________________________________________________________________________________</w:t>
      </w:r>
    </w:p>
    <w:p>
      <w:pPr>
        <w:spacing w:after="40"/>
      </w:pPr>
      <w:r>
        <w:rPr>
          <w:b/>
          <w:sz w:val="20"/>
        </w:rPr>
        <w:t>What does “Build Yourself! Then Build Power” mean to you?</w:t>
      </w:r>
      <w:r>
        <w:t xml:space="preserve"> 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_________________________________________________________________________________________________________</w:t>
      </w:r>
    </w:p>
    <w:p>
      <w:pPr>
        <w:spacing w:before="120" w:after="60"/>
      </w:pPr>
      <w:r>
        <w:rPr>
          <w:b/>
          <w:color w:val="232323"/>
          <w:sz w:val="26"/>
        </w:rPr>
        <w:t>4. MPF AMBASSADOR PARTICIPATION</w:t>
      </w:r>
    </w:p>
    <w:p>
      <w:pPr>
        <w:spacing w:after="40"/>
      </w:pPr>
      <w:r>
        <w:t>Please check all that apply:</w:t>
      </w:r>
    </w:p>
    <w:p>
      <w:pPr>
        <w:spacing w:after="20"/>
        <w:ind w:left="216"/>
      </w:pPr>
      <w:r>
        <w:t>☐ I regularly post on social media.</w:t>
      </w:r>
    </w:p>
    <w:p>
      <w:pPr>
        <w:spacing w:after="20"/>
        <w:ind w:left="216"/>
      </w:pPr>
      <w:r>
        <w:t>☐ I am comfortable promoting products or services.</w:t>
      </w:r>
    </w:p>
    <w:p>
      <w:pPr>
        <w:spacing w:after="20"/>
        <w:ind w:left="216"/>
      </w:pPr>
      <w:r>
        <w:t>☐ I am willing to wear or feature MPF products when appropriate.</w:t>
      </w:r>
    </w:p>
    <w:p>
      <w:pPr>
        <w:spacing w:after="20"/>
        <w:ind w:left="216"/>
      </w:pPr>
      <w:r>
        <w:t>☐ I am willing to share my MPF discount code with my audience.</w:t>
      </w:r>
    </w:p>
    <w:p>
      <w:pPr>
        <w:spacing w:after="20"/>
        <w:ind w:left="216"/>
      </w:pPr>
      <w:r>
        <w:t>☐ I am comfortable creating photos, videos, stories, or other content.</w:t>
      </w:r>
    </w:p>
    <w:p>
      <w:pPr>
        <w:spacing w:after="20"/>
        <w:ind w:left="216"/>
      </w:pPr>
      <w:r>
        <w:t>☐ I am willing to tag or mention MPF when posting sponsored/promotional content.</w:t>
      </w:r>
    </w:p>
    <w:p>
      <w:pPr>
        <w:spacing w:after="20"/>
        <w:ind w:left="216"/>
      </w:pPr>
      <w:r>
        <w:t>☐ I understand that ambassador benefits and requirements may vary.</w:t>
      </w:r>
    </w:p>
    <w:p>
      <w:pPr>
        <w:spacing w:after="40"/>
      </w:pPr>
      <w:r>
        <w:rPr>
          <w:b/>
          <w:sz w:val="20"/>
        </w:rPr>
        <w:t>What type of content would you create for MPF?</w:t>
      </w:r>
      <w:r>
        <w:t xml:space="preserve"> 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_________________________________________________________________________________________________________</w:t>
      </w:r>
    </w:p>
    <w:p>
      <w:pPr>
        <w:spacing w:after="40"/>
      </w:pPr>
      <w:r>
        <w:rPr>
          <w:b/>
          <w:sz w:val="20"/>
        </w:rPr>
        <w:t>How would you help introduce MPF to your audience/community?</w:t>
      </w:r>
      <w:r>
        <w:t xml:space="preserve"> 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_________________________________________________________________________________________________________</w:t>
      </w:r>
    </w:p>
    <w:p>
      <w:pPr>
        <w:spacing w:before="120" w:after="60"/>
      </w:pPr>
      <w:r>
        <w:rPr>
          <w:b/>
          <w:color w:val="232323"/>
          <w:sz w:val="26"/>
        </w:rPr>
        <w:t>5. YOUR AUDIENCE</w:t>
      </w:r>
    </w:p>
    <w:p>
      <w:pPr>
        <w:spacing w:after="40"/>
      </w:pPr>
      <w:r>
        <w:rPr>
          <w:b/>
          <w:sz w:val="20"/>
        </w:rPr>
        <w:t>Approximate Instagram Followers:</w:t>
      </w:r>
      <w:r>
        <w:t xml:space="preserve"> ________________________________________________________________________________________</w:t>
      </w:r>
    </w:p>
    <w:p>
      <w:pPr>
        <w:spacing w:after="40"/>
      </w:pPr>
      <w:r>
        <w:rPr>
          <w:b/>
          <w:sz w:val="20"/>
        </w:rPr>
        <w:t>Approximate TikTok Followers:</w:t>
      </w:r>
      <w:r>
        <w:t xml:space="preserve"> ________________________________________________________________________________________</w:t>
      </w:r>
    </w:p>
    <w:p>
      <w:pPr>
        <w:spacing w:after="40"/>
      </w:pPr>
      <w:r>
        <w:rPr>
          <w:b/>
          <w:sz w:val="20"/>
        </w:rPr>
        <w:t>Approximate YouTube Subscribers:</w:t>
      </w:r>
      <w:r>
        <w:t xml:space="preserve"> ________________________________________________________________________________________</w:t>
      </w:r>
    </w:p>
    <w:p>
      <w:pPr>
        <w:spacing w:after="40"/>
      </w:pPr>
      <w:r>
        <w:rPr>
          <w:b/>
          <w:sz w:val="20"/>
        </w:rPr>
        <w:t>Other Audience / Community Size:</w:t>
      </w:r>
      <w:r>
        <w:t xml:space="preserve"> ________________________________________________________________________________________</w:t>
      </w:r>
    </w:p>
    <w:p>
      <w:pPr>
        <w:spacing w:after="40"/>
      </w:pPr>
      <w:r>
        <w:rPr>
          <w:b/>
          <w:sz w:val="20"/>
        </w:rPr>
        <w:t>Who is your primary audience?</w:t>
      </w:r>
      <w:r>
        <w:t xml:space="preserve"> 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_________________________________________________________________________________________________________</w:t>
      </w:r>
    </w:p>
    <w:p>
      <w:pPr>
        <w:spacing w:before="120" w:after="60"/>
      </w:pPr>
      <w:r>
        <w:rPr>
          <w:b/>
          <w:color w:val="232323"/>
          <w:sz w:val="26"/>
        </w:rPr>
        <w:t>6. MPF BRAND FIT</w:t>
      </w:r>
    </w:p>
    <w:p>
      <w:r>
        <w:t>Which areas of MPF interest you most? Check all that apply:</w:t>
      </w:r>
    </w:p>
    <w:p>
      <w:pPr>
        <w:spacing w:after="20"/>
        <w:ind w:left="216"/>
      </w:pPr>
      <w:r>
        <w:t>☐ MPF Clothing / Apparel</w:t>
      </w:r>
    </w:p>
    <w:p>
      <w:pPr>
        <w:spacing w:after="20"/>
        <w:ind w:left="216"/>
      </w:pPr>
      <w:r>
        <w:t>☐ MPF-Nutrition / Supplements</w:t>
      </w:r>
    </w:p>
    <w:p>
      <w:pPr>
        <w:spacing w:after="20"/>
        <w:ind w:left="216"/>
      </w:pPr>
      <w:r>
        <w:t>☐ Fitness &amp; Training</w:t>
      </w:r>
    </w:p>
    <w:p>
      <w:pPr>
        <w:spacing w:after="20"/>
        <w:ind w:left="216"/>
      </w:pPr>
      <w:r>
        <w:t>☐ Lifestyle &amp; Motivation</w:t>
      </w:r>
    </w:p>
    <w:p>
      <w:pPr>
        <w:spacing w:after="20"/>
        <w:ind w:left="216"/>
      </w:pPr>
      <w:r>
        <w:t>☐ Team MPF / Athlete Community</w:t>
      </w:r>
    </w:p>
    <w:p>
      <w:pPr>
        <w:spacing w:after="20"/>
        <w:ind w:left="216"/>
      </w:pPr>
      <w:r>
        <w:t>☐ MPF Podcast / Media</w:t>
      </w:r>
    </w:p>
    <w:p>
      <w:pPr>
        <w:spacing w:after="20"/>
        <w:ind w:left="216"/>
      </w:pPr>
      <w:r>
        <w:t>☐ Personal Development</w:t>
      </w:r>
    </w:p>
    <w:p>
      <w:pPr>
        <w:spacing w:after="40"/>
      </w:pPr>
      <w:r>
        <w:rPr>
          <w:b/>
          <w:sz w:val="20"/>
        </w:rPr>
        <w:t>Are there specific MPF products or services you are interested in?</w:t>
      </w:r>
      <w:r>
        <w:t xml:space="preserve"> 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_________________________________________________________________________________________________________</w:t>
      </w:r>
    </w:p>
    <w:p>
      <w:pPr>
        <w:spacing w:before="120" w:after="60"/>
      </w:pPr>
      <w:r>
        <w:rPr>
          <w:b/>
          <w:color w:val="232323"/>
          <w:sz w:val="26"/>
        </w:rPr>
        <w:t>7. AGREEMENT &amp; ACKNOWLEDGMENT</w:t>
      </w:r>
    </w:p>
    <w:p>
      <w:pPr>
        <w:spacing w:after="40"/>
      </w:pPr>
      <w:r>
        <w:t>☐ I understand that becoming an MPF Ambassador is a promotional/brand partnership opportunity and is not employment.</w:t>
      </w:r>
    </w:p>
    <w:p>
      <w:pPr>
        <w:spacing w:after="40"/>
      </w:pPr>
      <w:r>
        <w:t>☐ I agree to represent MPF professionally and in a manner consistent with the brand's values.</w:t>
      </w:r>
    </w:p>
    <w:p>
      <w:pPr>
        <w:spacing w:after="40"/>
      </w:pPr>
      <w:r>
        <w:t>☐ I understand that I should accurately represent MPF products and avoid making unsupported health, medical, or performance claims.</w:t>
      </w:r>
    </w:p>
    <w:p>
      <w:pPr>
        <w:spacing w:after="40"/>
      </w:pPr>
      <w:r>
        <w:t>☐ I understand that my ambassador discount code is intended for promotional use and that MPF may establish or change program terms, benefits, or codes.</w:t>
      </w:r>
    </w:p>
    <w:p>
      <w:pPr>
        <w:spacing w:after="40"/>
      </w:pPr>
      <w:r>
        <w:t>☐ I understand that submitting this application does not guarantee acceptance into the MPF Ambassador Program.</w:t>
      </w:r>
    </w:p>
    <w:p>
      <w:pPr>
        <w:spacing w:after="40"/>
      </w:pPr>
      <w:r>
        <w:t>☐ I understand that MPF may contact me using the information provided in this application regarding the Ambassador Program.</w:t>
      </w:r>
    </w:p>
    <w:p>
      <w:pPr>
        <w:spacing w:before="120" w:after="60"/>
      </w:pPr>
      <w:r>
        <w:rPr>
          <w:b/>
          <w:color w:val="232323"/>
          <w:sz w:val="26"/>
        </w:rPr>
        <w:t>8. APPLICANT SIGNATURE</w:t>
      </w:r>
    </w:p>
    <w:p>
      <w:pPr>
        <w:spacing w:after="40"/>
      </w:pPr>
      <w:r>
        <w:rPr>
          <w:b/>
          <w:sz w:val="20"/>
        </w:rPr>
        <w:t>Applicant Signature:</w:t>
      </w:r>
      <w:r>
        <w:t xml:space="preserve"> ________________________________________________________________________________________</w:t>
      </w:r>
    </w:p>
    <w:p>
      <w:pPr>
        <w:spacing w:after="40"/>
      </w:pPr>
      <w:r>
        <w:rPr>
          <w:b/>
          <w:sz w:val="20"/>
        </w:rPr>
        <w:t>Date:</w:t>
      </w:r>
      <w:r>
        <w:t xml:space="preserve"> ________________________________________________________________________________________</w:t>
      </w:r>
    </w:p>
    <w:p>
      <w:pPr>
        <w:spacing w:before="120" w:after="60"/>
      </w:pPr>
      <w:r>
        <w:rPr>
          <w:b/>
          <w:color w:val="232323"/>
          <w:sz w:val="26"/>
        </w:rPr>
        <w:t>FOR MPF USE ONLY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2448"/>
            <w:vAlign w:val="center"/>
          </w:tcPr>
          <w:p>
            <w:r/>
            <w:r>
              <w:rPr>
                <w:rFonts w:ascii="Arial" w:hAnsi="Arial"/>
                <w:b/>
                <w:sz w:val="18"/>
              </w:rPr>
              <w:t>Application Received:</w:t>
            </w:r>
          </w:p>
        </w:tc>
        <w:tc>
          <w:tcPr>
            <w:tcW w:type="dxa" w:w="7920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 xml:space="preserve"> _____________________________________________</w:t>
            </w:r>
          </w:p>
        </w:tc>
      </w:tr>
      <w:tr>
        <w:tc>
          <w:tcPr>
            <w:tcW w:type="dxa" w:w="2448"/>
            <w:vAlign w:val="center"/>
          </w:tcPr>
          <w:p>
            <w:r/>
            <w:r>
              <w:rPr>
                <w:rFonts w:ascii="Arial" w:hAnsi="Arial"/>
                <w:b/>
                <w:sz w:val="18"/>
              </w:rPr>
              <w:t>Reviewed By:</w:t>
            </w:r>
          </w:p>
        </w:tc>
        <w:tc>
          <w:tcPr>
            <w:tcW w:type="dxa" w:w="7920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 xml:space="preserve"> _____________________________________________</w:t>
            </w:r>
          </w:p>
        </w:tc>
      </w:tr>
      <w:tr>
        <w:tc>
          <w:tcPr>
            <w:tcW w:type="dxa" w:w="2448"/>
            <w:vAlign w:val="center"/>
          </w:tcPr>
          <w:p>
            <w:r/>
            <w:r>
              <w:rPr>
                <w:rFonts w:ascii="Arial" w:hAnsi="Arial"/>
                <w:b/>
                <w:sz w:val="18"/>
              </w:rPr>
              <w:t>Decision:</w:t>
            </w:r>
          </w:p>
        </w:tc>
        <w:tc>
          <w:tcPr>
            <w:tcW w:type="dxa" w:w="7920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☐ Approved    ☐ Not Approved    ☐ Follow-Up Needed</w:t>
            </w:r>
          </w:p>
        </w:tc>
      </w:tr>
      <w:tr>
        <w:tc>
          <w:tcPr>
            <w:tcW w:type="dxa" w:w="2448"/>
            <w:vAlign w:val="center"/>
          </w:tcPr>
          <w:p>
            <w:r/>
            <w:r>
              <w:rPr>
                <w:rFonts w:ascii="Arial" w:hAnsi="Arial"/>
                <w:b/>
                <w:sz w:val="18"/>
              </w:rPr>
              <w:t>Ambassador Code:</w:t>
            </w:r>
          </w:p>
        </w:tc>
        <w:tc>
          <w:tcPr>
            <w:tcW w:type="dxa" w:w="7920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 xml:space="preserve"> _____________________________________________</w:t>
            </w:r>
          </w:p>
        </w:tc>
      </w:tr>
      <w:tr>
        <w:tc>
          <w:tcPr>
            <w:tcW w:type="dxa" w:w="2448"/>
            <w:vAlign w:val="center"/>
          </w:tcPr>
          <w:p>
            <w:r/>
            <w:r>
              <w:rPr>
                <w:rFonts w:ascii="Arial" w:hAnsi="Arial"/>
                <w:b/>
                <w:sz w:val="18"/>
              </w:rPr>
              <w:t>Notes:</w:t>
            </w:r>
          </w:p>
        </w:tc>
        <w:tc>
          <w:tcPr>
            <w:tcW w:type="dxa" w:w="7920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 xml:space="preserve"> 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>MPF™ | Build Yourself! Then Build Power | MPFPOWER.COM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