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1D130" w14:textId="4E8D51B4" w:rsidR="003A7917" w:rsidRDefault="00E743E4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845836" wp14:editId="3CB6EECF">
            <wp:simplePos x="0" y="0"/>
            <wp:positionH relativeFrom="column">
              <wp:posOffset>2628265</wp:posOffset>
            </wp:positionH>
            <wp:positionV relativeFrom="page">
              <wp:posOffset>371475</wp:posOffset>
            </wp:positionV>
            <wp:extent cx="1057275" cy="951230"/>
            <wp:effectExtent l="0" t="0" r="9525" b="1270"/>
            <wp:wrapTight wrapText="bothSides">
              <wp:wrapPolygon edited="0">
                <wp:start x="0" y="0"/>
                <wp:lineTo x="0" y="21196"/>
                <wp:lineTo x="21405" y="21196"/>
                <wp:lineTo x="21405" y="0"/>
                <wp:lineTo x="0" y="0"/>
              </wp:wrapPolygon>
            </wp:wrapTight>
            <wp:docPr id="1013886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86160" name="Picture 10138861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BDB">
        <w:t>1915(i) Services Referral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64BDB" w14:paraId="318F59B5" w14:textId="77777777">
        <w:tc>
          <w:tcPr>
            <w:tcW w:w="4320" w:type="dxa"/>
          </w:tcPr>
          <w:p w14:paraId="4632E924" w14:textId="77777777" w:rsidR="003A7917" w:rsidRDefault="00C64BDB">
            <w:r>
              <w:t>First Name</w:t>
            </w:r>
          </w:p>
        </w:tc>
        <w:tc>
          <w:tcPr>
            <w:tcW w:w="4320" w:type="dxa"/>
          </w:tcPr>
          <w:p w14:paraId="7489695E" w14:textId="77777777" w:rsidR="003A7917" w:rsidRDefault="003A7917"/>
          <w:p w14:paraId="43E84EA5" w14:textId="77777777" w:rsidR="00E743E4" w:rsidRDefault="00E743E4"/>
          <w:p w14:paraId="2A26E797" w14:textId="724C65CF" w:rsidR="00E743E4" w:rsidRDefault="00E743E4"/>
        </w:tc>
      </w:tr>
      <w:tr w:rsidR="00C64BDB" w14:paraId="6F7127A2" w14:textId="77777777">
        <w:tc>
          <w:tcPr>
            <w:tcW w:w="4320" w:type="dxa"/>
          </w:tcPr>
          <w:p w14:paraId="63714407" w14:textId="77777777" w:rsidR="003A7917" w:rsidRDefault="00C64BDB">
            <w:r>
              <w:t>Middle Name</w:t>
            </w:r>
          </w:p>
        </w:tc>
        <w:tc>
          <w:tcPr>
            <w:tcW w:w="4320" w:type="dxa"/>
          </w:tcPr>
          <w:p w14:paraId="109B8F76" w14:textId="77777777" w:rsidR="003A7917" w:rsidRDefault="003A7917"/>
          <w:p w14:paraId="0BF2BC4F" w14:textId="77777777" w:rsidR="00E743E4" w:rsidRDefault="00E743E4"/>
          <w:p w14:paraId="0B4BA121" w14:textId="77EAAC22" w:rsidR="00E743E4" w:rsidRDefault="00E743E4"/>
        </w:tc>
      </w:tr>
      <w:tr w:rsidR="00C64BDB" w14:paraId="45F95DC9" w14:textId="77777777">
        <w:tc>
          <w:tcPr>
            <w:tcW w:w="4320" w:type="dxa"/>
          </w:tcPr>
          <w:p w14:paraId="630A57FA" w14:textId="77777777" w:rsidR="003A7917" w:rsidRDefault="00C64BDB">
            <w:r>
              <w:t>Last Name</w:t>
            </w:r>
          </w:p>
        </w:tc>
        <w:tc>
          <w:tcPr>
            <w:tcW w:w="4320" w:type="dxa"/>
          </w:tcPr>
          <w:p w14:paraId="70460040" w14:textId="77777777" w:rsidR="003A7917" w:rsidRDefault="003A7917"/>
          <w:p w14:paraId="227C45D6" w14:textId="77777777" w:rsidR="00E743E4" w:rsidRDefault="00E743E4"/>
          <w:p w14:paraId="1EDE01D7" w14:textId="00DA90F6" w:rsidR="00E743E4" w:rsidRDefault="00E743E4"/>
        </w:tc>
      </w:tr>
      <w:tr w:rsidR="00C64BDB" w14:paraId="68EBB7E4" w14:textId="77777777">
        <w:tc>
          <w:tcPr>
            <w:tcW w:w="4320" w:type="dxa"/>
          </w:tcPr>
          <w:p w14:paraId="0A8FC935" w14:textId="77777777" w:rsidR="003A7917" w:rsidRDefault="00C64BDB">
            <w:r>
              <w:t>Social Security #</w:t>
            </w:r>
          </w:p>
        </w:tc>
        <w:tc>
          <w:tcPr>
            <w:tcW w:w="4320" w:type="dxa"/>
          </w:tcPr>
          <w:p w14:paraId="70D728F3" w14:textId="77777777" w:rsidR="003A7917" w:rsidRDefault="003A7917"/>
          <w:p w14:paraId="492699EB" w14:textId="5BF7E38A" w:rsidR="00E743E4" w:rsidRDefault="00E743E4"/>
        </w:tc>
      </w:tr>
      <w:tr w:rsidR="00C64BDB" w14:paraId="0D7D9A83" w14:textId="77777777">
        <w:tc>
          <w:tcPr>
            <w:tcW w:w="4320" w:type="dxa"/>
          </w:tcPr>
          <w:p w14:paraId="35FA98C5" w14:textId="77777777" w:rsidR="003A7917" w:rsidRDefault="00C64BDB">
            <w:r>
              <w:t>Medicaid #</w:t>
            </w:r>
          </w:p>
        </w:tc>
        <w:tc>
          <w:tcPr>
            <w:tcW w:w="4320" w:type="dxa"/>
          </w:tcPr>
          <w:p w14:paraId="16C47E5E" w14:textId="77777777" w:rsidR="003A7917" w:rsidRDefault="003A7917"/>
          <w:p w14:paraId="69C38977" w14:textId="4FE10B7C" w:rsidR="00E743E4" w:rsidRDefault="00E743E4"/>
        </w:tc>
      </w:tr>
      <w:tr w:rsidR="00C64BDB" w14:paraId="3B1147F9" w14:textId="77777777">
        <w:tc>
          <w:tcPr>
            <w:tcW w:w="4320" w:type="dxa"/>
          </w:tcPr>
          <w:p w14:paraId="269D45DE" w14:textId="62B94607" w:rsidR="003A7917" w:rsidRDefault="00C64BDB">
            <w:r>
              <w:t>Copy of Medicaid ID</w:t>
            </w:r>
            <w:r w:rsidR="00E743E4">
              <w:t xml:space="preserve"> Attach copy</w:t>
            </w:r>
          </w:p>
        </w:tc>
        <w:tc>
          <w:tcPr>
            <w:tcW w:w="4320" w:type="dxa"/>
          </w:tcPr>
          <w:p w14:paraId="63784279" w14:textId="77777777" w:rsidR="003A7917" w:rsidRDefault="003A7917"/>
          <w:p w14:paraId="7A8E2AEA" w14:textId="07827E00" w:rsidR="00E743E4" w:rsidRDefault="00E743E4"/>
        </w:tc>
      </w:tr>
      <w:tr w:rsidR="00C64BDB" w14:paraId="23977722" w14:textId="77777777">
        <w:tc>
          <w:tcPr>
            <w:tcW w:w="4320" w:type="dxa"/>
          </w:tcPr>
          <w:p w14:paraId="2102E3C4" w14:textId="62A28447" w:rsidR="003A7917" w:rsidRDefault="00C64BDB">
            <w:r>
              <w:t>Copy of License or ID</w:t>
            </w:r>
            <w:r w:rsidR="00E743E4">
              <w:t xml:space="preserve"> Attach copy</w:t>
            </w:r>
          </w:p>
        </w:tc>
        <w:tc>
          <w:tcPr>
            <w:tcW w:w="4320" w:type="dxa"/>
          </w:tcPr>
          <w:p w14:paraId="06E8948C" w14:textId="34287355" w:rsidR="003A7917" w:rsidRDefault="003A7917"/>
        </w:tc>
      </w:tr>
      <w:tr w:rsidR="00C64BDB" w14:paraId="716BB441" w14:textId="77777777">
        <w:tc>
          <w:tcPr>
            <w:tcW w:w="4320" w:type="dxa"/>
          </w:tcPr>
          <w:p w14:paraId="04C216A4" w14:textId="77777777" w:rsidR="003A7917" w:rsidRDefault="00C64BDB">
            <w:r>
              <w:t>Who Are They With (CCNH, Trillium, Partners, Other)</w:t>
            </w:r>
          </w:p>
        </w:tc>
        <w:tc>
          <w:tcPr>
            <w:tcW w:w="4320" w:type="dxa"/>
          </w:tcPr>
          <w:p w14:paraId="24EB4967" w14:textId="0EDD599A" w:rsidR="003A7917" w:rsidRDefault="003A7917"/>
        </w:tc>
      </w:tr>
      <w:tr w:rsidR="00C64BDB" w14:paraId="6663FC66" w14:textId="77777777">
        <w:tc>
          <w:tcPr>
            <w:tcW w:w="4320" w:type="dxa"/>
          </w:tcPr>
          <w:p w14:paraId="4BEF1886" w14:textId="77777777" w:rsidR="003A7917" w:rsidRDefault="00C64BDB">
            <w:r>
              <w:t>County of Residence</w:t>
            </w:r>
          </w:p>
        </w:tc>
        <w:tc>
          <w:tcPr>
            <w:tcW w:w="4320" w:type="dxa"/>
          </w:tcPr>
          <w:p w14:paraId="5BF23B5D" w14:textId="77777777" w:rsidR="003A7917" w:rsidRDefault="003A7917"/>
          <w:p w14:paraId="2E8CB0B6" w14:textId="5CC314A1" w:rsidR="00E743E4" w:rsidRDefault="00E743E4"/>
        </w:tc>
      </w:tr>
      <w:tr w:rsidR="00C64BDB" w14:paraId="48BA2E77" w14:textId="77777777">
        <w:tc>
          <w:tcPr>
            <w:tcW w:w="4320" w:type="dxa"/>
          </w:tcPr>
          <w:p w14:paraId="2C0CBCED" w14:textId="77777777" w:rsidR="003A7917" w:rsidRDefault="00C64BDB">
            <w:r>
              <w:t>Address</w:t>
            </w:r>
          </w:p>
          <w:p w14:paraId="24D6BD6F" w14:textId="77777777" w:rsidR="00E743E4" w:rsidRDefault="00E743E4"/>
        </w:tc>
        <w:tc>
          <w:tcPr>
            <w:tcW w:w="4320" w:type="dxa"/>
          </w:tcPr>
          <w:p w14:paraId="794725DD" w14:textId="77777777" w:rsidR="003A7917" w:rsidRDefault="003A7917"/>
          <w:p w14:paraId="5D2DFFC6" w14:textId="42FB3A5B" w:rsidR="00E743E4" w:rsidRDefault="00E743E4"/>
        </w:tc>
      </w:tr>
      <w:tr w:rsidR="00C64BDB" w14:paraId="02B0BEDD" w14:textId="77777777">
        <w:tc>
          <w:tcPr>
            <w:tcW w:w="4320" w:type="dxa"/>
          </w:tcPr>
          <w:p w14:paraId="29955569" w14:textId="77777777" w:rsidR="003A7917" w:rsidRDefault="00C64BDB">
            <w:r>
              <w:t>Caretaker Information</w:t>
            </w:r>
          </w:p>
        </w:tc>
        <w:tc>
          <w:tcPr>
            <w:tcW w:w="4320" w:type="dxa"/>
          </w:tcPr>
          <w:p w14:paraId="2BD8134C" w14:textId="77777777" w:rsidR="003A7917" w:rsidRDefault="003A7917"/>
          <w:p w14:paraId="60FA703D" w14:textId="3AFA950B" w:rsidR="00E743E4" w:rsidRDefault="00E743E4"/>
        </w:tc>
      </w:tr>
      <w:tr w:rsidR="00C64BDB" w14:paraId="3BA3363A" w14:textId="77777777">
        <w:tc>
          <w:tcPr>
            <w:tcW w:w="4320" w:type="dxa"/>
          </w:tcPr>
          <w:p w14:paraId="5196CA93" w14:textId="77777777" w:rsidR="003A7917" w:rsidRDefault="00C64BDB">
            <w:r>
              <w:t>HIPAA Letter Signed?</w:t>
            </w:r>
          </w:p>
        </w:tc>
        <w:tc>
          <w:tcPr>
            <w:tcW w:w="4320" w:type="dxa"/>
          </w:tcPr>
          <w:p w14:paraId="20E63C47" w14:textId="3A34949F" w:rsidR="003A7917" w:rsidRDefault="003A7917"/>
        </w:tc>
      </w:tr>
      <w:tr w:rsidR="00C64BDB" w14:paraId="04351767" w14:textId="77777777">
        <w:tc>
          <w:tcPr>
            <w:tcW w:w="4320" w:type="dxa"/>
          </w:tcPr>
          <w:p w14:paraId="7F641F04" w14:textId="77777777" w:rsidR="003A7917" w:rsidRDefault="00C64BDB">
            <w:r>
              <w:t>Services Requested</w:t>
            </w:r>
          </w:p>
        </w:tc>
        <w:tc>
          <w:tcPr>
            <w:tcW w:w="4320" w:type="dxa"/>
          </w:tcPr>
          <w:p w14:paraId="3F06D563" w14:textId="0E36787F" w:rsidR="003A7917" w:rsidRDefault="003A7917"/>
        </w:tc>
      </w:tr>
      <w:tr w:rsidR="00C64BDB" w14:paraId="045D1179" w14:textId="77777777">
        <w:tc>
          <w:tcPr>
            <w:tcW w:w="4320" w:type="dxa"/>
          </w:tcPr>
          <w:p w14:paraId="03CF7522" w14:textId="77777777" w:rsidR="003A7917" w:rsidRDefault="00C64BDB">
            <w:r>
              <w:t xml:space="preserve">Who </w:t>
            </w:r>
            <w:proofErr w:type="gramStart"/>
            <w:r>
              <w:t>Referred</w:t>
            </w:r>
            <w:proofErr w:type="gramEnd"/>
            <w:r>
              <w:t xml:space="preserve"> You?</w:t>
            </w:r>
          </w:p>
        </w:tc>
        <w:tc>
          <w:tcPr>
            <w:tcW w:w="4320" w:type="dxa"/>
          </w:tcPr>
          <w:p w14:paraId="48CD3AFF" w14:textId="5AB966B8" w:rsidR="003A7917" w:rsidRDefault="003A7917"/>
        </w:tc>
      </w:tr>
      <w:tr w:rsidR="00C64BDB" w14:paraId="64D119F4" w14:textId="77777777">
        <w:tc>
          <w:tcPr>
            <w:tcW w:w="4320" w:type="dxa"/>
          </w:tcPr>
          <w:p w14:paraId="0173F15A" w14:textId="77777777" w:rsidR="003A7917" w:rsidRDefault="00C64BDB">
            <w:r>
              <w:t>Additional Notes</w:t>
            </w:r>
          </w:p>
        </w:tc>
        <w:tc>
          <w:tcPr>
            <w:tcW w:w="4320" w:type="dxa"/>
          </w:tcPr>
          <w:p w14:paraId="57FECB7B" w14:textId="15A67EBB" w:rsidR="003A7917" w:rsidRDefault="003A7917"/>
        </w:tc>
      </w:tr>
      <w:tr w:rsidR="00C64BDB" w14:paraId="1C90B6C6" w14:textId="77777777">
        <w:tc>
          <w:tcPr>
            <w:tcW w:w="4320" w:type="dxa"/>
          </w:tcPr>
          <w:p w14:paraId="303FC7BF" w14:textId="77777777" w:rsidR="00E743E4" w:rsidRDefault="00E743E4">
            <w:r>
              <w:t>Contact Information:</w:t>
            </w:r>
          </w:p>
          <w:p w14:paraId="46B2C793" w14:textId="49AF310B" w:rsidR="00E743E4" w:rsidRDefault="00E743E4">
            <w:r>
              <w:t>Email</w:t>
            </w:r>
          </w:p>
        </w:tc>
        <w:tc>
          <w:tcPr>
            <w:tcW w:w="4320" w:type="dxa"/>
          </w:tcPr>
          <w:p w14:paraId="539F2D11" w14:textId="77777777" w:rsidR="00E743E4" w:rsidRDefault="00E743E4"/>
        </w:tc>
      </w:tr>
      <w:tr w:rsidR="00C64BDB" w14:paraId="23913F21" w14:textId="77777777">
        <w:tc>
          <w:tcPr>
            <w:tcW w:w="4320" w:type="dxa"/>
          </w:tcPr>
          <w:p w14:paraId="6D2D654B" w14:textId="4ACBEC20" w:rsidR="00E743E4" w:rsidRDefault="00E743E4">
            <w:r>
              <w:t>Telephone Number:</w:t>
            </w:r>
          </w:p>
        </w:tc>
        <w:tc>
          <w:tcPr>
            <w:tcW w:w="4320" w:type="dxa"/>
          </w:tcPr>
          <w:p w14:paraId="0193F100" w14:textId="77777777" w:rsidR="00E743E4" w:rsidRDefault="00E743E4"/>
        </w:tc>
      </w:tr>
    </w:tbl>
    <w:p w14:paraId="04DCF068" w14:textId="11F494EB" w:rsidR="003A7917" w:rsidRDefault="00C64BDB">
      <w:r>
        <w:br/>
      </w:r>
      <w:r>
        <w:t>Signature: _</w:t>
      </w:r>
      <w:r w:rsidR="00E743E4">
        <w:t>__________________________________</w:t>
      </w:r>
      <w:r>
        <w:t>________________________</w:t>
      </w:r>
      <w:r>
        <w:tab/>
        <w:t>Date: 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E743E4" w:rsidRPr="00E743E4" w14:paraId="1E730E44" w14:textId="77777777" w:rsidTr="00E743E4">
        <w:tc>
          <w:tcPr>
            <w:tcW w:w="8856" w:type="dxa"/>
          </w:tcPr>
          <w:p w14:paraId="5E773682" w14:textId="77777777" w:rsidR="00E743E4" w:rsidRPr="00E743E4" w:rsidRDefault="00E743E4" w:rsidP="00270F69">
            <w:pPr>
              <w:rPr>
                <w:b/>
                <w:bCs/>
                <w:i/>
                <w:iCs/>
              </w:rPr>
            </w:pPr>
            <w:r w:rsidRPr="00E743E4">
              <w:rPr>
                <w:b/>
                <w:bCs/>
                <w:i/>
                <w:iCs/>
                <w:highlight w:val="green"/>
              </w:rPr>
              <w:t>Office Use Only:</w:t>
            </w:r>
          </w:p>
        </w:tc>
      </w:tr>
      <w:tr w:rsidR="00E743E4" w:rsidRPr="00E743E4" w14:paraId="28101889" w14:textId="77777777" w:rsidTr="00E743E4">
        <w:tc>
          <w:tcPr>
            <w:tcW w:w="8856" w:type="dxa"/>
          </w:tcPr>
          <w:p w14:paraId="3EF715E7" w14:textId="77777777" w:rsidR="00E743E4" w:rsidRPr="00E743E4" w:rsidRDefault="00E743E4" w:rsidP="00270F69">
            <w:pPr>
              <w:rPr>
                <w:b/>
                <w:bCs/>
                <w:i/>
                <w:iCs/>
              </w:rPr>
            </w:pPr>
            <w:r w:rsidRPr="00E743E4">
              <w:rPr>
                <w:b/>
                <w:bCs/>
                <w:i/>
                <w:iCs/>
              </w:rPr>
              <w:t xml:space="preserve">Intake </w:t>
            </w:r>
            <w:proofErr w:type="gramStart"/>
            <w:r w:rsidRPr="00E743E4">
              <w:rPr>
                <w:b/>
                <w:bCs/>
                <w:i/>
                <w:iCs/>
              </w:rPr>
              <w:t>Coordinator:_</w:t>
            </w:r>
            <w:proofErr w:type="gramEnd"/>
            <w:r w:rsidRPr="00E743E4">
              <w:rPr>
                <w:b/>
                <w:bCs/>
                <w:i/>
                <w:iCs/>
              </w:rPr>
              <w:t>____________________________________________________  Date: ________________</w:t>
            </w:r>
          </w:p>
        </w:tc>
      </w:tr>
      <w:tr w:rsidR="00E743E4" w:rsidRPr="00E743E4" w14:paraId="24A9F986" w14:textId="77777777" w:rsidTr="00E743E4">
        <w:tc>
          <w:tcPr>
            <w:tcW w:w="8856" w:type="dxa"/>
          </w:tcPr>
          <w:p w14:paraId="0C89FC8A" w14:textId="77777777" w:rsidR="00E743E4" w:rsidRPr="00E743E4" w:rsidRDefault="00E743E4" w:rsidP="00270F69">
            <w:pPr>
              <w:rPr>
                <w:b/>
                <w:bCs/>
                <w:i/>
                <w:iCs/>
              </w:rPr>
            </w:pPr>
            <w:r w:rsidRPr="00E743E4">
              <w:rPr>
                <w:b/>
                <w:bCs/>
                <w:i/>
                <w:iCs/>
              </w:rPr>
              <w:t xml:space="preserve">Location of </w:t>
            </w:r>
            <w:proofErr w:type="gramStart"/>
            <w:r w:rsidRPr="00E743E4">
              <w:rPr>
                <w:b/>
                <w:bCs/>
                <w:i/>
                <w:iCs/>
              </w:rPr>
              <w:t>Referral:_</w:t>
            </w:r>
            <w:proofErr w:type="gramEnd"/>
            <w:r w:rsidRPr="00E743E4">
              <w:rPr>
                <w:b/>
                <w:bCs/>
                <w:i/>
                <w:iCs/>
              </w:rPr>
              <w:t>________________________________________________</w:t>
            </w:r>
          </w:p>
        </w:tc>
      </w:tr>
      <w:tr w:rsidR="00E743E4" w:rsidRPr="00E743E4" w14:paraId="64CC0CF9" w14:textId="77777777" w:rsidTr="00E743E4">
        <w:tc>
          <w:tcPr>
            <w:tcW w:w="8856" w:type="dxa"/>
          </w:tcPr>
          <w:p w14:paraId="27D656C8" w14:textId="77777777" w:rsidR="00E743E4" w:rsidRPr="00E743E4" w:rsidRDefault="00E743E4" w:rsidP="00270F69">
            <w:pPr>
              <w:rPr>
                <w:b/>
                <w:bCs/>
                <w:i/>
                <w:iCs/>
              </w:rPr>
            </w:pPr>
            <w:r w:rsidRPr="00E743E4">
              <w:rPr>
                <w:b/>
                <w:bCs/>
                <w:i/>
                <w:iCs/>
              </w:rPr>
              <w:t xml:space="preserve">Contact </w:t>
            </w:r>
            <w:proofErr w:type="gramStart"/>
            <w:r w:rsidRPr="00E743E4">
              <w:rPr>
                <w:b/>
                <w:bCs/>
                <w:i/>
                <w:iCs/>
              </w:rPr>
              <w:t>person:_</w:t>
            </w:r>
            <w:proofErr w:type="gramEnd"/>
            <w:r w:rsidRPr="00E743E4">
              <w:rPr>
                <w:b/>
                <w:bCs/>
                <w:i/>
                <w:iCs/>
              </w:rPr>
              <w:t>_______________________________</w:t>
            </w:r>
          </w:p>
        </w:tc>
      </w:tr>
      <w:tr w:rsidR="00E743E4" w:rsidRPr="00E743E4" w14:paraId="2D0ED2BB" w14:textId="77777777" w:rsidTr="00E743E4">
        <w:tc>
          <w:tcPr>
            <w:tcW w:w="8856" w:type="dxa"/>
          </w:tcPr>
          <w:p w14:paraId="031A8FE4" w14:textId="3CC489D3" w:rsidR="00E743E4" w:rsidRPr="00E743E4" w:rsidRDefault="00E743E4" w:rsidP="00270F69">
            <w:pPr>
              <w:rPr>
                <w:b/>
                <w:bCs/>
                <w:i/>
                <w:iCs/>
              </w:rPr>
            </w:pPr>
            <w:r w:rsidRPr="00E743E4">
              <w:rPr>
                <w:b/>
                <w:bCs/>
                <w:i/>
                <w:iCs/>
              </w:rPr>
              <w:t xml:space="preserve">Medicaid Verified: Yes _____ or   No_____ Eligible for 1915(I) </w:t>
            </w:r>
            <w:proofErr w:type="gramStart"/>
            <w:r w:rsidRPr="00E743E4">
              <w:rPr>
                <w:b/>
                <w:bCs/>
                <w:i/>
                <w:iCs/>
              </w:rPr>
              <w:t>Services:_</w:t>
            </w:r>
            <w:proofErr w:type="gramEnd"/>
            <w:r w:rsidRPr="00E743E4">
              <w:rPr>
                <w:b/>
                <w:bCs/>
                <w:i/>
                <w:iCs/>
              </w:rPr>
              <w:t xml:space="preserve">_________    </w:t>
            </w:r>
          </w:p>
        </w:tc>
      </w:tr>
      <w:tr w:rsidR="00E743E4" w:rsidRPr="00E743E4" w14:paraId="05696C0C" w14:textId="77777777" w:rsidTr="00E743E4">
        <w:tc>
          <w:tcPr>
            <w:tcW w:w="8856" w:type="dxa"/>
          </w:tcPr>
          <w:p w14:paraId="2CB70C8E" w14:textId="77777777" w:rsidR="00E743E4" w:rsidRPr="00E743E4" w:rsidRDefault="00E743E4" w:rsidP="00270F69">
            <w:pPr>
              <w:rPr>
                <w:b/>
                <w:bCs/>
                <w:i/>
                <w:iCs/>
              </w:rPr>
            </w:pPr>
            <w:r w:rsidRPr="00E743E4">
              <w:rPr>
                <w:b/>
                <w:bCs/>
                <w:i/>
                <w:iCs/>
              </w:rPr>
              <w:t xml:space="preserve">Assessment needed: Yes ____ or </w:t>
            </w:r>
            <w:proofErr w:type="gramStart"/>
            <w:r w:rsidRPr="00E743E4">
              <w:rPr>
                <w:b/>
                <w:bCs/>
                <w:i/>
                <w:iCs/>
              </w:rPr>
              <w:t>No:_</w:t>
            </w:r>
            <w:proofErr w:type="gramEnd"/>
            <w:r w:rsidRPr="00E743E4">
              <w:rPr>
                <w:b/>
                <w:bCs/>
                <w:i/>
                <w:iCs/>
              </w:rPr>
              <w:t>______</w:t>
            </w:r>
          </w:p>
        </w:tc>
      </w:tr>
      <w:tr w:rsidR="00E743E4" w:rsidRPr="00E743E4" w14:paraId="288A7C9F" w14:textId="77777777" w:rsidTr="00E743E4">
        <w:tc>
          <w:tcPr>
            <w:tcW w:w="8856" w:type="dxa"/>
          </w:tcPr>
          <w:p w14:paraId="17476215" w14:textId="733BC996" w:rsidR="00E743E4" w:rsidRPr="00E743E4" w:rsidRDefault="00E743E4" w:rsidP="00270F6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Accepted in RAS INC: yes_____ or </w:t>
            </w:r>
            <w:proofErr w:type="gramStart"/>
            <w:r>
              <w:rPr>
                <w:b/>
                <w:bCs/>
                <w:i/>
                <w:iCs/>
              </w:rPr>
              <w:t>NO:_</w:t>
            </w:r>
            <w:proofErr w:type="gramEnd"/>
            <w:r>
              <w:rPr>
                <w:b/>
                <w:bCs/>
                <w:i/>
                <w:iCs/>
              </w:rPr>
              <w:t>_____</w:t>
            </w:r>
          </w:p>
        </w:tc>
      </w:tr>
      <w:tr w:rsidR="00E743E4" w:rsidRPr="00E743E4" w14:paraId="5C3C6713" w14:textId="77777777" w:rsidTr="00E743E4">
        <w:tc>
          <w:tcPr>
            <w:tcW w:w="8856" w:type="dxa"/>
          </w:tcPr>
          <w:p w14:paraId="4CAB21CC" w14:textId="256DE594" w:rsidR="00E743E4" w:rsidRDefault="00E743E4" w:rsidP="00270F6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Authorization Start </w:t>
            </w:r>
            <w:proofErr w:type="gramStart"/>
            <w:r>
              <w:rPr>
                <w:b/>
                <w:bCs/>
                <w:i/>
                <w:iCs/>
              </w:rPr>
              <w:t>Date:_</w:t>
            </w:r>
            <w:proofErr w:type="gramEnd"/>
            <w:r>
              <w:rPr>
                <w:b/>
                <w:bCs/>
                <w:i/>
                <w:iCs/>
              </w:rPr>
              <w:t>________________________________</w:t>
            </w:r>
          </w:p>
        </w:tc>
      </w:tr>
      <w:tr w:rsidR="00E743E4" w:rsidRPr="00E743E4" w14:paraId="2D56D402" w14:textId="77777777" w:rsidTr="00E743E4">
        <w:tc>
          <w:tcPr>
            <w:tcW w:w="8856" w:type="dxa"/>
          </w:tcPr>
          <w:p w14:paraId="08C5F50E" w14:textId="3DC50A36" w:rsidR="00E743E4" w:rsidRDefault="00E743E4" w:rsidP="00270F6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Approved </w:t>
            </w:r>
            <w:proofErr w:type="gramStart"/>
            <w:r>
              <w:rPr>
                <w:b/>
                <w:bCs/>
                <w:i/>
                <w:iCs/>
              </w:rPr>
              <w:t>by:_</w:t>
            </w:r>
            <w:proofErr w:type="gramEnd"/>
            <w:r>
              <w:rPr>
                <w:b/>
                <w:bCs/>
                <w:i/>
                <w:iCs/>
              </w:rPr>
              <w:t>____________________________________________________</w:t>
            </w:r>
          </w:p>
        </w:tc>
      </w:tr>
    </w:tbl>
    <w:p w14:paraId="2AFF6C5F" w14:textId="7E086C0F" w:rsidR="003A7917" w:rsidRPr="00E743E4" w:rsidRDefault="00C64BDB" w:rsidP="00E743E4">
      <w:pPr>
        <w:pStyle w:val="Heading1"/>
        <w:rPr>
          <w:sz w:val="16"/>
          <w:szCs w:val="16"/>
        </w:rPr>
      </w:pPr>
      <w:r>
        <w:lastRenderedPageBreak/>
        <w:br/>
      </w:r>
    </w:p>
    <w:p w14:paraId="2B1EA161" w14:textId="77777777" w:rsidR="00E743E4" w:rsidRPr="00E743E4" w:rsidRDefault="00E743E4">
      <w:pPr>
        <w:rPr>
          <w:b/>
          <w:bCs/>
          <w:i/>
          <w:iCs/>
        </w:rPr>
      </w:pPr>
    </w:p>
    <w:sectPr w:rsidR="00E743E4" w:rsidRPr="00E743E4" w:rsidSect="00C64BDB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1EFDB" w14:textId="77777777" w:rsidR="00E743E4" w:rsidRDefault="00E743E4" w:rsidP="00E743E4">
      <w:pPr>
        <w:spacing w:after="0" w:line="240" w:lineRule="auto"/>
      </w:pPr>
      <w:r>
        <w:separator/>
      </w:r>
    </w:p>
  </w:endnote>
  <w:endnote w:type="continuationSeparator" w:id="0">
    <w:p w14:paraId="73E049A3" w14:textId="77777777" w:rsidR="00E743E4" w:rsidRDefault="00E743E4" w:rsidP="00E74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83E62" w14:textId="77777777" w:rsidR="00E743E4" w:rsidRPr="00E743E4" w:rsidRDefault="00E743E4" w:rsidP="00E743E4">
    <w:pPr>
      <w:pStyle w:val="Heading1"/>
      <w:rPr>
        <w:sz w:val="16"/>
        <w:szCs w:val="16"/>
      </w:rPr>
    </w:pPr>
    <w:r w:rsidRPr="00E743E4">
      <w:rPr>
        <w:sz w:val="16"/>
        <w:szCs w:val="16"/>
      </w:rPr>
      <w:t>Raising A Standard, Inc.</w:t>
    </w:r>
  </w:p>
  <w:p w14:paraId="1253297B" w14:textId="23580FB2" w:rsidR="00E743E4" w:rsidRDefault="00E743E4">
    <w:pPr>
      <w:pStyle w:val="Footer"/>
    </w:pPr>
    <w:r w:rsidRPr="00C64BDB">
      <w:rPr>
        <w:color w:val="7030A0"/>
      </w:rPr>
      <w:t xml:space="preserve">REFERRAL FORM UPDATED </w:t>
    </w:r>
    <w:r w:rsidR="00C64BDB" w:rsidRPr="00C64BDB">
      <w:rPr>
        <w:color w:val="7030A0"/>
      </w:rPr>
      <w:t>12/26/2024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D2F36" w14:textId="77777777" w:rsidR="00E743E4" w:rsidRDefault="00E743E4" w:rsidP="00E743E4">
      <w:pPr>
        <w:spacing w:after="0" w:line="240" w:lineRule="auto"/>
      </w:pPr>
      <w:r>
        <w:separator/>
      </w:r>
    </w:p>
  </w:footnote>
  <w:footnote w:type="continuationSeparator" w:id="0">
    <w:p w14:paraId="248E5F32" w14:textId="77777777" w:rsidR="00E743E4" w:rsidRDefault="00E743E4" w:rsidP="00E74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0375697">
    <w:abstractNumId w:val="8"/>
  </w:num>
  <w:num w:numId="2" w16cid:durableId="959534333">
    <w:abstractNumId w:val="6"/>
  </w:num>
  <w:num w:numId="3" w16cid:durableId="893664353">
    <w:abstractNumId w:val="5"/>
  </w:num>
  <w:num w:numId="4" w16cid:durableId="1978484558">
    <w:abstractNumId w:val="4"/>
  </w:num>
  <w:num w:numId="5" w16cid:durableId="764494454">
    <w:abstractNumId w:val="7"/>
  </w:num>
  <w:num w:numId="6" w16cid:durableId="6105427">
    <w:abstractNumId w:val="3"/>
  </w:num>
  <w:num w:numId="7" w16cid:durableId="673727947">
    <w:abstractNumId w:val="2"/>
  </w:num>
  <w:num w:numId="8" w16cid:durableId="1507210690">
    <w:abstractNumId w:val="1"/>
  </w:num>
  <w:num w:numId="9" w16cid:durableId="2022317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A7917"/>
    <w:rsid w:val="00767668"/>
    <w:rsid w:val="00AA1D8D"/>
    <w:rsid w:val="00B47730"/>
    <w:rsid w:val="00C64BDB"/>
    <w:rsid w:val="00CB0664"/>
    <w:rsid w:val="00E743E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064704"/>
  <w14:defaultImageDpi w14:val="300"/>
  <w15:docId w15:val="{D08D211E-BAC9-4289-8137-9099ADEC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Josette Rutland-Burrus</cp:lastModifiedBy>
  <cp:revision>2</cp:revision>
  <cp:lastPrinted>2024-12-26T17:22:00Z</cp:lastPrinted>
  <dcterms:created xsi:type="dcterms:W3CDTF">2024-12-26T17:24:00Z</dcterms:created>
  <dcterms:modified xsi:type="dcterms:W3CDTF">2024-12-26T17:24:00Z</dcterms:modified>
  <cp:category/>
</cp:coreProperties>
</file>