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096"/>
        <w:gridCol w:w="6984"/>
      </w:tblGrid>
      <w:tr w:rsidR="00A85E55" w14:paraId="146F77F1" w14:textId="77777777">
        <w:trPr>
          <w:jc w:val="center"/>
        </w:trPr>
        <w:tc>
          <w:tcPr>
            <w:tcW w:w="3096" w:type="dxa"/>
            <w:tcBorders>
              <w:top w:val="nil"/>
              <w:left w:val="nil"/>
              <w:bottom w:val="nil"/>
              <w:right w:val="nil"/>
            </w:tcBorders>
            <w:tcMar>
              <w:top w:w="0" w:type="dxa"/>
              <w:left w:w="40" w:type="dxa"/>
              <w:bottom w:w="0" w:type="dxa"/>
              <w:right w:w="40" w:type="dxa"/>
            </w:tcMar>
          </w:tcPr>
          <w:p w14:paraId="2B4D7292" w14:textId="6F08BDBD" w:rsidR="00A85E55" w:rsidRDefault="00AF037B">
            <w:pPr>
              <w:spacing w:after="0"/>
              <w:jc w:val="center"/>
            </w:pPr>
            <w:r>
              <w:rPr>
                <w:noProof/>
              </w:rPr>
              <w:drawing>
                <wp:inline distT="0" distB="0" distL="0" distR="0" wp14:anchorId="3D63E2FD" wp14:editId="405B357D">
                  <wp:extent cx="1915160" cy="1915160"/>
                  <wp:effectExtent l="0" t="0" r="0" b="0"/>
                  <wp:docPr id="984024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24459" name="Picture 984024459"/>
                          <pic:cNvPicPr/>
                        </pic:nvPicPr>
                        <pic:blipFill>
                          <a:blip r:embed="rId8"/>
                          <a:stretch>
                            <a:fillRect/>
                          </a:stretch>
                        </pic:blipFill>
                        <pic:spPr>
                          <a:xfrm>
                            <a:off x="0" y="0"/>
                            <a:ext cx="1915160" cy="1915160"/>
                          </a:xfrm>
                          <a:prstGeom prst="rect">
                            <a:avLst/>
                          </a:prstGeom>
                        </pic:spPr>
                      </pic:pic>
                    </a:graphicData>
                  </a:graphic>
                </wp:inline>
              </w:drawing>
            </w:r>
          </w:p>
        </w:tc>
        <w:tc>
          <w:tcPr>
            <w:tcW w:w="6984" w:type="dxa"/>
            <w:tcBorders>
              <w:top w:val="nil"/>
              <w:left w:val="nil"/>
              <w:bottom w:val="nil"/>
              <w:right w:val="nil"/>
            </w:tcBorders>
            <w:tcMar>
              <w:top w:w="0" w:type="dxa"/>
              <w:left w:w="40" w:type="dxa"/>
              <w:bottom w:w="0" w:type="dxa"/>
              <w:right w:w="40" w:type="dxa"/>
            </w:tcMar>
            <w:vAlign w:val="center"/>
          </w:tcPr>
          <w:p w14:paraId="55312361" w14:textId="77777777" w:rsidR="00A85E55" w:rsidRDefault="00950F30">
            <w:pPr>
              <w:jc w:val="center"/>
            </w:pPr>
            <w:r>
              <w:rPr>
                <w:b/>
                <w:color w:val="365630"/>
                <w:sz w:val="36"/>
              </w:rPr>
              <w:t>LEE COUNTY WILDLIFE ASSOCIATION</w:t>
            </w:r>
          </w:p>
          <w:p w14:paraId="59271FFF" w14:textId="77777777" w:rsidR="00A85E55" w:rsidRDefault="00950F30">
            <w:pPr>
              <w:jc w:val="center"/>
            </w:pPr>
            <w:r>
              <w:rPr>
                <w:b/>
                <w:sz w:val="40"/>
              </w:rPr>
              <w:t>Scholarship Application</w:t>
            </w:r>
          </w:p>
          <w:p w14:paraId="4D0358B8" w14:textId="77777777" w:rsidR="00A85E55" w:rsidRDefault="00950F30">
            <w:pPr>
              <w:jc w:val="center"/>
            </w:pPr>
            <w:r>
              <w:rPr>
                <w:b/>
                <w:sz w:val="32"/>
              </w:rPr>
              <w:t>2026-2027</w:t>
            </w:r>
          </w:p>
        </w:tc>
      </w:tr>
    </w:tbl>
    <w:p w14:paraId="13591E03" w14:textId="62117E39" w:rsidR="00A85E55" w:rsidRDefault="00950F30">
      <w:pPr>
        <w:spacing w:before="200"/>
        <w:jc w:val="center"/>
      </w:pPr>
      <w:r>
        <w:rPr>
          <w:b/>
          <w:sz w:val="24"/>
        </w:rPr>
        <w:t>Up to $</w:t>
      </w:r>
      <w:r w:rsidR="00AF037B">
        <w:rPr>
          <w:b/>
          <w:sz w:val="24"/>
        </w:rPr>
        <w:t>16</w:t>
      </w:r>
      <w:r>
        <w:rPr>
          <w:b/>
          <w:sz w:val="24"/>
        </w:rPr>
        <w:t>,</w:t>
      </w:r>
      <w:r w:rsidR="00AF037B">
        <w:rPr>
          <w:b/>
          <w:sz w:val="24"/>
        </w:rPr>
        <w:t>5</w:t>
      </w:r>
      <w:r>
        <w:rPr>
          <w:b/>
          <w:sz w:val="24"/>
        </w:rPr>
        <w:t>00 in scholarships | Up to 10 qualifying scholars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7020"/>
      </w:tblGrid>
      <w:tr w:rsidR="00A85E55" w14:paraId="1DA02067" w14:textId="77777777" w:rsidTr="00AD46AA">
        <w:trPr>
          <w:jc w:val="center"/>
        </w:trPr>
        <w:tc>
          <w:tcPr>
            <w:tcW w:w="2700" w:type="dxa"/>
            <w:shd w:val="clear" w:color="auto" w:fill="E8EFE5"/>
            <w:tcMar>
              <w:top w:w="80" w:type="dxa"/>
              <w:left w:w="100" w:type="dxa"/>
              <w:bottom w:w="80" w:type="dxa"/>
              <w:right w:w="100" w:type="dxa"/>
            </w:tcMar>
          </w:tcPr>
          <w:p w14:paraId="5CE11B2D" w14:textId="77777777" w:rsidR="00A85E55" w:rsidRPr="00AD46AA" w:rsidRDefault="00950F30">
            <w:pPr>
              <w:rPr>
                <w:sz w:val="24"/>
                <w:szCs w:val="24"/>
              </w:rPr>
            </w:pPr>
            <w:r w:rsidRPr="00AD46AA">
              <w:rPr>
                <w:b/>
                <w:color w:val="365630"/>
                <w:sz w:val="24"/>
                <w:szCs w:val="24"/>
              </w:rPr>
              <w:t>APPLICATION DEADLINE</w:t>
            </w:r>
          </w:p>
        </w:tc>
        <w:tc>
          <w:tcPr>
            <w:tcW w:w="7020" w:type="dxa"/>
            <w:tcMar>
              <w:top w:w="80" w:type="dxa"/>
              <w:left w:w="100" w:type="dxa"/>
              <w:bottom w:w="80" w:type="dxa"/>
              <w:right w:w="100" w:type="dxa"/>
            </w:tcMar>
          </w:tcPr>
          <w:p w14:paraId="42DC6F21" w14:textId="77777777" w:rsidR="00A85E55" w:rsidRPr="00AD46AA" w:rsidRDefault="00950F30">
            <w:pPr>
              <w:rPr>
                <w:sz w:val="24"/>
                <w:szCs w:val="24"/>
              </w:rPr>
            </w:pPr>
            <w:r w:rsidRPr="00AD46AA">
              <w:rPr>
                <w:sz w:val="24"/>
                <w:szCs w:val="24"/>
              </w:rPr>
              <w:t>4:00 PM - Tuesday, January 5, 2027</w:t>
            </w:r>
          </w:p>
        </w:tc>
      </w:tr>
      <w:tr w:rsidR="00A85E55" w14:paraId="20620A00" w14:textId="77777777" w:rsidTr="00AD46AA">
        <w:trPr>
          <w:jc w:val="center"/>
        </w:trPr>
        <w:tc>
          <w:tcPr>
            <w:tcW w:w="2700" w:type="dxa"/>
            <w:shd w:val="clear" w:color="auto" w:fill="E8EFE5"/>
            <w:tcMar>
              <w:top w:w="80" w:type="dxa"/>
              <w:left w:w="100" w:type="dxa"/>
              <w:bottom w:w="80" w:type="dxa"/>
              <w:right w:w="100" w:type="dxa"/>
            </w:tcMar>
          </w:tcPr>
          <w:p w14:paraId="2307D9F9" w14:textId="77777777" w:rsidR="00A85E55" w:rsidRPr="00AD46AA" w:rsidRDefault="00950F30">
            <w:pPr>
              <w:rPr>
                <w:sz w:val="24"/>
                <w:szCs w:val="24"/>
              </w:rPr>
            </w:pPr>
            <w:r w:rsidRPr="00AD46AA">
              <w:rPr>
                <w:b/>
                <w:color w:val="365630"/>
                <w:sz w:val="24"/>
                <w:szCs w:val="24"/>
              </w:rPr>
              <w:t>INTERVIEWS</w:t>
            </w:r>
          </w:p>
        </w:tc>
        <w:tc>
          <w:tcPr>
            <w:tcW w:w="7020" w:type="dxa"/>
            <w:tcMar>
              <w:top w:w="80" w:type="dxa"/>
              <w:left w:w="100" w:type="dxa"/>
              <w:bottom w:w="80" w:type="dxa"/>
              <w:right w:w="100" w:type="dxa"/>
            </w:tcMar>
          </w:tcPr>
          <w:p w14:paraId="7F41F507" w14:textId="4CC74425" w:rsidR="00A85E55" w:rsidRPr="00AD46AA" w:rsidRDefault="00950F30">
            <w:pPr>
              <w:rPr>
                <w:sz w:val="24"/>
                <w:szCs w:val="24"/>
              </w:rPr>
            </w:pPr>
            <w:r w:rsidRPr="00AD46AA">
              <w:rPr>
                <w:sz w:val="24"/>
                <w:szCs w:val="24"/>
              </w:rPr>
              <w:t xml:space="preserve">Thursday, January </w:t>
            </w:r>
            <w:r w:rsidR="003A2710">
              <w:rPr>
                <w:sz w:val="24"/>
                <w:szCs w:val="24"/>
              </w:rPr>
              <w:t>14</w:t>
            </w:r>
            <w:r w:rsidRPr="00AD46AA">
              <w:rPr>
                <w:sz w:val="24"/>
                <w:szCs w:val="24"/>
              </w:rPr>
              <w:t>, 2027</w:t>
            </w:r>
          </w:p>
        </w:tc>
      </w:tr>
      <w:tr w:rsidR="00A85E55" w14:paraId="24A07816" w14:textId="77777777" w:rsidTr="00AD46AA">
        <w:trPr>
          <w:jc w:val="center"/>
        </w:trPr>
        <w:tc>
          <w:tcPr>
            <w:tcW w:w="2700" w:type="dxa"/>
            <w:shd w:val="clear" w:color="auto" w:fill="E8EFE5"/>
            <w:tcMar>
              <w:top w:w="80" w:type="dxa"/>
              <w:left w:w="100" w:type="dxa"/>
              <w:bottom w:w="80" w:type="dxa"/>
              <w:right w:w="100" w:type="dxa"/>
            </w:tcMar>
          </w:tcPr>
          <w:p w14:paraId="6C267099" w14:textId="77777777" w:rsidR="00A85E55" w:rsidRPr="00AD46AA" w:rsidRDefault="00950F30">
            <w:pPr>
              <w:rPr>
                <w:sz w:val="24"/>
                <w:szCs w:val="24"/>
              </w:rPr>
            </w:pPr>
            <w:r w:rsidRPr="00AD46AA">
              <w:rPr>
                <w:b/>
                <w:color w:val="365630"/>
                <w:sz w:val="24"/>
                <w:szCs w:val="24"/>
              </w:rPr>
              <w:t>AWARDS PRESENTED</w:t>
            </w:r>
          </w:p>
        </w:tc>
        <w:tc>
          <w:tcPr>
            <w:tcW w:w="7020" w:type="dxa"/>
            <w:tcMar>
              <w:top w:w="80" w:type="dxa"/>
              <w:left w:w="100" w:type="dxa"/>
              <w:bottom w:w="80" w:type="dxa"/>
              <w:right w:w="100" w:type="dxa"/>
            </w:tcMar>
          </w:tcPr>
          <w:p w14:paraId="19BA8C2E" w14:textId="77777777" w:rsidR="00A85E55" w:rsidRPr="00AD46AA" w:rsidRDefault="00950F30">
            <w:pPr>
              <w:rPr>
                <w:sz w:val="24"/>
                <w:szCs w:val="24"/>
              </w:rPr>
            </w:pPr>
            <w:r w:rsidRPr="00AD46AA">
              <w:rPr>
                <w:sz w:val="24"/>
                <w:szCs w:val="24"/>
              </w:rPr>
              <w:t>Friday, February 5, 2027 - LCWA Annual Meeting</w:t>
            </w:r>
          </w:p>
        </w:tc>
      </w:tr>
      <w:tr w:rsidR="00A85E55" w14:paraId="17254B16" w14:textId="77777777" w:rsidTr="00AD46AA">
        <w:trPr>
          <w:jc w:val="center"/>
        </w:trPr>
        <w:tc>
          <w:tcPr>
            <w:tcW w:w="2700" w:type="dxa"/>
            <w:shd w:val="clear" w:color="auto" w:fill="E8EFE5"/>
            <w:tcMar>
              <w:top w:w="80" w:type="dxa"/>
              <w:left w:w="100" w:type="dxa"/>
              <w:bottom w:w="80" w:type="dxa"/>
              <w:right w:w="100" w:type="dxa"/>
            </w:tcMar>
          </w:tcPr>
          <w:p w14:paraId="3B2BA063" w14:textId="77777777" w:rsidR="00A85E55" w:rsidRPr="00AD46AA" w:rsidRDefault="00950F30">
            <w:pPr>
              <w:rPr>
                <w:sz w:val="24"/>
                <w:szCs w:val="24"/>
              </w:rPr>
            </w:pPr>
            <w:r w:rsidRPr="00AD46AA">
              <w:rPr>
                <w:b/>
                <w:color w:val="365630"/>
                <w:sz w:val="24"/>
                <w:szCs w:val="24"/>
              </w:rPr>
              <w:t>LOCATION</w:t>
            </w:r>
          </w:p>
        </w:tc>
        <w:tc>
          <w:tcPr>
            <w:tcW w:w="7020" w:type="dxa"/>
            <w:tcMar>
              <w:top w:w="80" w:type="dxa"/>
              <w:left w:w="100" w:type="dxa"/>
              <w:bottom w:w="80" w:type="dxa"/>
              <w:right w:w="100" w:type="dxa"/>
            </w:tcMar>
          </w:tcPr>
          <w:p w14:paraId="13B4B8E1" w14:textId="77777777" w:rsidR="00A85E55" w:rsidRPr="00AD46AA" w:rsidRDefault="00950F30">
            <w:pPr>
              <w:rPr>
                <w:sz w:val="24"/>
                <w:szCs w:val="24"/>
              </w:rPr>
            </w:pPr>
            <w:r w:rsidRPr="00AD46AA">
              <w:rPr>
                <w:sz w:val="24"/>
                <w:szCs w:val="24"/>
              </w:rPr>
              <w:t>The Silos on 77 Event Center</w:t>
            </w:r>
          </w:p>
        </w:tc>
      </w:tr>
    </w:tbl>
    <w:p w14:paraId="0CBE3914" w14:textId="77777777" w:rsidR="00A85E55" w:rsidRDefault="00950F30">
      <w:pPr>
        <w:pStyle w:val="Section"/>
        <w:spacing w:after="100"/>
      </w:pPr>
      <w:r>
        <w:t>Scholarship Overview</w:t>
      </w:r>
    </w:p>
    <w:p w14:paraId="78A05C93" w14:textId="1C9C477B" w:rsidR="00A85E55" w:rsidRPr="00AD46AA" w:rsidRDefault="00950F30">
      <w:pPr>
        <w:rPr>
          <w:sz w:val="24"/>
          <w:szCs w:val="24"/>
        </w:rPr>
      </w:pPr>
      <w:r w:rsidRPr="00AD46AA">
        <w:rPr>
          <w:sz w:val="24"/>
          <w:szCs w:val="24"/>
        </w:rPr>
        <w:t>The Lee County Wildlife Association (LCWA) is awarding up to $</w:t>
      </w:r>
      <w:r w:rsidR="00AF037B" w:rsidRPr="00AD46AA">
        <w:rPr>
          <w:sz w:val="24"/>
          <w:szCs w:val="24"/>
        </w:rPr>
        <w:t>16</w:t>
      </w:r>
      <w:r w:rsidRPr="00AD46AA">
        <w:rPr>
          <w:sz w:val="24"/>
          <w:szCs w:val="24"/>
        </w:rPr>
        <w:t>,</w:t>
      </w:r>
      <w:r w:rsidR="00AF037B" w:rsidRPr="00AD46AA">
        <w:rPr>
          <w:sz w:val="24"/>
          <w:szCs w:val="24"/>
        </w:rPr>
        <w:t>5</w:t>
      </w:r>
      <w:r w:rsidRPr="00AD46AA">
        <w:rPr>
          <w:sz w:val="24"/>
          <w:szCs w:val="24"/>
        </w:rPr>
        <w:t>00 in scholarship funding for up to 10 qualifying scholars for the 2026-2027 school year. Scholarship recipients will be recognized at the LCWA Annual Meeting on Friday, February 5, 2027, at The Silos on 77 Event Center. Applicants will be notified by phone and/or email before the meeting. Attendance at the Annual Meeting is required if selected for a scholarship.</w:t>
      </w:r>
    </w:p>
    <w:p w14:paraId="3B0C68F7" w14:textId="77777777" w:rsidR="00A85E55" w:rsidRPr="00AD46AA" w:rsidRDefault="00950F30">
      <w:pPr>
        <w:rPr>
          <w:sz w:val="24"/>
          <w:szCs w:val="24"/>
        </w:rPr>
      </w:pPr>
      <w:r w:rsidRPr="00AD46AA">
        <w:rPr>
          <w:sz w:val="24"/>
          <w:szCs w:val="24"/>
        </w:rPr>
        <w:t xml:space="preserve">Scholarship winners will receive information and deadlines for receiving scholarship funds by email. A downloadable application is available at: </w:t>
      </w:r>
      <w:r w:rsidRPr="00AD46AA">
        <w:rPr>
          <w:color w:val="0066CC"/>
          <w:sz w:val="24"/>
          <w:szCs w:val="24"/>
          <w:u w:val="single"/>
        </w:rPr>
        <w:t>leecountywildlife.org/scholarships</w:t>
      </w:r>
    </w:p>
    <w:p w14:paraId="6623A56B" w14:textId="77777777" w:rsidR="00A85E55" w:rsidRDefault="00950F30">
      <w:pPr>
        <w:pStyle w:val="Section"/>
        <w:spacing w:after="100"/>
      </w:pPr>
      <w:r>
        <w:t>Eligibility Requirements</w:t>
      </w:r>
    </w:p>
    <w:p w14:paraId="008DE3F9" w14:textId="77777777" w:rsidR="00A85E55" w:rsidRPr="00AD46AA" w:rsidRDefault="00950F30">
      <w:pPr>
        <w:pStyle w:val="ListBullet"/>
        <w:spacing w:after="120"/>
        <w:rPr>
          <w:sz w:val="24"/>
          <w:szCs w:val="24"/>
        </w:rPr>
      </w:pPr>
      <w:r w:rsidRPr="00AD46AA">
        <w:rPr>
          <w:sz w:val="24"/>
          <w:szCs w:val="24"/>
        </w:rPr>
        <w:t>Applicant's parent/legal guardian or grandparent must have paid and show an active membership in the Lee County Wildlife Association (LCWA) as of March 1, 2026.</w:t>
      </w:r>
    </w:p>
    <w:p w14:paraId="5E6F82B9" w14:textId="77777777" w:rsidR="00A85E55" w:rsidRPr="00AD46AA" w:rsidRDefault="00950F30">
      <w:pPr>
        <w:pStyle w:val="ListBullet"/>
        <w:spacing w:after="120"/>
        <w:rPr>
          <w:sz w:val="24"/>
          <w:szCs w:val="24"/>
        </w:rPr>
      </w:pPr>
      <w:r w:rsidRPr="00AD46AA">
        <w:rPr>
          <w:sz w:val="24"/>
          <w:szCs w:val="24"/>
        </w:rPr>
        <w:t>Applicant must be in their senior year and graduating during the 2026-2027 school year.</w:t>
      </w:r>
    </w:p>
    <w:p w14:paraId="76F6E70B" w14:textId="77777777" w:rsidR="00A85E55" w:rsidRPr="00AD46AA" w:rsidRDefault="00950F30">
      <w:pPr>
        <w:pStyle w:val="ListBullet"/>
        <w:spacing w:after="120"/>
        <w:rPr>
          <w:sz w:val="24"/>
          <w:szCs w:val="24"/>
        </w:rPr>
      </w:pPr>
      <w:r w:rsidRPr="00AD46AA">
        <w:rPr>
          <w:sz w:val="24"/>
          <w:szCs w:val="24"/>
        </w:rPr>
        <w:t>Applicant must have a parent/legal guardian who resides in, owns, or leases land in Lee County.</w:t>
      </w:r>
    </w:p>
    <w:p w14:paraId="790A959E" w14:textId="77777777" w:rsidR="00A85E55" w:rsidRPr="00AD46AA" w:rsidRDefault="00950F30">
      <w:pPr>
        <w:pStyle w:val="ListBullet"/>
        <w:spacing w:after="120"/>
        <w:rPr>
          <w:sz w:val="24"/>
          <w:szCs w:val="24"/>
        </w:rPr>
      </w:pPr>
      <w:r w:rsidRPr="00AD46AA">
        <w:rPr>
          <w:sz w:val="24"/>
          <w:szCs w:val="24"/>
        </w:rPr>
        <w:t>Applicant must intend to enroll in a college, university, or trade school within six months of graduation.</w:t>
      </w:r>
    </w:p>
    <w:p w14:paraId="261ABBB9" w14:textId="77777777" w:rsidR="00A85E55" w:rsidRPr="00AD46AA" w:rsidRDefault="00950F30">
      <w:pPr>
        <w:pStyle w:val="ListBullet"/>
        <w:spacing w:after="120"/>
        <w:rPr>
          <w:sz w:val="24"/>
          <w:szCs w:val="24"/>
        </w:rPr>
      </w:pPr>
      <w:r w:rsidRPr="00AD46AA">
        <w:rPr>
          <w:sz w:val="24"/>
          <w:szCs w:val="24"/>
        </w:rPr>
        <w:t>If awarded, applicant must provide LCWA proof of enrollment in a college, university, or trade school by September 1, 2027.</w:t>
      </w:r>
    </w:p>
    <w:p w14:paraId="6AA05C48" w14:textId="77777777" w:rsidR="00A85E55" w:rsidRDefault="00950F30">
      <w:r>
        <w:br w:type="page"/>
      </w:r>
    </w:p>
    <w:p w14:paraId="25011937" w14:textId="77777777" w:rsidR="00A85E55" w:rsidRDefault="00950F30">
      <w:pPr>
        <w:pStyle w:val="Section"/>
        <w:spacing w:after="100"/>
      </w:pPr>
      <w:r>
        <w:lastRenderedPageBreak/>
        <w:t>Application Requirements &amp; Important Information</w:t>
      </w:r>
    </w:p>
    <w:p w14:paraId="36310B67" w14:textId="77777777" w:rsidR="00A85E55" w:rsidRPr="00AD46AA" w:rsidRDefault="00950F30">
      <w:pPr>
        <w:pStyle w:val="ListBullet"/>
        <w:spacing w:after="120"/>
        <w:rPr>
          <w:sz w:val="24"/>
          <w:szCs w:val="24"/>
        </w:rPr>
      </w:pPr>
      <w:r w:rsidRPr="00AD46AA">
        <w:rPr>
          <w:sz w:val="24"/>
          <w:szCs w:val="24"/>
        </w:rPr>
        <w:t>A completed application must be submitted by 4:00 PM on Tuesday, January 5, 2027 to a Lee County school counselor or the Lee County Extension Office at 310 S. Grimes, Giddings, TX 78942. Late applications will NOT be accepted.</w:t>
      </w:r>
    </w:p>
    <w:p w14:paraId="128F3FA5" w14:textId="77777777" w:rsidR="00A85E55" w:rsidRPr="00AD46AA" w:rsidRDefault="00950F30">
      <w:pPr>
        <w:pStyle w:val="ListBullet"/>
        <w:spacing w:after="120"/>
        <w:rPr>
          <w:sz w:val="24"/>
          <w:szCs w:val="24"/>
        </w:rPr>
      </w:pPr>
      <w:r w:rsidRPr="00AD46AA">
        <w:rPr>
          <w:sz w:val="24"/>
          <w:szCs w:val="24"/>
        </w:rPr>
        <w:t>Qualified applicants must complete an interview with the Scholarship Committee on Thursday, January 21, 2027 at the Lee County Extension Office. An LCWA representative will contact applicants to arrange an interview time. Please provide accurate contact information.</w:t>
      </w:r>
    </w:p>
    <w:p w14:paraId="1C894C86" w14:textId="77777777" w:rsidR="00A85E55" w:rsidRPr="00AD46AA" w:rsidRDefault="00950F30">
      <w:pPr>
        <w:pStyle w:val="ListBullet"/>
        <w:spacing w:after="120"/>
        <w:rPr>
          <w:sz w:val="24"/>
          <w:szCs w:val="24"/>
        </w:rPr>
      </w:pPr>
      <w:r w:rsidRPr="00AD46AA">
        <w:rPr>
          <w:sz w:val="24"/>
          <w:szCs w:val="24"/>
        </w:rPr>
        <w:t>Applicant must submit either a digital or printed professional headshot, graduation photo, or similar image for use on the LCWA website and in future LCWA newsletters if selected.</w:t>
      </w:r>
    </w:p>
    <w:p w14:paraId="5A497144" w14:textId="77777777" w:rsidR="00A85E55" w:rsidRPr="00AD46AA" w:rsidRDefault="00950F30">
      <w:pPr>
        <w:pStyle w:val="ListBullet"/>
        <w:spacing w:after="120"/>
        <w:rPr>
          <w:sz w:val="24"/>
          <w:szCs w:val="24"/>
        </w:rPr>
      </w:pPr>
      <w:r w:rsidRPr="00AD46AA">
        <w:rPr>
          <w:sz w:val="24"/>
          <w:szCs w:val="24"/>
        </w:rPr>
        <w:t>All pages of this application must be TYPEWRITTEN, except signatures. All pages must be completed.</w:t>
      </w:r>
    </w:p>
    <w:p w14:paraId="4E8B2D92" w14:textId="77777777" w:rsidR="00A85E55" w:rsidRPr="00AD46AA" w:rsidRDefault="00950F30">
      <w:pPr>
        <w:pStyle w:val="ListBullet"/>
        <w:spacing w:after="120"/>
        <w:rPr>
          <w:sz w:val="24"/>
          <w:szCs w:val="24"/>
        </w:rPr>
      </w:pPr>
      <w:r w:rsidRPr="00AD46AA">
        <w:rPr>
          <w:sz w:val="24"/>
          <w:szCs w:val="24"/>
        </w:rPr>
        <w:t>Applicant must provide an official copy of their high school transcript.</w:t>
      </w:r>
    </w:p>
    <w:p w14:paraId="4C601B25" w14:textId="77777777" w:rsidR="00A85E55" w:rsidRPr="00AD46AA" w:rsidRDefault="00950F30">
      <w:pPr>
        <w:pStyle w:val="ListBullet"/>
        <w:spacing w:after="120"/>
        <w:rPr>
          <w:sz w:val="24"/>
          <w:szCs w:val="24"/>
        </w:rPr>
      </w:pPr>
      <w:r w:rsidRPr="00AD46AA">
        <w:rPr>
          <w:sz w:val="24"/>
          <w:szCs w:val="24"/>
        </w:rPr>
        <w:t>Applicant must provide two letters of recommendation.</w:t>
      </w:r>
    </w:p>
    <w:p w14:paraId="1DFE43DE" w14:textId="7FDA9B4B" w:rsidR="00A85E55" w:rsidRPr="00AD46AA" w:rsidRDefault="00950F30">
      <w:pPr>
        <w:pStyle w:val="ListBullet"/>
        <w:spacing w:after="120"/>
        <w:rPr>
          <w:sz w:val="24"/>
          <w:szCs w:val="24"/>
        </w:rPr>
      </w:pPr>
      <w:r w:rsidRPr="00AD46AA">
        <w:rPr>
          <w:sz w:val="24"/>
          <w:szCs w:val="24"/>
        </w:rPr>
        <w:t xml:space="preserve">Applicant must complete </w:t>
      </w:r>
      <w:r w:rsidR="00051D82">
        <w:rPr>
          <w:sz w:val="24"/>
          <w:szCs w:val="24"/>
        </w:rPr>
        <w:t xml:space="preserve">BOTH </w:t>
      </w:r>
      <w:r w:rsidRPr="00AD46AA">
        <w:rPr>
          <w:sz w:val="24"/>
          <w:szCs w:val="24"/>
        </w:rPr>
        <w:t>essay prompt</w:t>
      </w:r>
      <w:r w:rsidR="00051D82">
        <w:rPr>
          <w:sz w:val="24"/>
          <w:szCs w:val="24"/>
        </w:rPr>
        <w:t>s</w:t>
      </w:r>
      <w:r w:rsidRPr="00AD46AA">
        <w:rPr>
          <w:sz w:val="24"/>
          <w:szCs w:val="24"/>
        </w:rPr>
        <w:t xml:space="preserve"> included in this application on an additional page.</w:t>
      </w:r>
    </w:p>
    <w:p w14:paraId="3E7E64EE" w14:textId="77777777" w:rsidR="00A85E55" w:rsidRDefault="00950F30">
      <w:pPr>
        <w:pStyle w:val="Section"/>
        <w:spacing w:after="100"/>
      </w:pPr>
      <w:r>
        <w:t>Application Checklist</w:t>
      </w:r>
    </w:p>
    <w:p w14:paraId="11F2CAAB" w14:textId="77777777" w:rsidR="00A85E55" w:rsidRPr="00AD46AA" w:rsidRDefault="00950F30">
      <w:pPr>
        <w:spacing w:after="140"/>
        <w:rPr>
          <w:sz w:val="24"/>
          <w:szCs w:val="24"/>
        </w:rPr>
      </w:pPr>
      <w:r w:rsidRPr="00AD46AA">
        <w:rPr>
          <w:sz w:val="24"/>
          <w:szCs w:val="24"/>
        </w:rPr>
        <w:t>☐  Completed and typewritten application</w:t>
      </w:r>
    </w:p>
    <w:p w14:paraId="2A55AB2F" w14:textId="77777777" w:rsidR="00A85E55" w:rsidRPr="00AD46AA" w:rsidRDefault="00950F30">
      <w:pPr>
        <w:spacing w:after="140"/>
        <w:rPr>
          <w:sz w:val="24"/>
          <w:szCs w:val="24"/>
        </w:rPr>
      </w:pPr>
      <w:r w:rsidRPr="00AD46AA">
        <w:rPr>
          <w:sz w:val="24"/>
          <w:szCs w:val="24"/>
        </w:rPr>
        <w:t>☐  Official high school transcript</w:t>
      </w:r>
    </w:p>
    <w:p w14:paraId="3394F23B" w14:textId="77777777" w:rsidR="00A85E55" w:rsidRPr="00AD46AA" w:rsidRDefault="00950F30">
      <w:pPr>
        <w:spacing w:after="140"/>
        <w:rPr>
          <w:sz w:val="24"/>
          <w:szCs w:val="24"/>
        </w:rPr>
      </w:pPr>
      <w:r w:rsidRPr="00AD46AA">
        <w:rPr>
          <w:sz w:val="24"/>
          <w:szCs w:val="24"/>
        </w:rPr>
        <w:t>☐  Two letters of recommendation</w:t>
      </w:r>
    </w:p>
    <w:p w14:paraId="741D9833" w14:textId="77777777" w:rsidR="00A85E55" w:rsidRPr="00AD46AA" w:rsidRDefault="00950F30">
      <w:pPr>
        <w:spacing w:after="140"/>
        <w:rPr>
          <w:sz w:val="24"/>
          <w:szCs w:val="24"/>
        </w:rPr>
      </w:pPr>
      <w:r w:rsidRPr="00AD46AA">
        <w:rPr>
          <w:sz w:val="24"/>
          <w:szCs w:val="24"/>
        </w:rPr>
        <w:t>☐  Professional headshot / graduation photo</w:t>
      </w:r>
    </w:p>
    <w:p w14:paraId="2E64C368" w14:textId="3A789EF7" w:rsidR="00A85E55" w:rsidRPr="00AD46AA" w:rsidRDefault="00950F30">
      <w:pPr>
        <w:spacing w:after="140"/>
        <w:rPr>
          <w:sz w:val="24"/>
          <w:szCs w:val="24"/>
        </w:rPr>
      </w:pPr>
      <w:r w:rsidRPr="00AD46AA">
        <w:rPr>
          <w:sz w:val="24"/>
          <w:szCs w:val="24"/>
        </w:rPr>
        <w:t>☐  Essay response</w:t>
      </w:r>
      <w:r w:rsidR="00051D82">
        <w:rPr>
          <w:sz w:val="24"/>
          <w:szCs w:val="24"/>
        </w:rPr>
        <w:t>s</w:t>
      </w:r>
      <w:r w:rsidRPr="00AD46AA">
        <w:rPr>
          <w:sz w:val="24"/>
          <w:szCs w:val="24"/>
        </w:rPr>
        <w:t xml:space="preserve"> on an additional page</w:t>
      </w:r>
    </w:p>
    <w:p w14:paraId="6AA92F64" w14:textId="77777777" w:rsidR="00A85E55" w:rsidRPr="00AD46AA" w:rsidRDefault="00950F30">
      <w:pPr>
        <w:spacing w:after="140"/>
        <w:rPr>
          <w:sz w:val="24"/>
          <w:szCs w:val="24"/>
        </w:rPr>
      </w:pPr>
      <w:r w:rsidRPr="00AD46AA">
        <w:rPr>
          <w:sz w:val="24"/>
          <w:szCs w:val="24"/>
        </w:rPr>
        <w:t>☐  Applicant and parent/legal guardian signatures</w:t>
      </w:r>
    </w:p>
    <w:p w14:paraId="778BFB86" w14:textId="77777777" w:rsidR="00A85E55" w:rsidRDefault="00950F30">
      <w:r>
        <w:br w:type="page"/>
      </w:r>
    </w:p>
    <w:p w14:paraId="503D289C" w14:textId="77777777" w:rsidR="00A85E55" w:rsidRDefault="00950F30">
      <w:pPr>
        <w:pStyle w:val="Section"/>
        <w:spacing w:after="100"/>
      </w:pPr>
      <w:r>
        <w:lastRenderedPageBreak/>
        <w:t>Applicant Information</w:t>
      </w:r>
    </w:p>
    <w:p w14:paraId="554BB5EC" w14:textId="18860EF5" w:rsidR="00A85E55" w:rsidRPr="00AD46AA" w:rsidRDefault="00950F30">
      <w:pPr>
        <w:spacing w:after="80"/>
        <w:rPr>
          <w:sz w:val="24"/>
          <w:szCs w:val="24"/>
        </w:rPr>
      </w:pPr>
      <w:r w:rsidRPr="00AD46AA">
        <w:rPr>
          <w:b/>
          <w:sz w:val="24"/>
          <w:szCs w:val="24"/>
        </w:rPr>
        <w:t>Name of active LCWA member:</w:t>
      </w:r>
      <w:r w:rsidRPr="00AD46AA">
        <w:rPr>
          <w:sz w:val="24"/>
          <w:szCs w:val="24"/>
        </w:rPr>
        <w:t xml:space="preserve">  _____________________________________________</w:t>
      </w:r>
      <w:r w:rsidR="00AD46AA" w:rsidRPr="00AD46AA">
        <w:rPr>
          <w:sz w:val="24"/>
          <w:szCs w:val="24"/>
        </w:rPr>
        <w:t>_____________________</w:t>
      </w:r>
    </w:p>
    <w:p w14:paraId="548F02FD" w14:textId="41530859" w:rsidR="00A85E55" w:rsidRPr="00AD46AA" w:rsidRDefault="00950F30">
      <w:pPr>
        <w:spacing w:after="80"/>
        <w:rPr>
          <w:sz w:val="24"/>
          <w:szCs w:val="24"/>
        </w:rPr>
      </w:pPr>
      <w:r w:rsidRPr="00AD46AA">
        <w:rPr>
          <w:b/>
          <w:sz w:val="24"/>
          <w:szCs w:val="24"/>
        </w:rPr>
        <w:t>Relationship to applicant (Parent / Grandparent):</w:t>
      </w:r>
      <w:r w:rsidRPr="00AD46AA">
        <w:rPr>
          <w:sz w:val="24"/>
          <w:szCs w:val="24"/>
        </w:rPr>
        <w:t xml:space="preserve">  _____________________________________________</w:t>
      </w:r>
      <w:r w:rsidR="00AD46AA" w:rsidRPr="00AD46AA">
        <w:rPr>
          <w:sz w:val="24"/>
          <w:szCs w:val="24"/>
        </w:rPr>
        <w:t>___</w:t>
      </w:r>
    </w:p>
    <w:p w14:paraId="0D727F1A" w14:textId="004965A1" w:rsidR="00A85E55" w:rsidRPr="00AD46AA" w:rsidRDefault="00950F30">
      <w:pPr>
        <w:spacing w:after="80"/>
        <w:rPr>
          <w:sz w:val="24"/>
          <w:szCs w:val="24"/>
        </w:rPr>
      </w:pPr>
      <w:r w:rsidRPr="00AD46AA">
        <w:rPr>
          <w:b/>
          <w:sz w:val="24"/>
          <w:szCs w:val="24"/>
        </w:rPr>
        <w:t>Number of years as an LCWA member:</w:t>
      </w:r>
      <w:r w:rsidRPr="00AD46AA">
        <w:rPr>
          <w:sz w:val="24"/>
          <w:szCs w:val="24"/>
        </w:rPr>
        <w:t xml:space="preserve">  _____________________________________________</w:t>
      </w:r>
      <w:r w:rsidR="00AD46AA" w:rsidRPr="00AD46AA">
        <w:rPr>
          <w:sz w:val="24"/>
          <w:szCs w:val="24"/>
        </w:rPr>
        <w:t>______________</w:t>
      </w:r>
    </w:p>
    <w:p w14:paraId="7C82BE17" w14:textId="33797904" w:rsidR="00A85E55" w:rsidRPr="00AD46AA" w:rsidRDefault="00950F30">
      <w:pPr>
        <w:spacing w:after="80"/>
        <w:rPr>
          <w:sz w:val="24"/>
          <w:szCs w:val="24"/>
        </w:rPr>
      </w:pPr>
      <w:r w:rsidRPr="00AD46AA">
        <w:rPr>
          <w:b/>
          <w:sz w:val="24"/>
          <w:szCs w:val="24"/>
        </w:rPr>
        <w:t>Applicant's full name:</w:t>
      </w:r>
      <w:r w:rsidRPr="00AD46AA">
        <w:rPr>
          <w:sz w:val="24"/>
          <w:szCs w:val="24"/>
        </w:rPr>
        <w:t xml:space="preserve">  _____________________________________________</w:t>
      </w:r>
      <w:r w:rsidR="00AD46AA" w:rsidRPr="00AD46AA">
        <w:rPr>
          <w:sz w:val="24"/>
          <w:szCs w:val="24"/>
        </w:rPr>
        <w:t>______________________________</w:t>
      </w:r>
    </w:p>
    <w:p w14:paraId="3EC37AA8" w14:textId="38E9869B" w:rsidR="00A85E55" w:rsidRPr="00AD46AA" w:rsidRDefault="00AD46AA">
      <w:pPr>
        <w:spacing w:after="80"/>
        <w:rPr>
          <w:sz w:val="24"/>
          <w:szCs w:val="24"/>
        </w:rPr>
      </w:pPr>
      <w:r>
        <w:rPr>
          <w:b/>
          <w:sz w:val="24"/>
          <w:szCs w:val="24"/>
        </w:rPr>
        <w:t>Applicant’s m</w:t>
      </w:r>
      <w:r w:rsidRPr="00AD46AA">
        <w:rPr>
          <w:b/>
          <w:sz w:val="24"/>
          <w:szCs w:val="24"/>
        </w:rPr>
        <w:t>ailing address:</w:t>
      </w:r>
    </w:p>
    <w:p w14:paraId="61D8D444" w14:textId="345ECB4E" w:rsidR="00AF037B" w:rsidRPr="00AD46AA" w:rsidRDefault="00AF037B" w:rsidP="00AF037B">
      <w:pPr>
        <w:spacing w:before="20" w:after="140"/>
        <w:rPr>
          <w:sz w:val="24"/>
          <w:szCs w:val="24"/>
        </w:rPr>
      </w:pPr>
      <w:r w:rsidRPr="00AD46AA">
        <w:rPr>
          <w:sz w:val="24"/>
          <w:szCs w:val="24"/>
        </w:rPr>
        <w:t>_________________________________________________________________________________________________</w:t>
      </w:r>
    </w:p>
    <w:p w14:paraId="56541E0D" w14:textId="4559D96D" w:rsidR="00AF037B" w:rsidRPr="00AD46AA" w:rsidRDefault="00AF037B" w:rsidP="00AF037B">
      <w:pPr>
        <w:spacing w:before="20" w:after="140"/>
        <w:rPr>
          <w:sz w:val="24"/>
          <w:szCs w:val="24"/>
        </w:rPr>
      </w:pPr>
      <w:r w:rsidRPr="00AD46AA">
        <w:rPr>
          <w:sz w:val="24"/>
          <w:szCs w:val="24"/>
        </w:rPr>
        <w:t>_________________________________________________________________________________________________</w:t>
      </w:r>
    </w:p>
    <w:p w14:paraId="22AA7E1D" w14:textId="42C1BAD7" w:rsidR="00A85E55" w:rsidRPr="00AD46AA" w:rsidRDefault="00950F30">
      <w:pPr>
        <w:spacing w:after="80"/>
        <w:rPr>
          <w:sz w:val="24"/>
          <w:szCs w:val="24"/>
        </w:rPr>
      </w:pPr>
      <w:r w:rsidRPr="00AD46AA">
        <w:rPr>
          <w:b/>
          <w:sz w:val="24"/>
          <w:szCs w:val="24"/>
        </w:rPr>
        <w:t>City:</w:t>
      </w:r>
      <w:r w:rsidRPr="00AD46AA">
        <w:rPr>
          <w:sz w:val="24"/>
          <w:szCs w:val="24"/>
        </w:rPr>
        <w:t xml:space="preserve">  ____________________________________________</w:t>
      </w:r>
    </w:p>
    <w:p w14:paraId="01B4E2B9" w14:textId="77777777" w:rsidR="00A85E55" w:rsidRPr="00AD46AA" w:rsidRDefault="00950F30">
      <w:pPr>
        <w:spacing w:after="80"/>
        <w:rPr>
          <w:sz w:val="24"/>
          <w:szCs w:val="24"/>
        </w:rPr>
      </w:pPr>
      <w:r w:rsidRPr="00AD46AA">
        <w:rPr>
          <w:b/>
          <w:sz w:val="24"/>
          <w:szCs w:val="24"/>
        </w:rPr>
        <w:t>ZIP Code:</w:t>
      </w:r>
      <w:r w:rsidRPr="00AD46AA">
        <w:rPr>
          <w:sz w:val="24"/>
          <w:szCs w:val="24"/>
        </w:rPr>
        <w:t xml:space="preserve">  _____________________________________________</w:t>
      </w:r>
    </w:p>
    <w:p w14:paraId="136A91ED" w14:textId="77777777" w:rsidR="00A85E55" w:rsidRPr="00AD46AA" w:rsidRDefault="00950F30">
      <w:pPr>
        <w:spacing w:after="80"/>
        <w:rPr>
          <w:sz w:val="24"/>
          <w:szCs w:val="24"/>
        </w:rPr>
      </w:pPr>
      <w:r w:rsidRPr="00AD46AA">
        <w:rPr>
          <w:b/>
          <w:sz w:val="24"/>
          <w:szCs w:val="24"/>
        </w:rPr>
        <w:t>Applicant contact number:</w:t>
      </w:r>
      <w:r w:rsidRPr="00AD46AA">
        <w:rPr>
          <w:sz w:val="24"/>
          <w:szCs w:val="24"/>
        </w:rPr>
        <w:t xml:space="preserve">  _____________________________________________</w:t>
      </w:r>
    </w:p>
    <w:p w14:paraId="7A6CE5D9" w14:textId="77777777" w:rsidR="00A85E55" w:rsidRPr="00AD46AA" w:rsidRDefault="00950F30">
      <w:pPr>
        <w:spacing w:after="80"/>
        <w:rPr>
          <w:sz w:val="24"/>
          <w:szCs w:val="24"/>
        </w:rPr>
      </w:pPr>
      <w:r w:rsidRPr="00AD46AA">
        <w:rPr>
          <w:b/>
          <w:sz w:val="24"/>
          <w:szCs w:val="24"/>
        </w:rPr>
        <w:t>Parent/Guardian contact number:</w:t>
      </w:r>
      <w:r w:rsidRPr="00AD46AA">
        <w:rPr>
          <w:sz w:val="24"/>
          <w:szCs w:val="24"/>
        </w:rPr>
        <w:t xml:space="preserve">  _____________________________________________</w:t>
      </w:r>
    </w:p>
    <w:p w14:paraId="3EBAA1E1" w14:textId="77777777" w:rsidR="00A85E55" w:rsidRPr="00AD46AA" w:rsidRDefault="00950F30">
      <w:pPr>
        <w:spacing w:after="80"/>
        <w:rPr>
          <w:sz w:val="24"/>
          <w:szCs w:val="24"/>
        </w:rPr>
      </w:pPr>
      <w:r w:rsidRPr="00AD46AA">
        <w:rPr>
          <w:b/>
          <w:sz w:val="24"/>
          <w:szCs w:val="24"/>
        </w:rPr>
        <w:t>Applicant email address:</w:t>
      </w:r>
      <w:r w:rsidRPr="00AD46AA">
        <w:rPr>
          <w:sz w:val="24"/>
          <w:szCs w:val="24"/>
        </w:rPr>
        <w:t xml:space="preserve">  _____________________________________________</w:t>
      </w:r>
    </w:p>
    <w:p w14:paraId="18E10BE2" w14:textId="77777777" w:rsidR="00A85E55" w:rsidRPr="00AD46AA" w:rsidRDefault="00950F30">
      <w:pPr>
        <w:spacing w:after="80"/>
        <w:rPr>
          <w:sz w:val="24"/>
          <w:szCs w:val="24"/>
        </w:rPr>
      </w:pPr>
      <w:r w:rsidRPr="00AD46AA">
        <w:rPr>
          <w:b/>
          <w:sz w:val="24"/>
          <w:szCs w:val="24"/>
        </w:rPr>
        <w:t>Parent/Guardian email address:</w:t>
      </w:r>
      <w:r w:rsidRPr="00AD46AA">
        <w:rPr>
          <w:sz w:val="24"/>
          <w:szCs w:val="24"/>
        </w:rPr>
        <w:t xml:space="preserve">  _____________________________________________</w:t>
      </w:r>
    </w:p>
    <w:p w14:paraId="0C919A19" w14:textId="77777777" w:rsidR="00A85E55" w:rsidRPr="00AD46AA" w:rsidRDefault="00950F30">
      <w:pPr>
        <w:spacing w:after="80"/>
        <w:rPr>
          <w:sz w:val="24"/>
          <w:szCs w:val="24"/>
        </w:rPr>
      </w:pPr>
      <w:r w:rsidRPr="00AD46AA">
        <w:rPr>
          <w:b/>
          <w:sz w:val="24"/>
          <w:szCs w:val="24"/>
        </w:rPr>
        <w:t>High school:</w:t>
      </w:r>
      <w:r w:rsidRPr="00AD46AA">
        <w:rPr>
          <w:sz w:val="24"/>
          <w:szCs w:val="24"/>
        </w:rPr>
        <w:t xml:space="preserve">  _____________________________________________</w:t>
      </w:r>
    </w:p>
    <w:p w14:paraId="48D15F03" w14:textId="77777777" w:rsidR="00A85E55" w:rsidRPr="00AD46AA" w:rsidRDefault="00950F30">
      <w:pPr>
        <w:spacing w:after="80"/>
        <w:rPr>
          <w:sz w:val="24"/>
          <w:szCs w:val="24"/>
        </w:rPr>
      </w:pPr>
      <w:r w:rsidRPr="00AD46AA">
        <w:rPr>
          <w:b/>
          <w:sz w:val="24"/>
          <w:szCs w:val="24"/>
        </w:rPr>
        <w:t>Graduation date:</w:t>
      </w:r>
      <w:r w:rsidRPr="00AD46AA">
        <w:rPr>
          <w:sz w:val="24"/>
          <w:szCs w:val="24"/>
        </w:rPr>
        <w:t xml:space="preserve">  _____________________________________________</w:t>
      </w:r>
    </w:p>
    <w:p w14:paraId="2336DD31" w14:textId="77777777" w:rsidR="00A85E55" w:rsidRPr="00AD46AA" w:rsidRDefault="00950F30">
      <w:pPr>
        <w:spacing w:after="80"/>
        <w:rPr>
          <w:sz w:val="24"/>
          <w:szCs w:val="24"/>
        </w:rPr>
      </w:pPr>
      <w:r w:rsidRPr="00AD46AA">
        <w:rPr>
          <w:b/>
          <w:sz w:val="24"/>
          <w:szCs w:val="24"/>
        </w:rPr>
        <w:t>GPA:</w:t>
      </w:r>
      <w:r w:rsidRPr="00AD46AA">
        <w:rPr>
          <w:sz w:val="24"/>
          <w:szCs w:val="24"/>
        </w:rPr>
        <w:t xml:space="preserve">  _____________________________________________</w:t>
      </w:r>
    </w:p>
    <w:p w14:paraId="0AD0783F" w14:textId="77777777" w:rsidR="00A85E55" w:rsidRPr="00AD46AA" w:rsidRDefault="00950F30">
      <w:pPr>
        <w:spacing w:after="80"/>
        <w:rPr>
          <w:sz w:val="24"/>
          <w:szCs w:val="24"/>
        </w:rPr>
      </w:pPr>
      <w:r w:rsidRPr="00AD46AA">
        <w:rPr>
          <w:b/>
          <w:sz w:val="24"/>
          <w:szCs w:val="24"/>
        </w:rPr>
        <w:t>Class standing:  #__________ of __________</w:t>
      </w:r>
    </w:p>
    <w:p w14:paraId="299EAF24" w14:textId="77777777" w:rsidR="00A85E55" w:rsidRDefault="00A85E55"/>
    <w:p w14:paraId="1EB1F873" w14:textId="77777777" w:rsidR="00AD46AA" w:rsidRDefault="00AD46AA"/>
    <w:p w14:paraId="47B1BA64" w14:textId="77777777" w:rsidR="00A85E55" w:rsidRDefault="00950F30">
      <w:pPr>
        <w:pStyle w:val="Section"/>
        <w:spacing w:after="100"/>
      </w:pPr>
      <w:r>
        <w:t>Academic &amp; Career Preparation</w:t>
      </w:r>
    </w:p>
    <w:p w14:paraId="08485EA8" w14:textId="77777777" w:rsidR="00A85E55" w:rsidRPr="00AD46AA" w:rsidRDefault="00950F30">
      <w:pPr>
        <w:rPr>
          <w:sz w:val="24"/>
          <w:szCs w:val="24"/>
        </w:rPr>
      </w:pPr>
      <w:r w:rsidRPr="00AD46AA">
        <w:rPr>
          <w:b/>
          <w:sz w:val="24"/>
          <w:szCs w:val="24"/>
        </w:rPr>
        <w:t>Honors/AP Classes Taken:   ☐ Yes   ☐ No</w:t>
      </w:r>
    </w:p>
    <w:p w14:paraId="5B63FBB7" w14:textId="77777777" w:rsidR="00A85E55" w:rsidRPr="00AD46AA" w:rsidRDefault="00950F30">
      <w:pPr>
        <w:spacing w:after="80"/>
        <w:rPr>
          <w:sz w:val="24"/>
          <w:szCs w:val="24"/>
        </w:rPr>
      </w:pPr>
      <w:r w:rsidRPr="00AD46AA">
        <w:rPr>
          <w:b/>
          <w:sz w:val="24"/>
          <w:szCs w:val="24"/>
        </w:rPr>
        <w:t>List Honors/AP classes:</w:t>
      </w:r>
    </w:p>
    <w:p w14:paraId="341EDCEE" w14:textId="77777777" w:rsidR="00AD46AA" w:rsidRDefault="00AD46AA" w:rsidP="00AD46AA">
      <w:pPr>
        <w:spacing w:before="20" w:after="140"/>
      </w:pPr>
      <w:r>
        <w:t>__________________________________________________________________________________________________________</w:t>
      </w:r>
    </w:p>
    <w:p w14:paraId="05E34393" w14:textId="77777777" w:rsidR="00AD46AA" w:rsidRDefault="00AD46AA" w:rsidP="00AD46AA">
      <w:pPr>
        <w:spacing w:before="20" w:after="140"/>
      </w:pPr>
      <w:r>
        <w:t>__________________________________________________________________________________________________________</w:t>
      </w:r>
    </w:p>
    <w:p w14:paraId="7AA40C8E" w14:textId="77777777" w:rsidR="00AD46AA" w:rsidRDefault="00AD46AA" w:rsidP="00AD46AA">
      <w:pPr>
        <w:spacing w:before="20" w:after="140"/>
      </w:pPr>
      <w:r>
        <w:t>__________________________________________________________________________________________________________</w:t>
      </w:r>
    </w:p>
    <w:p w14:paraId="0262C7B3" w14:textId="77777777" w:rsidR="00A85E55" w:rsidRPr="00AD46AA" w:rsidRDefault="00950F30">
      <w:pPr>
        <w:rPr>
          <w:sz w:val="24"/>
          <w:szCs w:val="24"/>
        </w:rPr>
      </w:pPr>
      <w:r w:rsidRPr="00AD46AA">
        <w:rPr>
          <w:b/>
          <w:sz w:val="24"/>
          <w:szCs w:val="24"/>
        </w:rPr>
        <w:t>Career and Technology Courses Completed:   ☐ Yes   ☐ No</w:t>
      </w:r>
    </w:p>
    <w:p w14:paraId="2293D0D5" w14:textId="77777777" w:rsidR="00A85E55" w:rsidRPr="00AD46AA" w:rsidRDefault="00950F30">
      <w:pPr>
        <w:spacing w:after="80"/>
        <w:rPr>
          <w:sz w:val="24"/>
          <w:szCs w:val="24"/>
        </w:rPr>
      </w:pPr>
      <w:r w:rsidRPr="00AD46AA">
        <w:rPr>
          <w:b/>
          <w:sz w:val="24"/>
          <w:szCs w:val="24"/>
        </w:rPr>
        <w:t>List career and technology courses:</w:t>
      </w:r>
    </w:p>
    <w:p w14:paraId="02829F99" w14:textId="77777777" w:rsidR="00AD46AA" w:rsidRDefault="00AD46AA" w:rsidP="00AD46AA">
      <w:pPr>
        <w:spacing w:before="20" w:after="140"/>
      </w:pPr>
      <w:r>
        <w:t>__________________________________________________________________________________________________________</w:t>
      </w:r>
    </w:p>
    <w:p w14:paraId="6831555F" w14:textId="77777777" w:rsidR="00AD46AA" w:rsidRDefault="00AD46AA" w:rsidP="00AD46AA">
      <w:pPr>
        <w:spacing w:before="20" w:after="140"/>
      </w:pPr>
      <w:r>
        <w:t>__________________________________________________________________________________________________________</w:t>
      </w:r>
    </w:p>
    <w:p w14:paraId="47A4FE79" w14:textId="77777777" w:rsidR="00AD46AA" w:rsidRDefault="00AD46AA" w:rsidP="00AD46AA">
      <w:pPr>
        <w:spacing w:before="20" w:after="140"/>
      </w:pPr>
      <w:r>
        <w:t>__________________________________________________________________________________________________________</w:t>
      </w:r>
    </w:p>
    <w:p w14:paraId="5FB6AA20" w14:textId="77777777" w:rsidR="00A85E55" w:rsidRDefault="00A85E55"/>
    <w:p w14:paraId="0F1A7F09" w14:textId="77777777" w:rsidR="00AF037B" w:rsidRDefault="00AF037B">
      <w:pPr>
        <w:pStyle w:val="Section"/>
        <w:spacing w:after="100"/>
      </w:pPr>
    </w:p>
    <w:p w14:paraId="7DA97985" w14:textId="06884075" w:rsidR="00A85E55" w:rsidRDefault="00950F30">
      <w:pPr>
        <w:pStyle w:val="Section"/>
        <w:spacing w:after="100"/>
      </w:pPr>
      <w:r>
        <w:lastRenderedPageBreak/>
        <w:t>College / Technical Education Plans</w:t>
      </w:r>
    </w:p>
    <w:p w14:paraId="69A7D2BC" w14:textId="77777777" w:rsidR="00A85E55" w:rsidRPr="00AD46AA" w:rsidRDefault="00950F30">
      <w:pPr>
        <w:rPr>
          <w:sz w:val="24"/>
          <w:szCs w:val="24"/>
        </w:rPr>
      </w:pPr>
      <w:r w:rsidRPr="00AD46AA">
        <w:rPr>
          <w:b/>
          <w:sz w:val="24"/>
          <w:szCs w:val="24"/>
        </w:rPr>
        <w:t>College/Technical Classes Completed:   ☐ Yes   ☐ 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6"/>
        <w:gridCol w:w="1872"/>
      </w:tblGrid>
      <w:tr w:rsidR="00A85E55" w14:paraId="5E53D1AB" w14:textId="77777777" w:rsidTr="00AF037B">
        <w:trPr>
          <w:tblHeader/>
          <w:jc w:val="center"/>
        </w:trPr>
        <w:tc>
          <w:tcPr>
            <w:tcW w:w="7776" w:type="dxa"/>
            <w:shd w:val="clear" w:color="auto" w:fill="E8EFE5"/>
            <w:tcMar>
              <w:top w:w="130" w:type="dxa"/>
              <w:left w:w="100" w:type="dxa"/>
              <w:bottom w:w="130" w:type="dxa"/>
              <w:right w:w="100" w:type="dxa"/>
            </w:tcMar>
          </w:tcPr>
          <w:p w14:paraId="664C5408" w14:textId="77777777" w:rsidR="00A85E55" w:rsidRPr="00AD46AA" w:rsidRDefault="00950F30">
            <w:pPr>
              <w:rPr>
                <w:sz w:val="24"/>
                <w:szCs w:val="24"/>
              </w:rPr>
            </w:pPr>
            <w:r w:rsidRPr="00AD46AA">
              <w:rPr>
                <w:b/>
                <w:sz w:val="24"/>
                <w:szCs w:val="24"/>
              </w:rPr>
              <w:t>Course Title</w:t>
            </w:r>
          </w:p>
        </w:tc>
        <w:tc>
          <w:tcPr>
            <w:tcW w:w="1872" w:type="dxa"/>
            <w:shd w:val="clear" w:color="auto" w:fill="E8EFE5"/>
            <w:tcMar>
              <w:top w:w="130" w:type="dxa"/>
              <w:left w:w="100" w:type="dxa"/>
              <w:bottom w:w="130" w:type="dxa"/>
              <w:right w:w="100" w:type="dxa"/>
            </w:tcMar>
          </w:tcPr>
          <w:p w14:paraId="194099AA" w14:textId="77777777" w:rsidR="00A85E55" w:rsidRPr="00AD46AA" w:rsidRDefault="00950F30">
            <w:pPr>
              <w:rPr>
                <w:sz w:val="24"/>
                <w:szCs w:val="24"/>
              </w:rPr>
            </w:pPr>
            <w:r w:rsidRPr="00AD46AA">
              <w:rPr>
                <w:b/>
                <w:sz w:val="24"/>
                <w:szCs w:val="24"/>
              </w:rPr>
              <w:t>Grade</w:t>
            </w:r>
          </w:p>
        </w:tc>
      </w:tr>
      <w:tr w:rsidR="00A85E55" w14:paraId="2C6B708B" w14:textId="77777777" w:rsidTr="00AF037B">
        <w:trPr>
          <w:jc w:val="center"/>
        </w:trPr>
        <w:tc>
          <w:tcPr>
            <w:tcW w:w="7776" w:type="dxa"/>
            <w:tcMar>
              <w:top w:w="130" w:type="dxa"/>
              <w:left w:w="100" w:type="dxa"/>
              <w:bottom w:w="130" w:type="dxa"/>
              <w:right w:w="100" w:type="dxa"/>
            </w:tcMar>
          </w:tcPr>
          <w:p w14:paraId="509F6ED4" w14:textId="77777777" w:rsidR="00A85E55" w:rsidRPr="00AD46AA" w:rsidRDefault="00A85E55">
            <w:pPr>
              <w:rPr>
                <w:sz w:val="24"/>
                <w:szCs w:val="24"/>
              </w:rPr>
            </w:pPr>
          </w:p>
        </w:tc>
        <w:tc>
          <w:tcPr>
            <w:tcW w:w="1872" w:type="dxa"/>
            <w:tcMar>
              <w:top w:w="130" w:type="dxa"/>
              <w:left w:w="100" w:type="dxa"/>
              <w:bottom w:w="130" w:type="dxa"/>
              <w:right w:w="100" w:type="dxa"/>
            </w:tcMar>
          </w:tcPr>
          <w:p w14:paraId="0F6B8F77" w14:textId="77777777" w:rsidR="00A85E55" w:rsidRPr="00AD46AA" w:rsidRDefault="00A85E55">
            <w:pPr>
              <w:rPr>
                <w:sz w:val="24"/>
                <w:szCs w:val="24"/>
              </w:rPr>
            </w:pPr>
          </w:p>
        </w:tc>
      </w:tr>
      <w:tr w:rsidR="00A85E55" w14:paraId="33B05FED" w14:textId="77777777" w:rsidTr="00AF037B">
        <w:trPr>
          <w:jc w:val="center"/>
        </w:trPr>
        <w:tc>
          <w:tcPr>
            <w:tcW w:w="7776" w:type="dxa"/>
            <w:tcMar>
              <w:top w:w="130" w:type="dxa"/>
              <w:left w:w="100" w:type="dxa"/>
              <w:bottom w:w="130" w:type="dxa"/>
              <w:right w:w="100" w:type="dxa"/>
            </w:tcMar>
          </w:tcPr>
          <w:p w14:paraId="30C953B2" w14:textId="77777777" w:rsidR="00A85E55" w:rsidRPr="00AD46AA" w:rsidRDefault="00A85E55">
            <w:pPr>
              <w:rPr>
                <w:sz w:val="24"/>
                <w:szCs w:val="24"/>
              </w:rPr>
            </w:pPr>
          </w:p>
        </w:tc>
        <w:tc>
          <w:tcPr>
            <w:tcW w:w="1872" w:type="dxa"/>
            <w:tcMar>
              <w:top w:w="130" w:type="dxa"/>
              <w:left w:w="100" w:type="dxa"/>
              <w:bottom w:w="130" w:type="dxa"/>
              <w:right w:w="100" w:type="dxa"/>
            </w:tcMar>
          </w:tcPr>
          <w:p w14:paraId="369CAD47" w14:textId="77777777" w:rsidR="00A85E55" w:rsidRPr="00AD46AA" w:rsidRDefault="00A85E55">
            <w:pPr>
              <w:rPr>
                <w:sz w:val="24"/>
                <w:szCs w:val="24"/>
              </w:rPr>
            </w:pPr>
          </w:p>
        </w:tc>
      </w:tr>
      <w:tr w:rsidR="00A85E55" w14:paraId="34CA55E9" w14:textId="77777777" w:rsidTr="00AF037B">
        <w:trPr>
          <w:jc w:val="center"/>
        </w:trPr>
        <w:tc>
          <w:tcPr>
            <w:tcW w:w="7776" w:type="dxa"/>
            <w:tcMar>
              <w:top w:w="130" w:type="dxa"/>
              <w:left w:w="100" w:type="dxa"/>
              <w:bottom w:w="130" w:type="dxa"/>
              <w:right w:w="100" w:type="dxa"/>
            </w:tcMar>
          </w:tcPr>
          <w:p w14:paraId="105CC67D" w14:textId="77777777" w:rsidR="00A85E55" w:rsidRPr="00AD46AA" w:rsidRDefault="00A85E55">
            <w:pPr>
              <w:rPr>
                <w:sz w:val="24"/>
                <w:szCs w:val="24"/>
              </w:rPr>
            </w:pPr>
          </w:p>
        </w:tc>
        <w:tc>
          <w:tcPr>
            <w:tcW w:w="1872" w:type="dxa"/>
            <w:tcMar>
              <w:top w:w="130" w:type="dxa"/>
              <w:left w:w="100" w:type="dxa"/>
              <w:bottom w:w="130" w:type="dxa"/>
              <w:right w:w="100" w:type="dxa"/>
            </w:tcMar>
          </w:tcPr>
          <w:p w14:paraId="52377683" w14:textId="77777777" w:rsidR="00A85E55" w:rsidRPr="00AD46AA" w:rsidRDefault="00A85E55">
            <w:pPr>
              <w:rPr>
                <w:sz w:val="24"/>
                <w:szCs w:val="24"/>
              </w:rPr>
            </w:pPr>
          </w:p>
        </w:tc>
      </w:tr>
      <w:tr w:rsidR="00957B9E" w14:paraId="28C3CAFA" w14:textId="77777777" w:rsidTr="00AF037B">
        <w:trPr>
          <w:jc w:val="center"/>
        </w:trPr>
        <w:tc>
          <w:tcPr>
            <w:tcW w:w="7776" w:type="dxa"/>
            <w:tcMar>
              <w:top w:w="130" w:type="dxa"/>
              <w:left w:w="100" w:type="dxa"/>
              <w:bottom w:w="130" w:type="dxa"/>
              <w:right w:w="100" w:type="dxa"/>
            </w:tcMar>
          </w:tcPr>
          <w:p w14:paraId="50152B79" w14:textId="77777777" w:rsidR="00957B9E" w:rsidRPr="00AD46AA" w:rsidRDefault="00957B9E">
            <w:pPr>
              <w:rPr>
                <w:sz w:val="24"/>
                <w:szCs w:val="24"/>
              </w:rPr>
            </w:pPr>
          </w:p>
        </w:tc>
        <w:tc>
          <w:tcPr>
            <w:tcW w:w="1872" w:type="dxa"/>
            <w:tcMar>
              <w:top w:w="130" w:type="dxa"/>
              <w:left w:w="100" w:type="dxa"/>
              <w:bottom w:w="130" w:type="dxa"/>
              <w:right w:w="100" w:type="dxa"/>
            </w:tcMar>
          </w:tcPr>
          <w:p w14:paraId="5731B399" w14:textId="77777777" w:rsidR="00957B9E" w:rsidRPr="00AD46AA" w:rsidRDefault="00957B9E">
            <w:pPr>
              <w:rPr>
                <w:sz w:val="24"/>
                <w:szCs w:val="24"/>
              </w:rPr>
            </w:pPr>
          </w:p>
        </w:tc>
      </w:tr>
      <w:tr w:rsidR="00957B9E" w14:paraId="0B87C330" w14:textId="77777777" w:rsidTr="00AF037B">
        <w:trPr>
          <w:jc w:val="center"/>
        </w:trPr>
        <w:tc>
          <w:tcPr>
            <w:tcW w:w="7776" w:type="dxa"/>
            <w:tcMar>
              <w:top w:w="130" w:type="dxa"/>
              <w:left w:w="100" w:type="dxa"/>
              <w:bottom w:w="130" w:type="dxa"/>
              <w:right w:w="100" w:type="dxa"/>
            </w:tcMar>
          </w:tcPr>
          <w:p w14:paraId="36923A75" w14:textId="77777777" w:rsidR="00957B9E" w:rsidRPr="00AD46AA" w:rsidRDefault="00957B9E">
            <w:pPr>
              <w:rPr>
                <w:sz w:val="24"/>
                <w:szCs w:val="24"/>
              </w:rPr>
            </w:pPr>
          </w:p>
        </w:tc>
        <w:tc>
          <w:tcPr>
            <w:tcW w:w="1872" w:type="dxa"/>
            <w:tcMar>
              <w:top w:w="130" w:type="dxa"/>
              <w:left w:w="100" w:type="dxa"/>
              <w:bottom w:w="130" w:type="dxa"/>
              <w:right w:w="100" w:type="dxa"/>
            </w:tcMar>
          </w:tcPr>
          <w:p w14:paraId="22D975C5" w14:textId="77777777" w:rsidR="00957B9E" w:rsidRPr="00AD46AA" w:rsidRDefault="00957B9E">
            <w:pPr>
              <w:rPr>
                <w:sz w:val="24"/>
                <w:szCs w:val="24"/>
              </w:rPr>
            </w:pPr>
          </w:p>
        </w:tc>
      </w:tr>
      <w:tr w:rsidR="00957B9E" w14:paraId="641F91AA" w14:textId="77777777" w:rsidTr="00AF037B">
        <w:trPr>
          <w:jc w:val="center"/>
        </w:trPr>
        <w:tc>
          <w:tcPr>
            <w:tcW w:w="7776" w:type="dxa"/>
            <w:tcMar>
              <w:top w:w="130" w:type="dxa"/>
              <w:left w:w="100" w:type="dxa"/>
              <w:bottom w:w="130" w:type="dxa"/>
              <w:right w:w="100" w:type="dxa"/>
            </w:tcMar>
          </w:tcPr>
          <w:p w14:paraId="069BAEA2" w14:textId="77777777" w:rsidR="00957B9E" w:rsidRPr="00AD46AA" w:rsidRDefault="00957B9E">
            <w:pPr>
              <w:rPr>
                <w:sz w:val="24"/>
                <w:szCs w:val="24"/>
              </w:rPr>
            </w:pPr>
          </w:p>
        </w:tc>
        <w:tc>
          <w:tcPr>
            <w:tcW w:w="1872" w:type="dxa"/>
            <w:tcMar>
              <w:top w:w="130" w:type="dxa"/>
              <w:left w:w="100" w:type="dxa"/>
              <w:bottom w:w="130" w:type="dxa"/>
              <w:right w:w="100" w:type="dxa"/>
            </w:tcMar>
          </w:tcPr>
          <w:p w14:paraId="1D872192" w14:textId="77777777" w:rsidR="00957B9E" w:rsidRPr="00AD46AA" w:rsidRDefault="00957B9E">
            <w:pPr>
              <w:rPr>
                <w:sz w:val="24"/>
                <w:szCs w:val="24"/>
              </w:rPr>
            </w:pPr>
          </w:p>
        </w:tc>
      </w:tr>
      <w:tr w:rsidR="00957B9E" w14:paraId="39F72205" w14:textId="77777777" w:rsidTr="00AF037B">
        <w:trPr>
          <w:jc w:val="center"/>
        </w:trPr>
        <w:tc>
          <w:tcPr>
            <w:tcW w:w="7776" w:type="dxa"/>
            <w:tcMar>
              <w:top w:w="130" w:type="dxa"/>
              <w:left w:w="100" w:type="dxa"/>
              <w:bottom w:w="130" w:type="dxa"/>
              <w:right w:w="100" w:type="dxa"/>
            </w:tcMar>
          </w:tcPr>
          <w:p w14:paraId="1ADED396" w14:textId="77777777" w:rsidR="00957B9E" w:rsidRPr="00AD46AA" w:rsidRDefault="00957B9E">
            <w:pPr>
              <w:rPr>
                <w:sz w:val="24"/>
                <w:szCs w:val="24"/>
              </w:rPr>
            </w:pPr>
          </w:p>
        </w:tc>
        <w:tc>
          <w:tcPr>
            <w:tcW w:w="1872" w:type="dxa"/>
            <w:tcMar>
              <w:top w:w="130" w:type="dxa"/>
              <w:left w:w="100" w:type="dxa"/>
              <w:bottom w:w="130" w:type="dxa"/>
              <w:right w:w="100" w:type="dxa"/>
            </w:tcMar>
          </w:tcPr>
          <w:p w14:paraId="7167E633" w14:textId="77777777" w:rsidR="00957B9E" w:rsidRPr="00AD46AA" w:rsidRDefault="00957B9E">
            <w:pPr>
              <w:rPr>
                <w:sz w:val="24"/>
                <w:szCs w:val="24"/>
              </w:rPr>
            </w:pPr>
          </w:p>
        </w:tc>
      </w:tr>
    </w:tbl>
    <w:p w14:paraId="0A0A3F8D" w14:textId="77777777" w:rsidR="00AF037B" w:rsidRDefault="00AF037B">
      <w:pPr>
        <w:spacing w:after="80"/>
        <w:rPr>
          <w:b/>
        </w:rPr>
      </w:pPr>
    </w:p>
    <w:p w14:paraId="514E88B6" w14:textId="6BD94A74" w:rsidR="00A85E55" w:rsidRPr="00AD46AA" w:rsidRDefault="00950F30">
      <w:pPr>
        <w:spacing w:after="80"/>
        <w:rPr>
          <w:sz w:val="24"/>
          <w:szCs w:val="24"/>
        </w:rPr>
      </w:pPr>
      <w:r w:rsidRPr="00AD46AA">
        <w:rPr>
          <w:b/>
          <w:sz w:val="24"/>
          <w:szCs w:val="24"/>
        </w:rPr>
        <w:t>College, university, or trade school of intent:</w:t>
      </w:r>
    </w:p>
    <w:p w14:paraId="6B45B888" w14:textId="77777777" w:rsidR="00AF037B" w:rsidRDefault="00AF037B" w:rsidP="00AF037B">
      <w:pPr>
        <w:spacing w:before="20" w:after="140"/>
      </w:pPr>
      <w:r>
        <w:t>__________________________________________________________________________________________________________</w:t>
      </w:r>
    </w:p>
    <w:p w14:paraId="469F607F" w14:textId="77777777" w:rsidR="00AF037B" w:rsidRDefault="00AF037B" w:rsidP="00AF037B">
      <w:pPr>
        <w:spacing w:before="20" w:after="140"/>
      </w:pPr>
      <w:r>
        <w:t>__________________________________________________________________________________________________________</w:t>
      </w:r>
    </w:p>
    <w:p w14:paraId="20BB0929" w14:textId="77777777" w:rsidR="00A85E55" w:rsidRPr="00AD46AA" w:rsidRDefault="00950F30">
      <w:pPr>
        <w:spacing w:after="80"/>
        <w:rPr>
          <w:sz w:val="24"/>
          <w:szCs w:val="24"/>
        </w:rPr>
      </w:pPr>
      <w:r w:rsidRPr="00AD46AA">
        <w:rPr>
          <w:b/>
          <w:sz w:val="24"/>
          <w:szCs w:val="24"/>
        </w:rPr>
        <w:t>Date enrollment begins:</w:t>
      </w:r>
      <w:r w:rsidRPr="00AD46AA">
        <w:rPr>
          <w:sz w:val="24"/>
          <w:szCs w:val="24"/>
        </w:rPr>
        <w:t xml:space="preserve">  _____________________________________________</w:t>
      </w:r>
    </w:p>
    <w:p w14:paraId="425B3F3D" w14:textId="77777777" w:rsidR="00A85E55" w:rsidRPr="00AD46AA" w:rsidRDefault="00950F30">
      <w:pPr>
        <w:spacing w:after="80"/>
        <w:rPr>
          <w:sz w:val="24"/>
          <w:szCs w:val="24"/>
        </w:rPr>
      </w:pPr>
      <w:r w:rsidRPr="00AD46AA">
        <w:rPr>
          <w:b/>
          <w:sz w:val="24"/>
          <w:szCs w:val="24"/>
        </w:rPr>
        <w:t>Major / course of study:</w:t>
      </w:r>
    </w:p>
    <w:p w14:paraId="2D58E6EA" w14:textId="77777777" w:rsidR="00AF037B" w:rsidRDefault="00AF037B" w:rsidP="00AF037B">
      <w:pPr>
        <w:spacing w:before="20" w:after="140"/>
      </w:pPr>
      <w:r>
        <w:t>__________________________________________________________________________________________________________</w:t>
      </w:r>
    </w:p>
    <w:p w14:paraId="2561A08C" w14:textId="77777777" w:rsidR="00AF037B" w:rsidRDefault="00AF037B" w:rsidP="00AF037B">
      <w:pPr>
        <w:spacing w:before="20" w:after="140"/>
      </w:pPr>
      <w:r>
        <w:t>__________________________________________________________________________________________________________</w:t>
      </w:r>
    </w:p>
    <w:p w14:paraId="4CF1A21B" w14:textId="77777777" w:rsidR="00A85E55" w:rsidRDefault="00950F30">
      <w:pPr>
        <w:pStyle w:val="Section"/>
        <w:spacing w:after="100"/>
      </w:pPr>
      <w:r>
        <w:t>Academic Accomplishments and Awards</w:t>
      </w:r>
    </w:p>
    <w:p w14:paraId="6CE4C50A" w14:textId="313B9409" w:rsidR="00A85E55" w:rsidRDefault="00950F30">
      <w:pPr>
        <w:spacing w:before="20" w:after="140"/>
      </w:pPr>
      <w:r>
        <w:t>________________________________________________________________________________________</w:t>
      </w:r>
      <w:r w:rsidR="00AF037B">
        <w:t>__________________</w:t>
      </w:r>
    </w:p>
    <w:p w14:paraId="697DD531" w14:textId="77777777" w:rsidR="00AF037B" w:rsidRDefault="00AF037B" w:rsidP="00AF037B">
      <w:pPr>
        <w:spacing w:before="20" w:after="140"/>
      </w:pPr>
      <w:r>
        <w:t>__________________________________________________________________________________________________________</w:t>
      </w:r>
    </w:p>
    <w:p w14:paraId="1B68A154" w14:textId="77777777" w:rsidR="00AF037B" w:rsidRDefault="00AF037B" w:rsidP="00AF037B">
      <w:pPr>
        <w:spacing w:before="20" w:after="140"/>
      </w:pPr>
      <w:r>
        <w:t>__________________________________________________________________________________________________________</w:t>
      </w:r>
    </w:p>
    <w:p w14:paraId="1801D5E8" w14:textId="77777777" w:rsidR="00AF037B" w:rsidRDefault="00AF037B" w:rsidP="00AF037B">
      <w:pPr>
        <w:spacing w:before="20" w:after="140"/>
      </w:pPr>
      <w:r>
        <w:t>__________________________________________________________________________________________________________</w:t>
      </w:r>
    </w:p>
    <w:p w14:paraId="1977D636" w14:textId="77777777" w:rsidR="00AF037B" w:rsidRDefault="00AF037B" w:rsidP="00AF037B">
      <w:pPr>
        <w:spacing w:before="20" w:after="140"/>
      </w:pPr>
      <w:r>
        <w:t>__________________________________________________________________________________________________________</w:t>
      </w:r>
    </w:p>
    <w:p w14:paraId="76147B18" w14:textId="77777777" w:rsidR="00A85E55" w:rsidRDefault="00A85E55"/>
    <w:p w14:paraId="0AC32D1A" w14:textId="77777777" w:rsidR="00A85E55" w:rsidRDefault="00950F30">
      <w:r>
        <w:br w:type="page"/>
      </w:r>
    </w:p>
    <w:p w14:paraId="7CA5E8C7" w14:textId="77777777" w:rsidR="00A85E55" w:rsidRDefault="00950F30">
      <w:pPr>
        <w:pStyle w:val="Section"/>
        <w:spacing w:after="100"/>
      </w:pPr>
      <w:r>
        <w:lastRenderedPageBreak/>
        <w:t>Activities, Service &amp; Leadership</w:t>
      </w:r>
    </w:p>
    <w:p w14:paraId="03E00C30" w14:textId="77777777" w:rsidR="00A85E55" w:rsidRPr="00AD46AA" w:rsidRDefault="00950F30">
      <w:pPr>
        <w:spacing w:after="80"/>
        <w:rPr>
          <w:sz w:val="24"/>
          <w:szCs w:val="24"/>
        </w:rPr>
      </w:pPr>
      <w:r w:rsidRPr="00AD46AA">
        <w:rPr>
          <w:b/>
          <w:sz w:val="24"/>
          <w:szCs w:val="24"/>
        </w:rPr>
        <w:t>Extra-Curricular Activities, Accomplishments and Awards (including community service):</w:t>
      </w:r>
    </w:p>
    <w:p w14:paraId="69DAE795" w14:textId="77777777" w:rsidR="00AD46AA" w:rsidRDefault="00AD46AA" w:rsidP="00AD46AA">
      <w:pPr>
        <w:spacing w:before="20" w:after="140"/>
      </w:pPr>
      <w:r>
        <w:t>__________________________________________________________________________________________________________</w:t>
      </w:r>
    </w:p>
    <w:p w14:paraId="0DF326C2" w14:textId="77777777" w:rsidR="00AD46AA" w:rsidRDefault="00AD46AA" w:rsidP="00AD46AA">
      <w:pPr>
        <w:spacing w:before="20" w:after="140"/>
      </w:pPr>
      <w:r>
        <w:t>__________________________________________________________________________________________________________</w:t>
      </w:r>
    </w:p>
    <w:p w14:paraId="44229BF8" w14:textId="77777777" w:rsidR="00AD46AA" w:rsidRDefault="00AD46AA" w:rsidP="00AD46AA">
      <w:pPr>
        <w:spacing w:before="20" w:after="140"/>
      </w:pPr>
      <w:r>
        <w:t>__________________________________________________________________________________________________________</w:t>
      </w:r>
    </w:p>
    <w:p w14:paraId="7EC65B79" w14:textId="77777777" w:rsidR="00AD46AA" w:rsidRDefault="00AD46AA" w:rsidP="00AD46AA">
      <w:pPr>
        <w:spacing w:before="20" w:after="140"/>
      </w:pPr>
      <w:r>
        <w:t>__________________________________________________________________________________________________________</w:t>
      </w:r>
    </w:p>
    <w:p w14:paraId="1AB01DC1" w14:textId="77777777" w:rsidR="00AD46AA" w:rsidRDefault="00AD46AA" w:rsidP="00AD46AA">
      <w:pPr>
        <w:spacing w:before="20" w:after="140"/>
      </w:pPr>
      <w:r>
        <w:t>__________________________________________________________________________________________________________</w:t>
      </w:r>
    </w:p>
    <w:p w14:paraId="7172450F" w14:textId="77777777" w:rsidR="00AD46AA" w:rsidRDefault="00AD46AA" w:rsidP="00AD46AA">
      <w:pPr>
        <w:spacing w:before="20" w:after="140"/>
      </w:pPr>
      <w:r>
        <w:t>__________________________________________________________________________________________________________</w:t>
      </w:r>
    </w:p>
    <w:p w14:paraId="69506661" w14:textId="77777777" w:rsidR="00A85E55" w:rsidRPr="00AD46AA" w:rsidRDefault="00950F30">
      <w:pPr>
        <w:spacing w:after="80"/>
        <w:rPr>
          <w:sz w:val="24"/>
          <w:szCs w:val="24"/>
        </w:rPr>
      </w:pPr>
      <w:r w:rsidRPr="00AD46AA">
        <w:rPr>
          <w:b/>
          <w:sz w:val="24"/>
          <w:szCs w:val="24"/>
        </w:rPr>
        <w:t>Leadership Accomplishments:</w:t>
      </w:r>
    </w:p>
    <w:p w14:paraId="47D04962" w14:textId="77777777" w:rsidR="00AD46AA" w:rsidRDefault="00AD46AA" w:rsidP="00AD46AA">
      <w:pPr>
        <w:spacing w:before="20" w:after="140"/>
      </w:pPr>
      <w:r>
        <w:t>__________________________________________________________________________________________________________</w:t>
      </w:r>
    </w:p>
    <w:p w14:paraId="1C9C1509" w14:textId="77777777" w:rsidR="00AD46AA" w:rsidRDefault="00AD46AA" w:rsidP="00AD46AA">
      <w:pPr>
        <w:spacing w:before="20" w:after="140"/>
      </w:pPr>
      <w:r>
        <w:t>__________________________________________________________________________________________________________</w:t>
      </w:r>
    </w:p>
    <w:p w14:paraId="2ADFCB58" w14:textId="77777777" w:rsidR="00AD46AA" w:rsidRDefault="00AD46AA" w:rsidP="00AD46AA">
      <w:pPr>
        <w:spacing w:before="20" w:after="140"/>
      </w:pPr>
      <w:r>
        <w:t>__________________________________________________________________________________________________________</w:t>
      </w:r>
    </w:p>
    <w:p w14:paraId="6688B6F9" w14:textId="77777777" w:rsidR="00AD46AA" w:rsidRDefault="00AD46AA" w:rsidP="00AD46AA">
      <w:pPr>
        <w:spacing w:before="20" w:after="140"/>
      </w:pPr>
      <w:r>
        <w:t>__________________________________________________________________________________________________________</w:t>
      </w:r>
    </w:p>
    <w:p w14:paraId="25E05DA7" w14:textId="77777777" w:rsidR="00AD46AA" w:rsidRDefault="00AD46AA" w:rsidP="00AD46AA">
      <w:pPr>
        <w:spacing w:before="20" w:after="140"/>
      </w:pPr>
      <w:r>
        <w:t>__________________________________________________________________________________________________________</w:t>
      </w:r>
    </w:p>
    <w:p w14:paraId="3B9DC7A5" w14:textId="77777777" w:rsidR="00A85E55" w:rsidRDefault="00A85E55"/>
    <w:p w14:paraId="2F00E021" w14:textId="77777777" w:rsidR="00A85E55" w:rsidRDefault="00950F30">
      <w:pPr>
        <w:pStyle w:val="Section"/>
        <w:spacing w:after="100"/>
      </w:pPr>
      <w:r>
        <w:t>Outdoor Activities &amp; Brief Biography</w:t>
      </w:r>
    </w:p>
    <w:p w14:paraId="4FA32E00" w14:textId="77777777" w:rsidR="00A85E55" w:rsidRPr="00AD46AA" w:rsidRDefault="00950F30">
      <w:pPr>
        <w:spacing w:after="80"/>
        <w:rPr>
          <w:sz w:val="24"/>
          <w:szCs w:val="24"/>
        </w:rPr>
      </w:pPr>
      <w:r w:rsidRPr="00AD46AA">
        <w:rPr>
          <w:b/>
          <w:sz w:val="24"/>
          <w:szCs w:val="24"/>
        </w:rPr>
        <w:t>Outdoor activities in which you participate (examples: bird watching, fishing, camping, hunting, habitat improvement, wildlife management, etc.):</w:t>
      </w:r>
    </w:p>
    <w:p w14:paraId="2B75986D" w14:textId="77777777" w:rsidR="00AD46AA" w:rsidRDefault="00AD46AA" w:rsidP="00AD46AA">
      <w:pPr>
        <w:spacing w:before="20" w:after="140"/>
      </w:pPr>
      <w:r>
        <w:t>__________________________________________________________________________________________________________</w:t>
      </w:r>
    </w:p>
    <w:p w14:paraId="59654F62" w14:textId="77777777" w:rsidR="00AD46AA" w:rsidRDefault="00AD46AA" w:rsidP="00AD46AA">
      <w:pPr>
        <w:spacing w:before="20" w:after="140"/>
      </w:pPr>
      <w:r>
        <w:t>__________________________________________________________________________________________________________</w:t>
      </w:r>
    </w:p>
    <w:p w14:paraId="1EA34EE0" w14:textId="77777777" w:rsidR="00AD46AA" w:rsidRDefault="00AD46AA" w:rsidP="00AD46AA">
      <w:pPr>
        <w:spacing w:before="20" w:after="140"/>
      </w:pPr>
      <w:r>
        <w:t>__________________________________________________________________________________________________________</w:t>
      </w:r>
    </w:p>
    <w:p w14:paraId="7A15ACE8" w14:textId="77777777" w:rsidR="00AD46AA" w:rsidRDefault="00AD46AA" w:rsidP="00AD46AA">
      <w:pPr>
        <w:spacing w:before="20" w:after="140"/>
      </w:pPr>
      <w:r>
        <w:t>__________________________________________________________________________________________________________</w:t>
      </w:r>
    </w:p>
    <w:p w14:paraId="2C972FB3" w14:textId="77777777" w:rsidR="00AD46AA" w:rsidRDefault="00AD46AA" w:rsidP="00AD46AA">
      <w:pPr>
        <w:spacing w:before="20" w:after="140"/>
      </w:pPr>
      <w:r>
        <w:t>__________________________________________________________________________________________________________</w:t>
      </w:r>
    </w:p>
    <w:p w14:paraId="2CDC546E" w14:textId="77777777" w:rsidR="00A85E55" w:rsidRPr="00AD46AA" w:rsidRDefault="00950F30">
      <w:pPr>
        <w:spacing w:after="80"/>
        <w:rPr>
          <w:sz w:val="24"/>
          <w:szCs w:val="24"/>
        </w:rPr>
      </w:pPr>
      <w:r w:rsidRPr="00AD46AA">
        <w:rPr>
          <w:b/>
          <w:sz w:val="24"/>
          <w:szCs w:val="24"/>
        </w:rPr>
        <w:t>Please provide a brief biography of yourself. If selected for a scholarship, this may be used on the LCWA website under scholarship winners and in future newsletters.</w:t>
      </w:r>
    </w:p>
    <w:p w14:paraId="3F0DC3C3" w14:textId="77777777" w:rsidR="00AD46AA" w:rsidRDefault="00AD46AA" w:rsidP="00AD46AA">
      <w:pPr>
        <w:spacing w:before="20" w:after="140"/>
      </w:pPr>
      <w:r>
        <w:t>__________________________________________________________________________________________________________</w:t>
      </w:r>
    </w:p>
    <w:p w14:paraId="0E1BF299" w14:textId="77777777" w:rsidR="00AD46AA" w:rsidRDefault="00AD46AA" w:rsidP="00AD46AA">
      <w:pPr>
        <w:spacing w:before="20" w:after="140"/>
      </w:pPr>
      <w:r>
        <w:t>__________________________________________________________________________________________________________</w:t>
      </w:r>
    </w:p>
    <w:p w14:paraId="61369A7E" w14:textId="77777777" w:rsidR="00AD46AA" w:rsidRDefault="00AD46AA" w:rsidP="00AD46AA">
      <w:pPr>
        <w:spacing w:before="20" w:after="140"/>
      </w:pPr>
      <w:r>
        <w:t>__________________________________________________________________________________________________________</w:t>
      </w:r>
    </w:p>
    <w:p w14:paraId="06D1B57C" w14:textId="77777777" w:rsidR="00AD46AA" w:rsidRDefault="00AD46AA" w:rsidP="00AD46AA">
      <w:pPr>
        <w:spacing w:before="20" w:after="140"/>
      </w:pPr>
      <w:r>
        <w:t>__________________________________________________________________________________________________________</w:t>
      </w:r>
    </w:p>
    <w:p w14:paraId="362C0421" w14:textId="77777777" w:rsidR="00AD46AA" w:rsidRDefault="00AD46AA" w:rsidP="00AD46AA">
      <w:pPr>
        <w:spacing w:before="20" w:after="140"/>
      </w:pPr>
      <w:r>
        <w:t>__________________________________________________________________________________________________________</w:t>
      </w:r>
    </w:p>
    <w:p w14:paraId="51A734AA" w14:textId="77777777" w:rsidR="00AD46AA" w:rsidRDefault="00AD46AA" w:rsidP="00AD46AA">
      <w:pPr>
        <w:spacing w:before="20" w:after="140"/>
      </w:pPr>
      <w:r>
        <w:t>__________________________________________________________________________________________________________</w:t>
      </w:r>
    </w:p>
    <w:p w14:paraId="0AD1ED65" w14:textId="77777777" w:rsidR="00A85E55" w:rsidRDefault="00A85E55"/>
    <w:p w14:paraId="00758C9F" w14:textId="77777777" w:rsidR="00AD46AA" w:rsidRDefault="00AD46AA"/>
    <w:p w14:paraId="328CFC35" w14:textId="77777777" w:rsidR="00A85E55" w:rsidRDefault="00950F30">
      <w:pPr>
        <w:pStyle w:val="Section"/>
        <w:spacing w:after="100"/>
      </w:pPr>
      <w:r>
        <w:lastRenderedPageBreak/>
        <w:t>Essay Question</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224"/>
      </w:tblGrid>
      <w:tr w:rsidR="00A85E55" w14:paraId="4F000D9C" w14:textId="77777777" w:rsidTr="00AD46AA">
        <w:trPr>
          <w:jc w:val="center"/>
        </w:trPr>
        <w:tc>
          <w:tcPr>
            <w:tcW w:w="10224" w:type="dxa"/>
            <w:shd w:val="clear" w:color="auto" w:fill="F1F5EF"/>
            <w:tcMar>
              <w:top w:w="180" w:type="dxa"/>
              <w:left w:w="180" w:type="dxa"/>
              <w:bottom w:w="180" w:type="dxa"/>
              <w:right w:w="180" w:type="dxa"/>
            </w:tcMar>
          </w:tcPr>
          <w:p w14:paraId="65B43FCA" w14:textId="234F7643" w:rsidR="00A85E55" w:rsidRDefault="00051D82">
            <w:r>
              <w:rPr>
                <w:b/>
                <w:bCs/>
                <w:sz w:val="24"/>
                <w:szCs w:val="24"/>
              </w:rPr>
              <w:t>Answer BOTH</w:t>
            </w:r>
            <w:r w:rsidRPr="00AD46AA">
              <w:rPr>
                <w:b/>
                <w:bCs/>
                <w:sz w:val="24"/>
                <w:szCs w:val="24"/>
              </w:rPr>
              <w:t xml:space="preserve"> of the following essay questions on an additional page:</w:t>
            </w:r>
            <w:r w:rsidRPr="00AD46AA">
              <w:rPr>
                <w:sz w:val="24"/>
                <w:szCs w:val="24"/>
              </w:rPr>
              <w:br/>
            </w:r>
            <w:r w:rsidRPr="00AD46AA">
              <w:rPr>
                <w:sz w:val="24"/>
                <w:szCs w:val="24"/>
              </w:rPr>
              <w:br/>
              <w:t>1. How can agriculture, ranching, and wildlife conservation work together to protect the natural resources and wildlife of Lee County, Texas?</w:t>
            </w:r>
            <w:r w:rsidRPr="00AD46AA">
              <w:rPr>
                <w:sz w:val="24"/>
                <w:szCs w:val="24"/>
              </w:rPr>
              <w:br/>
            </w:r>
            <w:r w:rsidRPr="00AD46AA">
              <w:rPr>
                <w:sz w:val="24"/>
                <w:szCs w:val="24"/>
              </w:rPr>
              <w:br/>
              <w:t>2. How does the loss and fragmentation of wildlife habitat affect native species in Lee County, and what can our community do to address it?</w:t>
            </w:r>
          </w:p>
        </w:tc>
      </w:tr>
    </w:tbl>
    <w:p w14:paraId="1DD04003" w14:textId="77777777" w:rsidR="00A85E55" w:rsidRDefault="00950F30">
      <w:pPr>
        <w:pStyle w:val="Section"/>
        <w:spacing w:after="100"/>
      </w:pPr>
      <w:r>
        <w:t>Certification</w:t>
      </w:r>
    </w:p>
    <w:p w14:paraId="59346D88" w14:textId="77777777" w:rsidR="00A85E55" w:rsidRPr="00AD46AA" w:rsidRDefault="00950F30">
      <w:pPr>
        <w:rPr>
          <w:sz w:val="24"/>
          <w:szCs w:val="24"/>
        </w:rPr>
      </w:pPr>
      <w:r w:rsidRPr="00AD46AA">
        <w:rPr>
          <w:b/>
          <w:sz w:val="24"/>
          <w:szCs w:val="24"/>
        </w:rPr>
        <w:t>I certify that all information provided in this application is correct and complete.</w:t>
      </w:r>
    </w:p>
    <w:p w14:paraId="4B5AEE52" w14:textId="77777777" w:rsidR="00A85E55" w:rsidRPr="00AD46AA" w:rsidRDefault="00950F30">
      <w:pPr>
        <w:spacing w:after="80"/>
        <w:rPr>
          <w:sz w:val="24"/>
          <w:szCs w:val="24"/>
        </w:rPr>
      </w:pPr>
      <w:r w:rsidRPr="00AD46AA">
        <w:rPr>
          <w:b/>
          <w:sz w:val="24"/>
          <w:szCs w:val="24"/>
        </w:rPr>
        <w:t>Signature of Applicant:</w:t>
      </w:r>
      <w:r w:rsidRPr="00AD46AA">
        <w:rPr>
          <w:sz w:val="24"/>
          <w:szCs w:val="24"/>
        </w:rPr>
        <w:t xml:space="preserve">  _____________________________________________</w:t>
      </w:r>
    </w:p>
    <w:p w14:paraId="7A75998D" w14:textId="77777777" w:rsidR="00A85E55" w:rsidRPr="00AD46AA" w:rsidRDefault="00950F30">
      <w:pPr>
        <w:spacing w:after="80"/>
        <w:rPr>
          <w:sz w:val="24"/>
          <w:szCs w:val="24"/>
        </w:rPr>
      </w:pPr>
      <w:r w:rsidRPr="00AD46AA">
        <w:rPr>
          <w:b/>
          <w:sz w:val="24"/>
          <w:szCs w:val="24"/>
        </w:rPr>
        <w:t>Date:</w:t>
      </w:r>
      <w:r w:rsidRPr="00AD46AA">
        <w:rPr>
          <w:sz w:val="24"/>
          <w:szCs w:val="24"/>
        </w:rPr>
        <w:t xml:space="preserve">  _____________________________________________</w:t>
      </w:r>
    </w:p>
    <w:p w14:paraId="0C90A74B" w14:textId="77777777" w:rsidR="00A85E55" w:rsidRPr="00AD46AA" w:rsidRDefault="00950F30">
      <w:pPr>
        <w:spacing w:after="80"/>
        <w:rPr>
          <w:sz w:val="24"/>
          <w:szCs w:val="24"/>
        </w:rPr>
      </w:pPr>
      <w:r w:rsidRPr="00AD46AA">
        <w:rPr>
          <w:b/>
          <w:sz w:val="24"/>
          <w:szCs w:val="24"/>
        </w:rPr>
        <w:t>Signature of Applicant's Parent/Legal Guardian:</w:t>
      </w:r>
      <w:r w:rsidRPr="00AD46AA">
        <w:rPr>
          <w:sz w:val="24"/>
          <w:szCs w:val="24"/>
        </w:rPr>
        <w:t xml:space="preserve">  _____________________________________________</w:t>
      </w:r>
    </w:p>
    <w:p w14:paraId="246E9F78" w14:textId="77777777" w:rsidR="00A85E55" w:rsidRPr="00AD46AA" w:rsidRDefault="00950F30">
      <w:pPr>
        <w:spacing w:after="80"/>
      </w:pPr>
      <w:r w:rsidRPr="00AD46AA">
        <w:rPr>
          <w:b/>
          <w:sz w:val="24"/>
          <w:szCs w:val="24"/>
        </w:rPr>
        <w:t>Date:</w:t>
      </w:r>
      <w:r w:rsidRPr="00AD46AA">
        <w:rPr>
          <w:sz w:val="24"/>
          <w:szCs w:val="24"/>
        </w:rPr>
        <w:t xml:space="preserve">  _____________________________________________</w:t>
      </w:r>
    </w:p>
    <w:p w14:paraId="42E8936A" w14:textId="77777777" w:rsidR="00A85E55" w:rsidRDefault="00950F30">
      <w:pPr>
        <w:pStyle w:val="Section"/>
        <w:spacing w:after="100"/>
      </w:pPr>
      <w:r>
        <w:t>Submission</w:t>
      </w:r>
    </w:p>
    <w:p w14:paraId="6F6C14A9" w14:textId="77777777" w:rsidR="00A85E55" w:rsidRPr="00AD46AA" w:rsidRDefault="00950F30">
      <w:pPr>
        <w:rPr>
          <w:sz w:val="24"/>
          <w:szCs w:val="24"/>
        </w:rPr>
      </w:pPr>
      <w:r w:rsidRPr="00AD46AA">
        <w:rPr>
          <w:sz w:val="24"/>
          <w:szCs w:val="24"/>
        </w:rPr>
        <w:t>Submit the completed application and all required attachments by 4:00 PM on Tuesday, January 5, 2027 to a Lee County school counselor or:</w:t>
      </w:r>
    </w:p>
    <w:p w14:paraId="2061785B" w14:textId="77777777" w:rsidR="00A85E55" w:rsidRPr="00AD46AA" w:rsidRDefault="00950F30">
      <w:pPr>
        <w:jc w:val="center"/>
        <w:rPr>
          <w:sz w:val="24"/>
          <w:szCs w:val="24"/>
        </w:rPr>
      </w:pPr>
      <w:r w:rsidRPr="00AD46AA">
        <w:rPr>
          <w:b/>
          <w:sz w:val="24"/>
          <w:szCs w:val="24"/>
        </w:rPr>
        <w:t>Lee County Extension Office</w:t>
      </w:r>
      <w:r w:rsidRPr="00AD46AA">
        <w:rPr>
          <w:b/>
          <w:sz w:val="24"/>
          <w:szCs w:val="24"/>
        </w:rPr>
        <w:br/>
        <w:t>310 S. Grimes</w:t>
      </w:r>
      <w:r w:rsidRPr="00AD46AA">
        <w:rPr>
          <w:b/>
          <w:sz w:val="24"/>
          <w:szCs w:val="24"/>
        </w:rPr>
        <w:br/>
        <w:t>Giddings, TX 78942</w:t>
      </w:r>
    </w:p>
    <w:p w14:paraId="5652F055" w14:textId="77777777" w:rsidR="00A85E55" w:rsidRPr="00AD46AA" w:rsidRDefault="00950F30">
      <w:pPr>
        <w:jc w:val="center"/>
        <w:rPr>
          <w:sz w:val="24"/>
          <w:szCs w:val="24"/>
        </w:rPr>
      </w:pPr>
      <w:r w:rsidRPr="00AD46AA">
        <w:rPr>
          <w:b/>
          <w:color w:val="960000"/>
          <w:sz w:val="24"/>
          <w:szCs w:val="24"/>
        </w:rPr>
        <w:t>LATE APPLICATIONS WILL NOT BE ACCEPTED.</w:t>
      </w:r>
    </w:p>
    <w:sectPr w:rsidR="00A85E55" w:rsidRPr="00AD46AA" w:rsidSect="00AF037B">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09F95" w14:textId="77777777" w:rsidR="00E1303E" w:rsidRDefault="00E1303E">
      <w:pPr>
        <w:spacing w:after="0" w:line="240" w:lineRule="auto"/>
      </w:pPr>
      <w:r>
        <w:separator/>
      </w:r>
    </w:p>
  </w:endnote>
  <w:endnote w:type="continuationSeparator" w:id="0">
    <w:p w14:paraId="757D2351" w14:textId="77777777" w:rsidR="00E1303E" w:rsidRDefault="00E13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41A85" w14:textId="77777777" w:rsidR="00A85E55" w:rsidRDefault="00950F30">
    <w:pPr>
      <w:pStyle w:val="Footer"/>
      <w:jc w:val="center"/>
    </w:pPr>
    <w:r>
      <w:rPr>
        <w:color w:val="646464"/>
        <w:sz w:val="16"/>
      </w:rPr>
      <w:t>Lee County Wildlife Association Scholarship Application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5DC4D" w14:textId="77777777" w:rsidR="00E1303E" w:rsidRDefault="00E1303E">
      <w:pPr>
        <w:spacing w:after="0" w:line="240" w:lineRule="auto"/>
      </w:pPr>
      <w:r>
        <w:separator/>
      </w:r>
    </w:p>
  </w:footnote>
  <w:footnote w:type="continuationSeparator" w:id="0">
    <w:p w14:paraId="70074075" w14:textId="77777777" w:rsidR="00E1303E" w:rsidRDefault="00E130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8789168">
    <w:abstractNumId w:val="8"/>
  </w:num>
  <w:num w:numId="2" w16cid:durableId="47917942">
    <w:abstractNumId w:val="6"/>
  </w:num>
  <w:num w:numId="3" w16cid:durableId="724791529">
    <w:abstractNumId w:val="5"/>
  </w:num>
  <w:num w:numId="4" w16cid:durableId="30499318">
    <w:abstractNumId w:val="4"/>
  </w:num>
  <w:num w:numId="5" w16cid:durableId="1515531411">
    <w:abstractNumId w:val="7"/>
  </w:num>
  <w:num w:numId="6" w16cid:durableId="1048803704">
    <w:abstractNumId w:val="3"/>
  </w:num>
  <w:num w:numId="7" w16cid:durableId="244459282">
    <w:abstractNumId w:val="2"/>
  </w:num>
  <w:num w:numId="8" w16cid:durableId="1690178982">
    <w:abstractNumId w:val="1"/>
  </w:num>
  <w:num w:numId="9" w16cid:durableId="13772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0EA"/>
    <w:rsid w:val="00051D82"/>
    <w:rsid w:val="0006063C"/>
    <w:rsid w:val="0015074B"/>
    <w:rsid w:val="0029639D"/>
    <w:rsid w:val="002E5B66"/>
    <w:rsid w:val="00326F90"/>
    <w:rsid w:val="003A2710"/>
    <w:rsid w:val="00686B9E"/>
    <w:rsid w:val="0094192C"/>
    <w:rsid w:val="00950F30"/>
    <w:rsid w:val="00957B9E"/>
    <w:rsid w:val="00A84D3D"/>
    <w:rsid w:val="00A85E55"/>
    <w:rsid w:val="00AA1D8D"/>
    <w:rsid w:val="00AD46AA"/>
    <w:rsid w:val="00AF037B"/>
    <w:rsid w:val="00B47730"/>
    <w:rsid w:val="00CB0664"/>
    <w:rsid w:val="00DC7A46"/>
    <w:rsid w:val="00E130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6D6E7B"/>
  <w14:defaultImageDpi w14:val="300"/>
  <w15:docId w15:val="{F45101D5-D7B3-4199-A3C5-6825F893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
    <w:name w:val="Section"/>
    <w:pPr>
      <w:spacing w:before="200" w:after="140"/>
    </w:pPr>
    <w:rPr>
      <w:rFonts w:ascii="Aptos Display" w:hAnsi="Aptos Display"/>
      <w:b/>
      <w:color w:val="36563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Ashley.Walther</cp:lastModifiedBy>
  <cp:revision>3</cp:revision>
  <cp:lastPrinted>2026-10-16T13:18:00Z</cp:lastPrinted>
  <dcterms:created xsi:type="dcterms:W3CDTF">2026-10-16T13:21:00Z</dcterms:created>
  <dcterms:modified xsi:type="dcterms:W3CDTF">2026-10-21T13:12:00Z</dcterms:modified>
  <cp:category/>
</cp:coreProperties>
</file>