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793F4" w14:textId="77777777" w:rsidR="00D875DA" w:rsidRDefault="00000000">
      <w:pPr>
        <w:spacing w:after="0"/>
        <w:jc w:val="center"/>
      </w:pPr>
      <w:r>
        <w:rPr>
          <w:b/>
          <w:color w:val="1F4E78"/>
          <w:sz w:val="50"/>
        </w:rPr>
        <w:t>WESTSIDE</w:t>
      </w:r>
      <w:r>
        <w:rPr>
          <w:color w:val="5B9BD5"/>
          <w:sz w:val="50"/>
        </w:rPr>
        <w:t xml:space="preserve"> VOLLEYBALL CLUB</w:t>
      </w:r>
    </w:p>
    <w:p w14:paraId="6373B1EF" w14:textId="119C0597" w:rsidR="00D875DA" w:rsidRDefault="00000000">
      <w:pPr>
        <w:spacing w:before="20" w:after="60"/>
        <w:jc w:val="center"/>
      </w:pPr>
      <w:r>
        <w:rPr>
          <w:b/>
          <w:color w:val="666666"/>
          <w:sz w:val="17"/>
        </w:rPr>
        <w:t>WESTSIDEVBC.COM</w:t>
      </w:r>
    </w:p>
    <w:p w14:paraId="687E03CD" w14:textId="77777777" w:rsidR="00D875DA" w:rsidRDefault="00000000">
      <w:pPr>
        <w:spacing w:before="20" w:after="20"/>
        <w:jc w:val="center"/>
      </w:pPr>
      <w:r>
        <w:rPr>
          <w:b/>
          <w:color w:val="5B9BD5"/>
          <w:sz w:val="17"/>
        </w:rPr>
        <w:t>HEAD COACH  Charlie Koop    |    CLUB DIRECTOR  Greg Spector</w:t>
      </w:r>
      <w:r>
        <w:rPr>
          <w:b/>
          <w:color w:val="1F4E78"/>
          <w:sz w:val="19"/>
        </w:rPr>
      </w:r>
      <w:r>
        <w:rPr>
          <w:b/>
          <w:color w:val="5B9BD5"/>
          <w:sz w:val="17"/>
        </w:rPr>
      </w:r>
      <w:r>
        <w:rPr>
          <w:b/>
          <w:color w:val="1F4E78"/>
          <w:sz w:val="19"/>
        </w:rPr>
      </w:r>
    </w:p>
    <w:p w14:paraId="4564BCF1" w14:textId="77777777" w:rsidR="00D875DA" w:rsidRDefault="00000000">
      <w:pPr>
        <w:spacing w:after="140"/>
        <w:jc w:val="center"/>
      </w:pPr>
      <w:r>
        <w:rPr>
          <w:color w:val="666666"/>
          <w:sz w:val="17"/>
        </w:rPr>
        <w:t>(651) 269-8054  •  charlesskoop@gmail.com    |    (424) 324-9731  •  info@westsidevbc.com</w:t>
      </w:r>
    </w:p>
    <w:p w14:paraId="44B151DA" w14:textId="77777777" w:rsidR="00D875DA" w:rsidRDefault="00D875DA">
      <w:pPr>
        <w:pBdr>
          <w:bottom w:val="single" w:sz="18" w:space="1" w:color="1F4E78"/>
        </w:pBdr>
        <w:spacing w:after="260"/>
      </w:pPr>
    </w:p>
    <w:p w14:paraId="619DEC0A" w14:textId="77777777" w:rsidR="00D875DA" w:rsidRDefault="00000000">
      <w:pPr>
        <w:spacing w:after="60"/>
      </w:pPr>
      <w:r>
        <w:rPr>
          <w:b/>
          <w:color w:val="5B9BD5"/>
          <w:sz w:val="20"/>
        </w:rPr>
        <w:t>14 GREEN BOYS</w:t>
      </w:r>
    </w:p>
    <w:p w14:paraId="02751F4B" w14:textId="484C9583" w:rsidR="00D875DA" w:rsidRDefault="00000000">
      <w:pPr>
        <w:spacing w:after="100"/>
      </w:pPr>
      <w:r>
        <w:rPr>
          <w:b/>
          <w:color w:val="1F4E78"/>
          <w:sz w:val="44"/>
        </w:rPr>
        <w:t>2026–27 Schedule</w:t>
      </w:r>
    </w:p>
    <w:p w14:paraId="623E23AF" w14:textId="1CA80482" w:rsidR="00D875DA" w:rsidRDefault="00F1210D" w:rsidP="00F1210D">
      <w:pPr>
        <w:spacing w:after="160"/>
        <w:ind w:left="1440" w:hanging="1440"/>
      </w:pPr>
      <w:r>
        <w:t>Practices: Monday and Wednesday 7-9pm (Venice High School), Sunday 2-4pm (Venice High School).</w:t>
      </w:r>
    </w:p>
    <w:tbl>
      <w:tblPr>
        <w:tblW w:w="0" w:type="auto"/>
        <w:jc w:val="center"/>
        <w:tblBorders>
          <w:top w:val="single" w:sz="6" w:space="0" w:color="CDD6E0"/>
          <w:left w:val="single" w:sz="6" w:space="0" w:color="CDD6E0"/>
          <w:bottom w:val="single" w:sz="6" w:space="0" w:color="CDD6E0"/>
          <w:right w:val="single" w:sz="6" w:space="0" w:color="CDD6E0"/>
          <w:insideH w:val="single" w:sz="6" w:space="0" w:color="CDD6E0"/>
          <w:insideV w:val="single" w:sz="6" w:space="0" w:color="CDD6E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960"/>
        <w:gridCol w:w="3744"/>
      </w:tblGrid>
      <w:tr w:rsidR="00D875DA" w14:paraId="3B88EB34" w14:textId="77777777">
        <w:trPr>
          <w:tblHeader/>
          <w:jc w:val="center"/>
        </w:trPr>
        <w:tc>
          <w:tcPr>
            <w:tcW w:w="2520" w:type="dxa"/>
            <w:shd w:val="clear" w:color="auto" w:fill="1F4E7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EBED90" w14:textId="77777777" w:rsidR="00D875DA" w:rsidRPr="00F1210D" w:rsidRDefault="00000000">
            <w:pPr>
              <w:spacing w:after="0"/>
              <w:rPr>
                <w:sz w:val="24"/>
                <w:szCs w:val="24"/>
              </w:rPr>
            </w:pPr>
            <w:r w:rsidRPr="00F1210D">
              <w:rPr>
                <w:b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3960" w:type="dxa"/>
            <w:shd w:val="clear" w:color="auto" w:fill="1F4E7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055087" w14:textId="77777777" w:rsidR="00D875DA" w:rsidRPr="00F1210D" w:rsidRDefault="00000000">
            <w:pPr>
              <w:spacing w:after="0"/>
              <w:rPr>
                <w:sz w:val="24"/>
                <w:szCs w:val="24"/>
              </w:rPr>
            </w:pPr>
            <w:r w:rsidRPr="00F1210D">
              <w:rPr>
                <w:b/>
                <w:color w:val="FFFFFF"/>
                <w:sz w:val="24"/>
                <w:szCs w:val="24"/>
              </w:rPr>
              <w:t>TOURNAMENT</w:t>
            </w:r>
          </w:p>
        </w:tc>
        <w:tc>
          <w:tcPr>
            <w:tcW w:w="3744" w:type="dxa"/>
            <w:shd w:val="clear" w:color="auto" w:fill="1F4E7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EF331E" w14:textId="77777777" w:rsidR="00D875DA" w:rsidRPr="00F1210D" w:rsidRDefault="00000000">
            <w:pPr>
              <w:spacing w:after="0"/>
              <w:rPr>
                <w:sz w:val="24"/>
                <w:szCs w:val="24"/>
              </w:rPr>
            </w:pPr>
            <w:r w:rsidRPr="00F1210D">
              <w:rPr>
                <w:b/>
                <w:color w:val="FFFFFF"/>
                <w:sz w:val="24"/>
                <w:szCs w:val="24"/>
              </w:rPr>
              <w:t>LOCATION</w:t>
            </w:r>
          </w:p>
        </w:tc>
      </w:tr>
      <w:tr>
        <w:tc>
          <w:tcPr>
            <w:tcW w:type="dxa" w:w="2520"/>
          </w:tcPr>
          <w:p>
            <w:r>
              <w:t>October 17–18, 2026</w:t>
            </w:r>
          </w:p>
        </w:tc>
        <w:tc>
          <w:tcPr>
            <w:tcW w:type="dxa" w:w="3960"/>
          </w:tcPr>
          <w:p>
            <w:r>
              <w:t>SoCal Cup Qualifying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November 7, 2026</w:t>
            </w:r>
          </w:p>
        </w:tc>
        <w:tc>
          <w:tcPr>
            <w:tcW w:type="dxa" w:w="3960"/>
          </w:tcPr>
          <w:p>
            <w:r>
              <w:t>SoCal Cup Tournament 1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December 11–13, 2026</w:t>
            </w:r>
          </w:p>
        </w:tc>
        <w:tc>
          <w:tcPr>
            <w:tcW w:type="dxa" w:w="3960"/>
          </w:tcPr>
          <w:p>
            <w:r>
              <w:t>Winter Formal</w:t>
            </w:r>
          </w:p>
        </w:tc>
        <w:tc>
          <w:tcPr>
            <w:tcW w:type="dxa" w:w="3744"/>
          </w:tcPr>
          <w:p>
            <w:r>
              <w:t>Anaheim Convention Center</w:t>
            </w:r>
          </w:p>
        </w:tc>
      </w:tr>
      <w:tr>
        <w:tc>
          <w:tcPr>
            <w:tcW w:type="dxa" w:w="2520"/>
          </w:tcPr>
          <w:p>
            <w:r>
              <w:t>January 9, 2027</w:t>
            </w:r>
          </w:p>
        </w:tc>
        <w:tc>
          <w:tcPr>
            <w:tcW w:type="dxa" w:w="3960"/>
          </w:tcPr>
          <w:p>
            <w:r>
              <w:t>SoCal Cup Tournament 2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January 16–18, 2027</w:t>
            </w:r>
          </w:p>
        </w:tc>
        <w:tc>
          <w:tcPr>
            <w:tcW w:type="dxa" w:w="3960"/>
          </w:tcPr>
          <w:p>
            <w:r>
              <w:t>The Open Championship</w:t>
            </w:r>
          </w:p>
        </w:tc>
        <w:tc>
          <w:tcPr>
            <w:tcW w:type="dxa" w:w="3744"/>
          </w:tcPr>
          <w:p>
            <w:r>
              <w:t>Los Angeles Convention Center</w:t>
            </w:r>
          </w:p>
        </w:tc>
      </w:tr>
      <w:tr>
        <w:tc>
          <w:tcPr>
            <w:tcW w:type="dxa" w:w="2520"/>
          </w:tcPr>
          <w:p>
            <w:r>
              <w:t>February 20, 2027</w:t>
            </w:r>
          </w:p>
        </w:tc>
        <w:tc>
          <w:tcPr>
            <w:tcW w:type="dxa" w:w="3960"/>
          </w:tcPr>
          <w:p>
            <w:r>
              <w:t>SoCal Cup Tournament 3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March 6–7, 2027</w:t>
            </w:r>
          </w:p>
        </w:tc>
        <w:tc>
          <w:tcPr>
            <w:tcW w:type="dxa" w:w="3960"/>
          </w:tcPr>
          <w:p>
            <w:r>
              <w:t>The Equinox</w:t>
            </w:r>
          </w:p>
        </w:tc>
        <w:tc>
          <w:tcPr>
            <w:tcW w:type="dxa" w:w="3744"/>
          </w:tcPr>
          <w:p>
            <w:r>
              <w:t>AIM Sportsplex</w:t>
            </w:r>
          </w:p>
        </w:tc>
      </w:tr>
      <w:tr>
        <w:tc>
          <w:tcPr>
            <w:tcW w:type="dxa" w:w="2520"/>
          </w:tcPr>
          <w:p>
            <w:r>
              <w:t>March 20, 2027</w:t>
            </w:r>
          </w:p>
        </w:tc>
        <w:tc>
          <w:tcPr>
            <w:tcW w:type="dxa" w:w="3960"/>
          </w:tcPr>
          <w:p>
            <w:r>
              <w:t>SoCal Cup Tournament 4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April 10, 2027</w:t>
            </w:r>
          </w:p>
        </w:tc>
        <w:tc>
          <w:tcPr>
            <w:tcW w:type="dxa" w:w="3960"/>
          </w:tcPr>
          <w:p>
            <w:r>
              <w:t>SoCal Cup Tournament 5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May 22, 2027</w:t>
            </w:r>
          </w:p>
        </w:tc>
        <w:tc>
          <w:tcPr>
            <w:tcW w:type="dxa" w:w="3960"/>
          </w:tcPr>
          <w:p>
            <w:r>
              <w:t>SoCal Cup Championship</w:t>
            </w:r>
          </w:p>
        </w:tc>
        <w:tc>
          <w:tcPr>
            <w:tcW w:type="dxa" w:w="3744"/>
          </w:tcPr>
          <w:p>
            <w:r>
              <w:t>TBD</w:t>
            </w:r>
          </w:p>
        </w:tc>
      </w:tr>
      <w:tr>
        <w:tc>
          <w:tcPr>
            <w:tcW w:type="dxa" w:w="2520"/>
          </w:tcPr>
          <w:p>
            <w:r>
              <w:t>June 19–21, 2027</w:t>
            </w:r>
          </w:p>
        </w:tc>
        <w:tc>
          <w:tcPr>
            <w:tcW w:type="dxa" w:w="3960"/>
          </w:tcPr>
          <w:p>
            <w:r>
              <w:t>The Showcase</w:t>
            </w:r>
          </w:p>
        </w:tc>
        <w:tc>
          <w:tcPr>
            <w:tcW w:type="dxa" w:w="3744"/>
          </w:tcPr>
          <w:p>
            <w:r>
              <w:t>Los Angeles Convention Center</w:t>
            </w:r>
          </w:p>
        </w:tc>
      </w:tr>
    </w:tbl>
    <w:p/>
    <w:p>
      <w:pPr>
        <w:spacing w:before="60" w:after="40"/>
        <w:jc w:val="center"/>
      </w:pPr>
      <w:r>
        <w:rPr>
          <w:b/>
          <w:sz w:val="22"/>
        </w:rPr>
        <w:t>ADDITIONAL EVENTS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520"/>
            <w:vAlign w:val="center"/>
            <w:shd w:fill="111111"/>
          </w:tcPr>
          <w:p>
            <w:pPr>
              <w:spacing w:before="0" w:after="0"/>
              <w:jc w:val="left"/>
            </w:pPr>
            <w:r/>
            <w:r>
              <w:rPr>
                <w:b/>
                <w:color w:val="FFFFFF"/>
                <w:sz w:val="21"/>
              </w:rPr>
              <w:t>DATE</w:t>
            </w:r>
          </w:p>
        </w:tc>
        <w:tc>
          <w:tcPr>
            <w:tcW w:type="dxa" w:w="3960"/>
            <w:vAlign w:val="center"/>
            <w:shd w:fill="111111"/>
          </w:tcPr>
          <w:p>
            <w:pPr>
              <w:spacing w:before="0" w:after="0"/>
              <w:jc w:val="left"/>
            </w:pPr>
            <w:r/>
            <w:r>
              <w:rPr>
                <w:b/>
                <w:color w:val="FFFFFF"/>
                <w:sz w:val="21"/>
              </w:rPr>
              <w:t>TOURNAMENT</w:t>
            </w:r>
          </w:p>
        </w:tc>
        <w:tc>
          <w:tcPr>
            <w:tcW w:type="dxa" w:w="3744"/>
            <w:vAlign w:val="center"/>
            <w:shd w:fill="111111"/>
          </w:tcPr>
          <w:p>
            <w:pPr>
              <w:spacing w:before="0" w:after="0"/>
              <w:jc w:val="left"/>
            </w:pPr>
            <w:r/>
            <w:r>
              <w:rPr>
                <w:b/>
                <w:color w:val="FFFFFF"/>
                <w:sz w:val="21"/>
              </w:rPr>
              <w:t>LOCATION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b w:val="0"/>
                <w:color w:val="222222"/>
                <w:sz w:val="19"/>
              </w:rPr>
              <w:t>June 26–July 4, 2027*</w:t>
            </w:r>
          </w:p>
        </w:tc>
        <w:tc>
          <w:tcPr>
            <w:tcW w:type="dxa" w:w="3960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b/>
                <w:color w:val="1F4E78"/>
                <w:sz w:val="19"/>
              </w:rPr>
              <w:t>JVA National Championship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b w:val="0"/>
                <w:color w:val="222222"/>
                <w:sz w:val="19"/>
              </w:rPr>
              <w:t>St. Louis, MO</w:t>
            </w:r>
          </w:p>
        </w:tc>
      </w:tr>
      <w:tr>
        <w:tc>
          <w:tcPr>
            <w:tcW w:type="dxa" w:w="2520"/>
            <w:vAlign w:val="center"/>
            <w:shd w:fill="F2F2F2"/>
          </w:tcPr>
          <w:p>
            <w:pPr>
              <w:spacing w:before="0" w:after="0"/>
              <w:jc w:val="left"/>
            </w:pPr>
            <w:r/>
            <w:r>
              <w:rPr>
                <w:b w:val="0"/>
                <w:color w:val="222222"/>
                <w:sz w:val="19"/>
              </w:rPr>
              <w:t>June 30–July 7, 2027*</w:t>
            </w:r>
          </w:p>
        </w:tc>
        <w:tc>
          <w:tcPr>
            <w:tcW w:type="dxa" w:w="3960"/>
            <w:vAlign w:val="center"/>
            <w:shd w:fill="F2F2F2"/>
          </w:tcPr>
          <w:p>
            <w:pPr>
              <w:spacing w:before="0" w:after="0"/>
              <w:jc w:val="left"/>
            </w:pPr>
            <w:r/>
            <w:r>
              <w:rPr>
                <w:b/>
                <w:color w:val="1F4E78"/>
                <w:sz w:val="19"/>
              </w:rPr>
              <w:t>AAU National Championship</w:t>
            </w:r>
          </w:p>
        </w:tc>
        <w:tc>
          <w:tcPr>
            <w:tcW w:type="dxa" w:w="3744"/>
            <w:vAlign w:val="center"/>
            <w:shd w:fill="F2F2F2"/>
          </w:tcPr>
          <w:p>
            <w:pPr>
              <w:spacing w:before="0" w:after="0"/>
              <w:jc w:val="left"/>
            </w:pPr>
            <w:r/>
            <w:r>
              <w:rPr>
                <w:b w:val="0"/>
                <w:color w:val="222222"/>
                <w:sz w:val="19"/>
              </w:rPr>
              <w:t>Orlando, FL</w:t>
            </w:r>
          </w:p>
        </w:tc>
      </w:tr>
    </w:tbl>
    <w:p>
      <w:pPr>
        <w:spacing w:before="40" w:after="0"/>
      </w:pPr>
      <w:r>
        <w:rPr>
          <w:i/>
          <w:sz w:val="16"/>
        </w:rPr>
        <w:t>*Exact tournament dates within the listed date range are not yet known.</w:t>
      </w:r>
    </w:p>
    <w:sectPr w:rsidR="00D875DA" w:rsidSect="00034616">
      <w:footerReference w:type="default" r:id="rId8"/>
      <w:headerReference w:type="default" r:id="rId11"/>
      <w:pgSz w:w="12240" w:h="15840"/>
      <w:pgMar w:top="792" w:right="1008" w:bottom="648" w:left="1008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03436" w14:textId="77777777" w:rsidR="008216B2" w:rsidRDefault="008216B2">
      <w:pPr>
        <w:spacing w:after="0" w:line="240" w:lineRule="auto"/>
      </w:pPr>
      <w:r>
        <w:separator/>
      </w:r>
    </w:p>
  </w:endnote>
  <w:endnote w:type="continuationSeparator" w:id="0">
    <w:p w14:paraId="45F8FD81" w14:textId="77777777" w:rsidR="008216B2" w:rsidRDefault="0082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38BF8" w14:textId="77777777" w:rsidR="00D875DA" w:rsidRDefault="00000000">
    <w:pPr>
      <w:pStyle w:val="Footer"/>
      <w:jc w:val="center"/>
    </w:pPr>
    <w:r>
      <w:rPr>
        <w:b/>
        <w:color w:val="666666"/>
        <w:sz w:val="16"/>
      </w:rPr>
      <w:t>WESTSIDE VOLLEYBALL CLUB  |  14 GREEN BOYS  | 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2F60E" w14:textId="77777777" w:rsidR="008216B2" w:rsidRDefault="008216B2">
      <w:pPr>
        <w:spacing w:after="0" w:line="240" w:lineRule="auto"/>
      </w:pPr>
      <w:r>
        <w:separator/>
      </w:r>
    </w:p>
  </w:footnote>
  <w:footnote w:type="continuationSeparator" w:id="0">
    <w:p w14:paraId="1F0813ED" w14:textId="77777777" w:rsidR="008216B2" w:rsidRDefault="00821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7824226">
    <w:abstractNumId w:val="8"/>
  </w:num>
  <w:num w:numId="2" w16cid:durableId="893397252">
    <w:abstractNumId w:val="6"/>
  </w:num>
  <w:num w:numId="3" w16cid:durableId="1450707356">
    <w:abstractNumId w:val="5"/>
  </w:num>
  <w:num w:numId="4" w16cid:durableId="1605452831">
    <w:abstractNumId w:val="4"/>
  </w:num>
  <w:num w:numId="5" w16cid:durableId="1773014608">
    <w:abstractNumId w:val="7"/>
  </w:num>
  <w:num w:numId="6" w16cid:durableId="1851602630">
    <w:abstractNumId w:val="3"/>
  </w:num>
  <w:num w:numId="7" w16cid:durableId="1170412402">
    <w:abstractNumId w:val="2"/>
  </w:num>
  <w:num w:numId="8" w16cid:durableId="266274230">
    <w:abstractNumId w:val="1"/>
  </w:num>
  <w:num w:numId="9" w16cid:durableId="9386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216B2"/>
    <w:rsid w:val="0083116F"/>
    <w:rsid w:val="00AA1D8D"/>
    <w:rsid w:val="00B47730"/>
    <w:rsid w:val="00B84A54"/>
    <w:rsid w:val="00CB0664"/>
    <w:rsid w:val="00D875DA"/>
    <w:rsid w:val="00F1210D"/>
    <w:rsid w:val="00FC693F"/>
    <w:rsid w:val="00FD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58232"/>
  <w14:defaultImageDpi w14:val="300"/>
  <w15:docId w15:val="{FC03C06E-C93E-C04D-9A97-50531050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WestsideVBC 17U Girls Schedule</dc:title>
  <dc:subject>Tournament schedule</dc:subject>
  <dc:creator>Westside Volleyball Club</dc:creator>
  <cp:keywords/>
  <dc:description>generated by python-docx</dc:description>
  <cp:lastModifiedBy>Behrendt, Kevin</cp:lastModifiedBy>
  <cp:revision>2</cp:revision>
  <dcterms:created xsi:type="dcterms:W3CDTF">2026-08-08T16:54:00Z</dcterms:created>
  <dcterms:modified xsi:type="dcterms:W3CDTF">2026-08-08T16:54:00Z</dcterms:modified>
  <cp:category/>
</cp:coreProperties>
</file>