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WESTSIDE CORE SPORTS LLC</w:t>
        <w:br/>
        <w:t>DBA WESTSIDE VOLLEYBALL CLUB</w:t>
      </w:r>
    </w:p>
    <w:p>
      <w:pPr>
        <w:jc w:val="center"/>
      </w:pPr>
      <w:r>
        <w:rPr>
          <w:b/>
        </w:rPr>
        <w:t>OPEN GYM WAIVER, RELEASE OF LIABILITY,</w:t>
        <w:br/>
        <w:t>MEDICAL AUTHORIZATION, AND PHOTO RELEASE</w:t>
      </w:r>
    </w:p>
    <w:p>
      <w:r>
        <w:t>Participant Name: ____________________________________________</w:t>
      </w:r>
    </w:p>
    <w:p>
      <w:r>
        <w:t>Date of Birth: _______________________________________________</w:t>
      </w:r>
    </w:p>
    <w:p>
      <w:r>
        <w:t>Parent/Legal Guardian (if under 18): ____________________________</w:t>
      </w:r>
    </w:p>
    <w:p>
      <w:r>
        <w:t>Phone: _______________________________________________________</w:t>
      </w:r>
    </w:p>
    <w:p>
      <w:r>
        <w:t>Email: _______________________________________________________</w:t>
      </w:r>
    </w:p>
    <w:p>
      <w:r>
        <w:t>Emergency Contact: ___________________________________________</w:t>
      </w:r>
    </w:p>
    <w:p>
      <w:r>
        <w:t>Emergency Phone: ____________________________________________</w:t>
      </w:r>
    </w:p>
    <w:p>
      <w:pPr>
        <w:pStyle w:val="Heading2"/>
      </w:pPr>
      <w:r>
        <w:rPr>
          <w:b/>
        </w:rPr>
        <w:t>ASSUMPTION OF RISK</w:t>
      </w:r>
    </w:p>
    <w:p>
      <w:r>
        <w:t>I understand that participation in Open Gym volleyball involves inherent risks that cannot be eliminated regardless of the care taken by Westside Volleyball Club or its staff. These risks include, but are not limited to, falls, collisions with other participants or equipment, being struck by volleyballs, sprains, strains, fractures, dislocations, concussion, traumatic brain injury, spinal injuries, paralysis, and, in rare circumstances, serious permanent injury or death.</w:t>
      </w:r>
    </w:p>
    <w:p>
      <w:r>
        <w:rPr>
          <w:b/>
        </w:rPr>
        <w:t xml:space="preserve">Open Gym is informal recreational play and is not supervised instruction, coaching, or training. </w:t>
      </w:r>
      <w:r>
        <w:t>Participants are responsible for their own decisions, level of participation, and conduct while using the facility. I voluntarily assume all known and unknown risks associated with participation.</w:t>
      </w:r>
    </w:p>
    <w:p>
      <w:pPr>
        <w:pStyle w:val="Heading2"/>
      </w:pPr>
      <w:r>
        <w:rPr>
          <w:b/>
        </w:rPr>
        <w:t>RELEASE OF LIABILITY</w:t>
      </w:r>
    </w:p>
    <w:p>
      <w:r>
        <w:t>On behalf of myself and, if applicable, the participant, I release and forever discharge Westside Core Sports LLC, dba Westside Volleyball Club, its owners, members, managers, officers, directors, employees, volunteers, independent contractors, agents, representatives, and the owners and operators of the facilities used for Open Gym (collectively, the 'Released Parties') from any and all claims, demands, causes of action, damages, losses, costs, and expenses arising out of or relating to participation in Open Gym activities, including claims arising from the ordinary negligence of any Released Party, to the fullest extent permitted by California law. This release does not apply to gross negligence, reckless misconduct, or intentional misconduct.</w:t>
      </w:r>
    </w:p>
    <w:p>
      <w:pPr>
        <w:pStyle w:val="Heading2"/>
      </w:pPr>
      <w:r>
        <w:rPr>
          <w:b/>
        </w:rPr>
        <w:t>MEDICAL AUTHORIZATION</w:t>
      </w:r>
    </w:p>
    <w:p>
      <w:r>
        <w:t>If the participant is under 18 years of age and I cannot be reached in the event of an emergency, I authorize Westside personnel to obtain emergency medical treatment as reasonably necessary.</w:t>
      </w:r>
    </w:p>
    <w:p>
      <w:r>
        <w:t>I understand that Westside does not provide medical or accident insurance and that I am responsible for all medical expenses incurred.</w:t>
      </w:r>
    </w:p>
    <w:p>
      <w:r>
        <w:t>Known Allergies/Medical Conditions:</w:t>
        <w:br/>
        <w:br/>
        <w:t>__________________________________________________________</w:t>
      </w:r>
    </w:p>
    <w:p>
      <w:pPr>
        <w:pStyle w:val="Heading2"/>
      </w:pPr>
      <w:r>
        <w:rPr>
          <w:b/>
        </w:rPr>
        <w:t>PHOTO AND VIDEO RELEASE</w:t>
      </w:r>
    </w:p>
    <w:p>
      <w:r>
        <w:t>I authorize Westside Volleyball Club to photograph or record the participant during Open Gym activities and to use such photographs or recordings for promotional, educational, website, and social media purposes without compensation.</w:t>
      </w:r>
    </w:p>
    <w:p>
      <w:pPr>
        <w:pStyle w:val="Heading2"/>
      </w:pPr>
      <w:r>
        <w:rPr>
          <w:b/>
        </w:rPr>
        <w:t>ACKNOWLEDGMENT</w:t>
      </w:r>
    </w:p>
    <w:p>
      <w:pPr>
        <w:pStyle w:val="ListBullet"/>
      </w:pPr>
      <w:r>
        <w:t>I have read and understand this Agreement.</w:t>
      </w:r>
    </w:p>
    <w:p>
      <w:pPr>
        <w:pStyle w:val="ListBullet"/>
      </w:pPr>
      <w:r>
        <w:t>If signing for a minor, I certify that I am the participant's parent or legal guardian and have authority to execute this Agreement.</w:t>
      </w:r>
    </w:p>
    <w:p>
      <w:pPr>
        <w:pStyle w:val="ListBullet"/>
      </w:pPr>
      <w:r>
        <w:t>I understand that I am giving up important legal rights and sign this Agreement voluntarily.</w:t>
      </w:r>
    </w:p>
    <w:p>
      <w:r>
        <w:t>If any provision of this Agreement is found unenforceable, the remaining provisions shall remain in full force and effect. This Agreement shall be governed by the laws of the State of California.</w:t>
      </w:r>
    </w:p>
    <w:p/>
    <w:p>
      <w:r>
        <w:t>Participant (18 or Older) Printed Name: _________________________________</w:t>
      </w:r>
    </w:p>
    <w:p>
      <w:r>
        <w:t>Signature: _____________________________________   Date: ________________</w:t>
      </w:r>
    </w:p>
    <w:p/>
    <w:p>
      <w:r>
        <w:t>Parent/Legal Guardian (Required if Participant is Under 18)</w:t>
      </w:r>
    </w:p>
    <w:p>
      <w:r>
        <w:t>Printed Name: _________________________________________________</w:t>
      </w:r>
    </w:p>
    <w:p>
      <w:r>
        <w:t>Signature: _____________________________________   Date: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