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C3220" w14:textId="77777777" w:rsidR="0031164B" w:rsidRPr="00DD5C79" w:rsidRDefault="0031164B" w:rsidP="0031164B">
      <w:pPr>
        <w:spacing w:after="0" w:line="240" w:lineRule="auto"/>
        <w:jc w:val="center"/>
        <w:rPr>
          <w:rFonts w:ascii="Century Schoolbook" w:hAnsi="Century Schoolbook"/>
          <w:b/>
          <w:bCs/>
          <w:sz w:val="24"/>
          <w:szCs w:val="24"/>
          <w:lang w:val="es-ES"/>
        </w:rPr>
      </w:pPr>
      <w:r w:rsidRPr="00DD5C79">
        <w:rPr>
          <w:rFonts w:ascii="Century Schoolbook" w:hAnsi="Century Schoolbook"/>
          <w:b/>
          <w:bCs/>
          <w:sz w:val="24"/>
          <w:szCs w:val="24"/>
          <w:lang w:val="es-ES"/>
        </w:rPr>
        <w:t>1. Mantenga la Calma y Escuche</w:t>
      </w:r>
    </w:p>
    <w:p w14:paraId="45D3D148" w14:textId="2858066B" w:rsidR="00AC5984" w:rsidRPr="001C51C1" w:rsidRDefault="0031164B" w:rsidP="00AC5984">
      <w:pPr>
        <w:spacing w:after="0" w:line="240" w:lineRule="auto"/>
        <w:rPr>
          <w:rFonts w:ascii="Century Schoolbook" w:hAnsi="Century Schoolbook" w:cs="Segoe UI Symbol"/>
          <w:sz w:val="22"/>
          <w:lang w:val="es-ES"/>
        </w:rPr>
      </w:pPr>
      <w:r w:rsidRPr="001C51C1">
        <w:rPr>
          <w:rFonts w:ascii="Segoe UI Symbol" w:hAnsi="Segoe UI Symbol" w:cs="Segoe UI Symbol"/>
          <w:sz w:val="22"/>
          <w:lang w:val="es-ES"/>
        </w:rPr>
        <w:t>☐</w:t>
      </w:r>
      <w:r w:rsidRPr="001C51C1">
        <w:rPr>
          <w:rFonts w:ascii="Century Schoolbook" w:hAnsi="Century Schoolbook" w:cs="Segoe UI Symbol"/>
          <w:sz w:val="22"/>
          <w:lang w:val="es-ES"/>
        </w:rPr>
        <w:t xml:space="preserve"> Respire lenta y profundamente antes de responder.</w:t>
      </w:r>
      <w:r w:rsidRPr="001C51C1">
        <w:rPr>
          <w:rFonts w:ascii="Century Schoolbook" w:hAnsi="Century Schoolbook" w:cs="Segoe UI Symbol"/>
          <w:sz w:val="22"/>
          <w:lang w:val="es-ES"/>
        </w:rPr>
        <w:br/>
      </w:r>
      <w:r w:rsidRPr="001C51C1">
        <w:rPr>
          <w:rFonts w:ascii="Segoe UI Symbol" w:hAnsi="Segoe UI Symbol" w:cs="Segoe UI Symbol"/>
          <w:sz w:val="22"/>
          <w:lang w:val="es-ES"/>
        </w:rPr>
        <w:t>☐</w:t>
      </w:r>
      <w:r w:rsidRPr="001C51C1">
        <w:rPr>
          <w:rFonts w:ascii="Century Schoolbook" w:hAnsi="Century Schoolbook" w:cs="Segoe UI Symbol"/>
          <w:sz w:val="22"/>
          <w:lang w:val="es-ES"/>
        </w:rPr>
        <w:t xml:space="preserve"> Col</w:t>
      </w:r>
      <w:r w:rsidRPr="001C51C1">
        <w:rPr>
          <w:rFonts w:ascii="Century Schoolbook" w:hAnsi="Century Schoolbook" w:cs="Century Schoolbook"/>
          <w:sz w:val="22"/>
          <w:lang w:val="es-ES"/>
        </w:rPr>
        <w:t>ó</w:t>
      </w:r>
      <w:r w:rsidRPr="001C51C1">
        <w:rPr>
          <w:rFonts w:ascii="Century Schoolbook" w:hAnsi="Century Schoolbook" w:cs="Segoe UI Symbol"/>
          <w:sz w:val="22"/>
          <w:lang w:val="es-ES"/>
        </w:rPr>
        <w:t>quese al nivel del ni</w:t>
      </w:r>
      <w:r w:rsidRPr="001C51C1">
        <w:rPr>
          <w:rFonts w:ascii="Century Schoolbook" w:hAnsi="Century Schoolbook" w:cs="Century Schoolbook"/>
          <w:sz w:val="22"/>
          <w:lang w:val="es-ES"/>
        </w:rPr>
        <w:t>ñ</w:t>
      </w:r>
      <w:r w:rsidRPr="001C51C1">
        <w:rPr>
          <w:rFonts w:ascii="Century Schoolbook" w:hAnsi="Century Schoolbook" w:cs="Segoe UI Symbol"/>
          <w:sz w:val="22"/>
          <w:lang w:val="es-ES"/>
        </w:rPr>
        <w:t>o, cuando sea apropiado.</w:t>
      </w:r>
      <w:r w:rsidRPr="001C51C1">
        <w:rPr>
          <w:rFonts w:ascii="Century Schoolbook" w:hAnsi="Century Schoolbook" w:cs="Segoe UI Symbol"/>
          <w:sz w:val="22"/>
          <w:lang w:val="es-ES"/>
        </w:rPr>
        <w:br/>
      </w:r>
      <w:r w:rsidRPr="001C51C1">
        <w:rPr>
          <w:rFonts w:ascii="Segoe UI Symbol" w:hAnsi="Segoe UI Symbol" w:cs="Segoe UI Symbol"/>
          <w:sz w:val="22"/>
          <w:lang w:val="es-ES"/>
        </w:rPr>
        <w:t>☐</w:t>
      </w:r>
      <w:r w:rsidRPr="001C51C1">
        <w:rPr>
          <w:rFonts w:ascii="Century Schoolbook" w:hAnsi="Century Schoolbook" w:cs="Segoe UI Symbol"/>
          <w:sz w:val="22"/>
          <w:lang w:val="es-ES"/>
        </w:rPr>
        <w:t xml:space="preserve"> Escuche sin interrumpir.</w:t>
      </w:r>
      <w:r w:rsidRPr="001C51C1">
        <w:rPr>
          <w:rFonts w:ascii="Century Schoolbook" w:hAnsi="Century Schoolbook" w:cs="Segoe UI Symbol"/>
          <w:sz w:val="22"/>
          <w:lang w:val="es-ES"/>
        </w:rPr>
        <w:br/>
      </w:r>
      <w:r w:rsidRPr="001C51C1">
        <w:rPr>
          <w:rFonts w:ascii="Segoe UI Symbol" w:hAnsi="Segoe UI Symbol" w:cs="Segoe UI Symbol"/>
          <w:sz w:val="22"/>
          <w:lang w:val="es-ES"/>
        </w:rPr>
        <w:t>☐</w:t>
      </w:r>
      <w:r w:rsidRPr="001C51C1">
        <w:rPr>
          <w:rFonts w:ascii="Century Schoolbook" w:hAnsi="Century Schoolbook" w:cs="Segoe UI Symbol"/>
          <w:sz w:val="22"/>
          <w:lang w:val="es-ES"/>
        </w:rPr>
        <w:t xml:space="preserve"> Permita que el ni</w:t>
      </w:r>
      <w:r w:rsidRPr="001C51C1">
        <w:rPr>
          <w:rFonts w:ascii="Century Schoolbook" w:hAnsi="Century Schoolbook" w:cs="Century Schoolbook"/>
          <w:sz w:val="22"/>
          <w:lang w:val="es-ES"/>
        </w:rPr>
        <w:t>ñ</w:t>
      </w:r>
      <w:r w:rsidRPr="001C51C1">
        <w:rPr>
          <w:rFonts w:ascii="Century Schoolbook" w:hAnsi="Century Schoolbook" w:cs="Segoe UI Symbol"/>
          <w:sz w:val="22"/>
          <w:lang w:val="es-ES"/>
        </w:rPr>
        <w:t>o use sus propias palabras.</w:t>
      </w:r>
      <w:r w:rsidRPr="001C51C1">
        <w:rPr>
          <w:rFonts w:ascii="Century Schoolbook" w:hAnsi="Century Schoolbook" w:cs="Segoe UI Symbol"/>
          <w:sz w:val="22"/>
          <w:lang w:val="es-ES"/>
        </w:rPr>
        <w:br/>
      </w:r>
      <w:r w:rsidRPr="001C51C1">
        <w:rPr>
          <w:rFonts w:ascii="Segoe UI Symbol" w:hAnsi="Segoe UI Symbol" w:cs="Segoe UI Symbol"/>
          <w:sz w:val="22"/>
          <w:lang w:val="es-ES"/>
        </w:rPr>
        <w:t>☐</w:t>
      </w:r>
      <w:r w:rsidRPr="001C51C1">
        <w:rPr>
          <w:rFonts w:ascii="Century Schoolbook" w:hAnsi="Century Schoolbook" w:cs="Segoe UI Symbol"/>
          <w:sz w:val="22"/>
          <w:lang w:val="es-ES"/>
        </w:rPr>
        <w:t xml:space="preserve"> Evite hacer preguntas que sugieran una respuesta o pedir detalles innecesarios.</w:t>
      </w:r>
    </w:p>
    <w:p w14:paraId="703124A7" w14:textId="77777777" w:rsidR="0031164B" w:rsidRPr="001C51C1" w:rsidRDefault="0031164B" w:rsidP="00AC5984">
      <w:pPr>
        <w:spacing w:after="0" w:line="240" w:lineRule="auto"/>
        <w:rPr>
          <w:rFonts w:ascii="Century Schoolbook" w:hAnsi="Century Schoolbook"/>
          <w:sz w:val="22"/>
          <w:lang w:val="es-ES"/>
        </w:rPr>
      </w:pPr>
    </w:p>
    <w:tbl>
      <w:tblPr>
        <w:tblStyle w:val="TableGrid"/>
        <w:tblW w:w="9525" w:type="dxa"/>
        <w:tblBorders>
          <w:top w:val="single" w:sz="12" w:space="0" w:color="1F497D" w:themeColor="text2"/>
          <w:left w:val="single" w:sz="12" w:space="0" w:color="1F497D" w:themeColor="text2"/>
          <w:bottom w:val="single" w:sz="12" w:space="0" w:color="1F497D" w:themeColor="text2"/>
          <w:right w:val="single" w:sz="12" w:space="0" w:color="1F497D" w:themeColor="text2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8"/>
        <w:gridCol w:w="4557"/>
      </w:tblGrid>
      <w:tr w:rsidR="00AC5984" w:rsidRPr="001C51C1" w14:paraId="720F40F4" w14:textId="48806F38" w:rsidTr="0062178F">
        <w:tc>
          <w:tcPr>
            <w:tcW w:w="4968" w:type="dxa"/>
          </w:tcPr>
          <w:p w14:paraId="07EEDFE0" w14:textId="7629AB90" w:rsidR="00AC5984" w:rsidRPr="001C51C1" w:rsidRDefault="00EB1FA2" w:rsidP="00B754A6">
            <w:pPr>
              <w:rPr>
                <w:rFonts w:ascii="Century Schoolbook" w:hAnsi="Century Schoolbook"/>
                <w:sz w:val="22"/>
              </w:rPr>
            </w:pPr>
            <w:proofErr w:type="spellStart"/>
            <w:r w:rsidRPr="001C51C1">
              <w:rPr>
                <w:rFonts w:ascii="Century Schoolbook" w:hAnsi="Century Schoolbook"/>
                <w:b/>
                <w:sz w:val="22"/>
              </w:rPr>
              <w:t>Respuestas</w:t>
            </w:r>
            <w:proofErr w:type="spellEnd"/>
            <w:r w:rsidRPr="001C51C1">
              <w:rPr>
                <w:rFonts w:ascii="Century Schoolbook" w:hAnsi="Century Schoolbook"/>
                <w:b/>
                <w:sz w:val="22"/>
              </w:rPr>
              <w:t xml:space="preserve"> </w:t>
            </w:r>
            <w:proofErr w:type="spellStart"/>
            <w:r w:rsidRPr="001C51C1">
              <w:rPr>
                <w:rFonts w:ascii="Century Schoolbook" w:hAnsi="Century Schoolbook"/>
                <w:b/>
                <w:sz w:val="22"/>
              </w:rPr>
              <w:t>Útiles</w:t>
            </w:r>
            <w:proofErr w:type="spellEnd"/>
          </w:p>
        </w:tc>
        <w:tc>
          <w:tcPr>
            <w:tcW w:w="4557" w:type="dxa"/>
          </w:tcPr>
          <w:p w14:paraId="0237A51E" w14:textId="58CB0269" w:rsidR="00AC5984" w:rsidRPr="001C51C1" w:rsidRDefault="00EB1FA2" w:rsidP="00B754A6">
            <w:pPr>
              <w:rPr>
                <w:rFonts w:ascii="Century Schoolbook" w:hAnsi="Century Schoolbook"/>
                <w:b/>
                <w:sz w:val="22"/>
              </w:rPr>
            </w:pPr>
            <w:proofErr w:type="spellStart"/>
            <w:r w:rsidRPr="001C51C1">
              <w:rPr>
                <w:rFonts w:ascii="Century Schoolbook" w:hAnsi="Century Schoolbook"/>
                <w:b/>
                <w:sz w:val="22"/>
              </w:rPr>
              <w:t>Respuestas</w:t>
            </w:r>
            <w:proofErr w:type="spellEnd"/>
            <w:r w:rsidRPr="001C51C1">
              <w:rPr>
                <w:rFonts w:ascii="Century Schoolbook" w:hAnsi="Century Schoolbook"/>
                <w:b/>
                <w:sz w:val="22"/>
              </w:rPr>
              <w:t xml:space="preserve"> </w:t>
            </w:r>
            <w:proofErr w:type="spellStart"/>
            <w:r w:rsidRPr="001C51C1">
              <w:rPr>
                <w:rFonts w:ascii="Century Schoolbook" w:hAnsi="Century Schoolbook"/>
                <w:b/>
                <w:sz w:val="22"/>
              </w:rPr>
              <w:t>que</w:t>
            </w:r>
            <w:proofErr w:type="spellEnd"/>
            <w:r w:rsidRPr="001C51C1">
              <w:rPr>
                <w:rFonts w:ascii="Century Schoolbook" w:hAnsi="Century Schoolbook"/>
                <w:b/>
                <w:sz w:val="22"/>
              </w:rPr>
              <w:t xml:space="preserve"> Deben </w:t>
            </w:r>
            <w:proofErr w:type="spellStart"/>
            <w:r w:rsidRPr="001C51C1">
              <w:rPr>
                <w:rFonts w:ascii="Century Schoolbook" w:hAnsi="Century Schoolbook"/>
                <w:b/>
                <w:sz w:val="22"/>
              </w:rPr>
              <w:t>Evitarse</w:t>
            </w:r>
            <w:proofErr w:type="spellEnd"/>
          </w:p>
        </w:tc>
      </w:tr>
      <w:tr w:rsidR="00C16401" w:rsidRPr="001C51C1" w14:paraId="6837DB3F" w14:textId="2BC62759" w:rsidTr="0062178F">
        <w:tc>
          <w:tcPr>
            <w:tcW w:w="4968" w:type="dxa"/>
          </w:tcPr>
          <w:p w14:paraId="4E3BD3C4" w14:textId="35F9CE3F" w:rsidR="00C16401" w:rsidRPr="001C51C1" w:rsidRDefault="00C16401" w:rsidP="00AC5984">
            <w:pPr>
              <w:rPr>
                <w:rFonts w:ascii="Century Schoolbook" w:hAnsi="Century Schoolbook"/>
                <w:sz w:val="22"/>
                <w:lang w:val="es-ES"/>
              </w:rPr>
            </w:pPr>
            <w:r w:rsidRPr="001C51C1">
              <w:rPr>
                <w:rFonts w:ascii="Segoe UI Symbol" w:hAnsi="Segoe UI Symbol" w:cs="Segoe UI Symbol"/>
                <w:sz w:val="22"/>
                <w:lang w:val="es-ES"/>
              </w:rPr>
              <w:t>☐</w:t>
            </w:r>
            <w:r w:rsidRPr="001C51C1">
              <w:rPr>
                <w:rFonts w:ascii="Century Schoolbook" w:hAnsi="Century Schoolbook" w:cs="Segoe UI Symbol"/>
                <w:sz w:val="22"/>
                <w:lang w:val="es-ES"/>
              </w:rPr>
              <w:t xml:space="preserve"> "Me alegra que me lo hayas dicho."</w:t>
            </w:r>
          </w:p>
        </w:tc>
        <w:tc>
          <w:tcPr>
            <w:tcW w:w="4557" w:type="dxa"/>
          </w:tcPr>
          <w:p w14:paraId="6BE044B1" w14:textId="1D48ADE7" w:rsidR="00C16401" w:rsidRPr="001C51C1" w:rsidRDefault="00C16401" w:rsidP="00AC5984">
            <w:pPr>
              <w:rPr>
                <w:rFonts w:ascii="Century Schoolbook" w:hAnsi="Century Schoolbook" w:cs="Segoe UI Symbol"/>
                <w:sz w:val="22"/>
              </w:rPr>
            </w:pPr>
            <w:r w:rsidRPr="001C51C1">
              <w:rPr>
                <w:rFonts w:ascii="Segoe UI Symbol" w:hAnsi="Segoe UI Symbol" w:cs="Segoe UI Symbol"/>
                <w:sz w:val="22"/>
              </w:rPr>
              <w:t>☐</w:t>
            </w:r>
            <w:r w:rsidRPr="001C51C1">
              <w:rPr>
                <w:rFonts w:ascii="Century Schoolbook" w:hAnsi="Century Schoolbook"/>
                <w:sz w:val="22"/>
              </w:rPr>
              <w:t xml:space="preserve"> "¿</w:t>
            </w:r>
            <w:proofErr w:type="spellStart"/>
            <w:r w:rsidRPr="001C51C1">
              <w:rPr>
                <w:rFonts w:ascii="Century Schoolbook" w:hAnsi="Century Schoolbook"/>
                <w:sz w:val="22"/>
              </w:rPr>
              <w:t>Estás</w:t>
            </w:r>
            <w:proofErr w:type="spellEnd"/>
            <w:r w:rsidRPr="001C51C1">
              <w:rPr>
                <w:rFonts w:ascii="Century Schoolbook" w:hAnsi="Century Schoolbook"/>
                <w:sz w:val="22"/>
              </w:rPr>
              <w:t xml:space="preserve"> </w:t>
            </w:r>
            <w:proofErr w:type="spellStart"/>
            <w:r w:rsidRPr="001C51C1">
              <w:rPr>
                <w:rFonts w:ascii="Century Schoolbook" w:hAnsi="Century Schoolbook"/>
                <w:sz w:val="22"/>
              </w:rPr>
              <w:t>seguro</w:t>
            </w:r>
            <w:proofErr w:type="spellEnd"/>
            <w:r w:rsidRPr="001C51C1">
              <w:rPr>
                <w:rFonts w:ascii="Century Schoolbook" w:hAnsi="Century Schoolbook"/>
                <w:sz w:val="22"/>
              </w:rPr>
              <w:t>(a)?"</w:t>
            </w:r>
          </w:p>
        </w:tc>
      </w:tr>
      <w:tr w:rsidR="00C16401" w:rsidRPr="00DD5C79" w14:paraId="37B61B82" w14:textId="15B83676" w:rsidTr="0062178F">
        <w:tc>
          <w:tcPr>
            <w:tcW w:w="4968" w:type="dxa"/>
          </w:tcPr>
          <w:p w14:paraId="41E2DFF2" w14:textId="3EA4D1B4" w:rsidR="00C16401" w:rsidRPr="001C51C1" w:rsidRDefault="00C16401" w:rsidP="00AC5984">
            <w:pPr>
              <w:rPr>
                <w:rFonts w:ascii="Century Schoolbook" w:hAnsi="Century Schoolbook"/>
                <w:sz w:val="22"/>
                <w:lang w:val="es-ES"/>
              </w:rPr>
            </w:pPr>
            <w:r w:rsidRPr="001C51C1">
              <w:rPr>
                <w:rFonts w:ascii="Segoe UI Symbol" w:hAnsi="Segoe UI Symbol" w:cs="Segoe UI Symbol"/>
                <w:sz w:val="22"/>
                <w:lang w:val="es-ES"/>
              </w:rPr>
              <w:t>☐</w:t>
            </w:r>
            <w:r w:rsidRPr="001C51C1">
              <w:rPr>
                <w:rFonts w:ascii="Century Schoolbook" w:hAnsi="Century Schoolbook" w:cs="Segoe UI Symbol"/>
                <w:sz w:val="22"/>
                <w:lang w:val="es-ES"/>
              </w:rPr>
              <w:t xml:space="preserve"> "Lamento que te haya pasado eso."</w:t>
            </w:r>
          </w:p>
        </w:tc>
        <w:tc>
          <w:tcPr>
            <w:tcW w:w="4557" w:type="dxa"/>
          </w:tcPr>
          <w:p w14:paraId="570DFF98" w14:textId="5BD49F1C" w:rsidR="00C16401" w:rsidRPr="001C51C1" w:rsidRDefault="00C16401" w:rsidP="00AC5984">
            <w:pPr>
              <w:rPr>
                <w:rFonts w:ascii="Century Schoolbook" w:hAnsi="Century Schoolbook" w:cs="Segoe UI Symbol"/>
                <w:sz w:val="22"/>
                <w:lang w:val="es-ES"/>
              </w:rPr>
            </w:pPr>
            <w:r w:rsidRPr="001C51C1">
              <w:rPr>
                <w:rFonts w:ascii="Segoe UI Symbol" w:hAnsi="Segoe UI Symbol" w:cs="Segoe UI Symbol"/>
                <w:sz w:val="22"/>
                <w:lang w:val="es-ES"/>
              </w:rPr>
              <w:t>☐</w:t>
            </w:r>
            <w:r w:rsidRPr="001C51C1">
              <w:rPr>
                <w:rFonts w:ascii="Century Schoolbook" w:hAnsi="Century Schoolbook"/>
                <w:sz w:val="22"/>
                <w:lang w:val="es-ES"/>
              </w:rPr>
              <w:t xml:space="preserve"> "¿Por qué no lo dijiste antes?"</w:t>
            </w:r>
          </w:p>
        </w:tc>
      </w:tr>
      <w:tr w:rsidR="00C16401" w:rsidRPr="00DD5C79" w14:paraId="17C0CD11" w14:textId="4F1342EF" w:rsidTr="0062178F">
        <w:tc>
          <w:tcPr>
            <w:tcW w:w="4968" w:type="dxa"/>
          </w:tcPr>
          <w:p w14:paraId="604A26D6" w14:textId="2E4C8C57" w:rsidR="00C16401" w:rsidRPr="001C51C1" w:rsidRDefault="00C16401" w:rsidP="00AC5984">
            <w:pPr>
              <w:rPr>
                <w:rFonts w:ascii="Century Schoolbook" w:hAnsi="Century Schoolbook"/>
                <w:sz w:val="22"/>
                <w:lang w:val="es-ES"/>
              </w:rPr>
            </w:pPr>
            <w:r w:rsidRPr="001C51C1">
              <w:rPr>
                <w:rFonts w:ascii="Segoe UI Symbol" w:hAnsi="Segoe UI Symbol" w:cs="Segoe UI Symbol"/>
                <w:sz w:val="22"/>
                <w:lang w:val="es-ES"/>
              </w:rPr>
              <w:t>☐</w:t>
            </w:r>
            <w:r w:rsidRPr="001C51C1">
              <w:rPr>
                <w:rFonts w:ascii="Century Schoolbook" w:hAnsi="Century Schoolbook" w:cs="Segoe UI Symbol"/>
                <w:sz w:val="22"/>
                <w:lang w:val="es-ES"/>
              </w:rPr>
              <w:t xml:space="preserve"> "Hiciste lo correcto al contármelo."</w:t>
            </w:r>
          </w:p>
        </w:tc>
        <w:tc>
          <w:tcPr>
            <w:tcW w:w="4557" w:type="dxa"/>
          </w:tcPr>
          <w:p w14:paraId="30FBA710" w14:textId="6D9DC79A" w:rsidR="00C16401" w:rsidRPr="001C51C1" w:rsidRDefault="00C16401" w:rsidP="00AC5984">
            <w:pPr>
              <w:rPr>
                <w:rFonts w:ascii="Century Schoolbook" w:hAnsi="Century Schoolbook" w:cs="Segoe UI Symbol"/>
                <w:sz w:val="22"/>
                <w:lang w:val="es-ES"/>
              </w:rPr>
            </w:pPr>
            <w:r w:rsidRPr="001C51C1">
              <w:rPr>
                <w:rFonts w:ascii="Segoe UI Symbol" w:hAnsi="Segoe UI Symbol" w:cs="Segoe UI Symbol"/>
                <w:sz w:val="22"/>
                <w:lang w:val="es-ES"/>
              </w:rPr>
              <w:t>☐</w:t>
            </w:r>
            <w:r w:rsidRPr="001C51C1">
              <w:rPr>
                <w:rFonts w:ascii="Century Schoolbook" w:hAnsi="Century Schoolbook"/>
                <w:sz w:val="22"/>
                <w:lang w:val="es-ES"/>
              </w:rPr>
              <w:t xml:space="preserve"> "No se lo voy a decir a nadie."</w:t>
            </w:r>
          </w:p>
        </w:tc>
      </w:tr>
      <w:tr w:rsidR="00C16401" w:rsidRPr="00DD5C79" w14:paraId="23D7CF70" w14:textId="4144DB4B" w:rsidTr="0062178F">
        <w:tc>
          <w:tcPr>
            <w:tcW w:w="4968" w:type="dxa"/>
          </w:tcPr>
          <w:p w14:paraId="5A87B92D" w14:textId="1ACD3FB0" w:rsidR="00C16401" w:rsidRPr="001C51C1" w:rsidRDefault="00C16401" w:rsidP="00AC5984">
            <w:pPr>
              <w:rPr>
                <w:rFonts w:ascii="Century Schoolbook" w:hAnsi="Century Schoolbook"/>
                <w:sz w:val="22"/>
                <w:lang w:val="es-ES"/>
              </w:rPr>
            </w:pPr>
            <w:r w:rsidRPr="001C51C1">
              <w:rPr>
                <w:rFonts w:ascii="Segoe UI Symbol" w:hAnsi="Segoe UI Symbol" w:cs="Segoe UI Symbol"/>
                <w:sz w:val="22"/>
              </w:rPr>
              <w:t>☐</w:t>
            </w:r>
            <w:r w:rsidRPr="001C51C1">
              <w:rPr>
                <w:rFonts w:ascii="Century Schoolbook" w:hAnsi="Century Schoolbook" w:cs="Segoe UI Symbol"/>
                <w:sz w:val="22"/>
              </w:rPr>
              <w:t xml:space="preserve"> "No </w:t>
            </w:r>
            <w:proofErr w:type="spellStart"/>
            <w:r w:rsidRPr="001C51C1">
              <w:rPr>
                <w:rFonts w:ascii="Century Schoolbook" w:hAnsi="Century Schoolbook" w:cs="Segoe UI Symbol"/>
                <w:sz w:val="22"/>
              </w:rPr>
              <w:t>fue</w:t>
            </w:r>
            <w:proofErr w:type="spellEnd"/>
            <w:r w:rsidRPr="001C51C1">
              <w:rPr>
                <w:rFonts w:ascii="Century Schoolbook" w:hAnsi="Century Schoolbook" w:cs="Segoe UI Symbol"/>
                <w:sz w:val="22"/>
              </w:rPr>
              <w:t xml:space="preserve"> </w:t>
            </w:r>
            <w:proofErr w:type="spellStart"/>
            <w:r w:rsidRPr="001C51C1">
              <w:rPr>
                <w:rFonts w:ascii="Century Schoolbook" w:hAnsi="Century Schoolbook" w:cs="Segoe UI Symbol"/>
                <w:sz w:val="22"/>
              </w:rPr>
              <w:t>tu</w:t>
            </w:r>
            <w:proofErr w:type="spellEnd"/>
            <w:r w:rsidRPr="001C51C1">
              <w:rPr>
                <w:rFonts w:ascii="Century Schoolbook" w:hAnsi="Century Schoolbook" w:cs="Segoe UI Symbol"/>
                <w:sz w:val="22"/>
              </w:rPr>
              <w:t xml:space="preserve"> culpa."</w:t>
            </w:r>
          </w:p>
        </w:tc>
        <w:tc>
          <w:tcPr>
            <w:tcW w:w="4557" w:type="dxa"/>
          </w:tcPr>
          <w:p w14:paraId="099D94DB" w14:textId="0E6CA898" w:rsidR="00C16401" w:rsidRPr="001C51C1" w:rsidRDefault="00C16401" w:rsidP="00AC5984">
            <w:pPr>
              <w:rPr>
                <w:rFonts w:ascii="Century Schoolbook" w:hAnsi="Century Schoolbook" w:cs="Segoe UI Symbol"/>
                <w:sz w:val="22"/>
                <w:lang w:val="es-ES"/>
              </w:rPr>
            </w:pPr>
            <w:r w:rsidRPr="001C51C1">
              <w:rPr>
                <w:rFonts w:ascii="Segoe UI Symbol" w:hAnsi="Segoe UI Symbol" w:cs="Segoe UI Symbol"/>
                <w:sz w:val="22"/>
                <w:lang w:val="es-ES"/>
              </w:rPr>
              <w:t>☐</w:t>
            </w:r>
            <w:r w:rsidRPr="001C51C1">
              <w:rPr>
                <w:rFonts w:ascii="Century Schoolbook" w:hAnsi="Century Schoolbook"/>
                <w:sz w:val="22"/>
                <w:lang w:val="es-ES"/>
              </w:rPr>
              <w:t xml:space="preserve"> "Todo va a estar bien."</w:t>
            </w:r>
          </w:p>
        </w:tc>
      </w:tr>
      <w:tr w:rsidR="00C16401" w:rsidRPr="00DD5C79" w14:paraId="3FD18048" w14:textId="7D644968" w:rsidTr="0062178F">
        <w:tc>
          <w:tcPr>
            <w:tcW w:w="4968" w:type="dxa"/>
          </w:tcPr>
          <w:p w14:paraId="293DB83B" w14:textId="585FB6F7" w:rsidR="00C16401" w:rsidRPr="001C51C1" w:rsidRDefault="00C16401" w:rsidP="00AC5984">
            <w:pPr>
              <w:rPr>
                <w:rFonts w:ascii="Century Schoolbook" w:hAnsi="Century Schoolbook"/>
                <w:sz w:val="22"/>
                <w:lang w:val="es-ES"/>
              </w:rPr>
            </w:pPr>
            <w:r w:rsidRPr="001C51C1">
              <w:rPr>
                <w:rFonts w:ascii="Segoe UI Symbol" w:hAnsi="Segoe UI Symbol" w:cs="Segoe UI Symbol"/>
                <w:sz w:val="22"/>
                <w:lang w:val="es-ES"/>
              </w:rPr>
              <w:t>☐</w:t>
            </w:r>
            <w:r w:rsidRPr="001C51C1">
              <w:rPr>
                <w:rFonts w:ascii="Century Schoolbook" w:hAnsi="Century Schoolbook" w:cs="Segoe UI Symbol"/>
                <w:sz w:val="22"/>
                <w:lang w:val="es-ES"/>
              </w:rPr>
              <w:t xml:space="preserve"> "Mi trabajo es ayudar a mantener a los niños seguros.</w:t>
            </w:r>
          </w:p>
        </w:tc>
        <w:tc>
          <w:tcPr>
            <w:tcW w:w="4557" w:type="dxa"/>
          </w:tcPr>
          <w:p w14:paraId="0B610F4C" w14:textId="645752D2" w:rsidR="00C16401" w:rsidRPr="001C51C1" w:rsidRDefault="00C16401" w:rsidP="00AC5984">
            <w:pPr>
              <w:rPr>
                <w:rFonts w:ascii="Century Schoolbook" w:hAnsi="Century Schoolbook" w:cs="Segoe UI Symbol"/>
                <w:sz w:val="22"/>
                <w:lang w:val="es-ES"/>
              </w:rPr>
            </w:pPr>
            <w:r w:rsidRPr="001C51C1">
              <w:rPr>
                <w:rFonts w:ascii="Segoe UI Symbol" w:hAnsi="Segoe UI Symbol" w:cs="Segoe UI Symbol"/>
                <w:sz w:val="22"/>
                <w:lang w:val="es-ES"/>
              </w:rPr>
              <w:t>☐</w:t>
            </w:r>
            <w:r w:rsidRPr="001C51C1">
              <w:rPr>
                <w:rFonts w:ascii="Century Schoolbook" w:hAnsi="Century Schoolbook"/>
                <w:sz w:val="22"/>
                <w:lang w:val="es-ES"/>
              </w:rPr>
              <w:t xml:space="preserve"> Hacer preguntas que sugieran una respuesta.</w:t>
            </w:r>
          </w:p>
        </w:tc>
      </w:tr>
    </w:tbl>
    <w:p w14:paraId="71A7AE3C" w14:textId="77777777" w:rsidR="00AC5984" w:rsidRPr="001C51C1" w:rsidRDefault="00AC5984" w:rsidP="00AC5984">
      <w:pPr>
        <w:spacing w:after="0" w:line="240" w:lineRule="auto"/>
        <w:rPr>
          <w:rFonts w:ascii="Century Schoolbook" w:hAnsi="Century Schoolbook"/>
          <w:b/>
          <w:sz w:val="22"/>
          <w:lang w:val="es-ES"/>
        </w:rPr>
      </w:pPr>
    </w:p>
    <w:p w14:paraId="39023910" w14:textId="77777777" w:rsidR="00D1196A" w:rsidRPr="00671822" w:rsidRDefault="008F3B47" w:rsidP="00C16401">
      <w:pPr>
        <w:spacing w:after="0" w:line="240" w:lineRule="auto"/>
        <w:jc w:val="center"/>
        <w:rPr>
          <w:rFonts w:ascii="Century Schoolbook" w:hAnsi="Century Schoolbook"/>
          <w:b/>
          <w:bCs/>
          <w:sz w:val="24"/>
          <w:szCs w:val="24"/>
          <w:lang w:val="es-ES"/>
        </w:rPr>
      </w:pPr>
      <w:r w:rsidRPr="00671822">
        <w:rPr>
          <w:rFonts w:ascii="Century Schoolbook" w:hAnsi="Century Schoolbook"/>
          <w:b/>
          <w:bCs/>
          <w:sz w:val="24"/>
          <w:szCs w:val="24"/>
          <w:lang w:val="es-ES"/>
        </w:rPr>
        <w:t>2. Obtenga Solo la Información Necesaria</w:t>
      </w:r>
    </w:p>
    <w:p w14:paraId="21AEE155" w14:textId="77777777" w:rsidR="00083D25" w:rsidRPr="001C51C1" w:rsidRDefault="00083D25" w:rsidP="00083D25">
      <w:pPr>
        <w:spacing w:after="0" w:line="240" w:lineRule="auto"/>
        <w:rPr>
          <w:rFonts w:ascii="Century Schoolbook" w:hAnsi="Century Schoolbook"/>
          <w:sz w:val="22"/>
          <w:lang w:val="es-ES"/>
        </w:rPr>
      </w:pPr>
      <w:r w:rsidRPr="001C51C1">
        <w:rPr>
          <w:rFonts w:ascii="Century Schoolbook" w:hAnsi="Century Schoolbook"/>
          <w:sz w:val="22"/>
          <w:lang w:val="es-ES"/>
        </w:rPr>
        <w:t>Si necesita aclarar algo, haga únicamente preguntas abiertas como:</w:t>
      </w:r>
    </w:p>
    <w:p w14:paraId="4D073BF7" w14:textId="77777777" w:rsidR="00083D25" w:rsidRPr="00DD5C79" w:rsidRDefault="00083D25" w:rsidP="00083D25">
      <w:pPr>
        <w:spacing w:after="0" w:line="240" w:lineRule="auto"/>
        <w:rPr>
          <w:rFonts w:ascii="Century Schoolbook" w:hAnsi="Century Schoolbook"/>
          <w:sz w:val="22"/>
          <w:lang w:val="es-ES"/>
        </w:rPr>
      </w:pPr>
      <w:r w:rsidRPr="001C51C1">
        <w:rPr>
          <w:rFonts w:ascii="Segoe UI Symbol" w:hAnsi="Segoe UI Symbol" w:cs="Segoe UI Symbol"/>
          <w:sz w:val="22"/>
          <w:lang w:val="es-ES"/>
        </w:rPr>
        <w:t>☐</w:t>
      </w:r>
      <w:r w:rsidRPr="001C51C1">
        <w:rPr>
          <w:rFonts w:ascii="Century Schoolbook" w:hAnsi="Century Schoolbook"/>
          <w:sz w:val="22"/>
          <w:lang w:val="es-ES"/>
        </w:rPr>
        <w:t xml:space="preserve"> "¿Puedes contarme un poco más?"</w:t>
      </w:r>
      <w:r w:rsidRPr="001C51C1">
        <w:rPr>
          <w:rFonts w:ascii="Century Schoolbook" w:hAnsi="Century Schoolbook"/>
          <w:sz w:val="22"/>
          <w:lang w:val="es-ES"/>
        </w:rPr>
        <w:br/>
      </w:r>
      <w:r w:rsidRPr="00DD5C79">
        <w:rPr>
          <w:rFonts w:ascii="Segoe UI Symbol" w:hAnsi="Segoe UI Symbol" w:cs="Segoe UI Symbol"/>
          <w:sz w:val="22"/>
          <w:lang w:val="es-ES"/>
        </w:rPr>
        <w:t>☐</w:t>
      </w:r>
      <w:r w:rsidRPr="00DD5C79">
        <w:rPr>
          <w:rFonts w:ascii="Century Schoolbook" w:hAnsi="Century Schoolbook"/>
          <w:sz w:val="22"/>
          <w:lang w:val="es-ES"/>
        </w:rPr>
        <w:t xml:space="preserve"> "</w:t>
      </w:r>
      <w:r w:rsidRPr="00DD5C79">
        <w:rPr>
          <w:rFonts w:ascii="Century Schoolbook" w:hAnsi="Century Schoolbook" w:cs="Century Schoolbook"/>
          <w:sz w:val="22"/>
          <w:lang w:val="es-ES"/>
        </w:rPr>
        <w:t>¿</w:t>
      </w:r>
      <w:r w:rsidRPr="00DD5C79">
        <w:rPr>
          <w:rFonts w:ascii="Century Schoolbook" w:hAnsi="Century Schoolbook"/>
          <w:sz w:val="22"/>
          <w:lang w:val="es-ES"/>
        </w:rPr>
        <w:t>Qu</w:t>
      </w:r>
      <w:r w:rsidRPr="00DD5C79">
        <w:rPr>
          <w:rFonts w:ascii="Century Schoolbook" w:hAnsi="Century Schoolbook" w:cs="Century Schoolbook"/>
          <w:sz w:val="22"/>
          <w:lang w:val="es-ES"/>
        </w:rPr>
        <w:t>é</w:t>
      </w:r>
      <w:r w:rsidRPr="00DD5C79">
        <w:rPr>
          <w:rFonts w:ascii="Century Schoolbook" w:hAnsi="Century Schoolbook"/>
          <w:sz w:val="22"/>
          <w:lang w:val="es-ES"/>
        </w:rPr>
        <w:t xml:space="preserve"> pas</w:t>
      </w:r>
      <w:r w:rsidRPr="00DD5C79">
        <w:rPr>
          <w:rFonts w:ascii="Century Schoolbook" w:hAnsi="Century Schoolbook" w:cs="Century Schoolbook"/>
          <w:sz w:val="22"/>
          <w:lang w:val="es-ES"/>
        </w:rPr>
        <w:t>ó</w:t>
      </w:r>
      <w:r w:rsidRPr="00DD5C79">
        <w:rPr>
          <w:rFonts w:ascii="Century Schoolbook" w:hAnsi="Century Schoolbook"/>
          <w:sz w:val="22"/>
          <w:lang w:val="es-ES"/>
        </w:rPr>
        <w:t xml:space="preserve"> despu</w:t>
      </w:r>
      <w:r w:rsidRPr="00DD5C79">
        <w:rPr>
          <w:rFonts w:ascii="Century Schoolbook" w:hAnsi="Century Schoolbook" w:cs="Century Schoolbook"/>
          <w:sz w:val="22"/>
          <w:lang w:val="es-ES"/>
        </w:rPr>
        <w:t>é</w:t>
      </w:r>
      <w:r w:rsidRPr="00DD5C79">
        <w:rPr>
          <w:rFonts w:ascii="Century Schoolbook" w:hAnsi="Century Schoolbook"/>
          <w:sz w:val="22"/>
          <w:lang w:val="es-ES"/>
        </w:rPr>
        <w:t>s?"</w:t>
      </w:r>
    </w:p>
    <w:p w14:paraId="09471AA9" w14:textId="77777777" w:rsidR="00083D25" w:rsidRPr="00DD5C79" w:rsidRDefault="00083D25" w:rsidP="00AC5984">
      <w:pPr>
        <w:spacing w:after="0" w:line="240" w:lineRule="auto"/>
        <w:jc w:val="center"/>
        <w:rPr>
          <w:rFonts w:ascii="Century Schoolbook" w:hAnsi="Century Schoolbook"/>
          <w:b/>
          <w:bCs/>
          <w:i/>
          <w:iCs/>
          <w:color w:val="4F81BD" w:themeColor="accent1"/>
          <w:sz w:val="22"/>
          <w:lang w:val="es-ES"/>
        </w:rPr>
      </w:pPr>
    </w:p>
    <w:p w14:paraId="504E4E19" w14:textId="48DE83D2" w:rsidR="00AC5984" w:rsidRPr="00DD5C79" w:rsidRDefault="00083D25" w:rsidP="00083D25">
      <w:pPr>
        <w:spacing w:after="0" w:line="240" w:lineRule="auto"/>
        <w:jc w:val="center"/>
        <w:rPr>
          <w:rFonts w:ascii="Century Schoolbook" w:hAnsi="Century Schoolbook"/>
          <w:b/>
          <w:bCs/>
          <w:i/>
          <w:iCs/>
          <w:color w:val="4F81BD" w:themeColor="accent1"/>
          <w:sz w:val="22"/>
          <w:lang w:val="es-ES"/>
        </w:rPr>
      </w:pPr>
      <w:r w:rsidRPr="001C51C1">
        <w:rPr>
          <w:rFonts w:ascii="Century Schoolbook" w:hAnsi="Century Schoolbook"/>
          <w:b/>
          <w:bCs/>
          <w:i/>
          <w:iCs/>
          <w:color w:val="4F81BD" w:themeColor="accent1"/>
          <w:sz w:val="22"/>
          <w:lang w:val="es-ES"/>
        </w:rPr>
        <w:t xml:space="preserve">Deténgase cuando tenga suficiente información para reconocer una posible preocupación por la seguridad. </w:t>
      </w:r>
      <w:r w:rsidRPr="00DD5C79">
        <w:rPr>
          <w:rFonts w:ascii="Century Schoolbook" w:hAnsi="Century Schoolbook"/>
          <w:b/>
          <w:bCs/>
          <w:i/>
          <w:iCs/>
          <w:color w:val="4F81BD" w:themeColor="accent1"/>
          <w:sz w:val="22"/>
          <w:lang w:val="es-ES"/>
        </w:rPr>
        <w:t>No investigue.</w:t>
      </w:r>
    </w:p>
    <w:p w14:paraId="724BF765" w14:textId="77777777" w:rsidR="00083D25" w:rsidRPr="00DD5C79" w:rsidRDefault="00083D25" w:rsidP="00AC5984">
      <w:pPr>
        <w:spacing w:after="0" w:line="240" w:lineRule="auto"/>
        <w:rPr>
          <w:rFonts w:ascii="Century Schoolbook" w:hAnsi="Century Schoolbook"/>
          <w:b/>
          <w:bCs/>
          <w:sz w:val="22"/>
          <w:lang w:val="es-ES"/>
        </w:rPr>
      </w:pPr>
    </w:p>
    <w:p w14:paraId="069E4497" w14:textId="77777777" w:rsidR="003E5AB9" w:rsidRPr="00DD5C79" w:rsidRDefault="003E5AB9" w:rsidP="00AC5984">
      <w:pPr>
        <w:spacing w:after="0" w:line="240" w:lineRule="auto"/>
        <w:rPr>
          <w:rFonts w:ascii="Century Schoolbook" w:hAnsi="Century Schoolbook"/>
          <w:b/>
          <w:bCs/>
          <w:sz w:val="22"/>
          <w:lang w:val="es-ES"/>
        </w:rPr>
      </w:pPr>
      <w:r w:rsidRPr="00DD5C79">
        <w:rPr>
          <w:rFonts w:ascii="Century Schoolbook" w:hAnsi="Century Schoolbook"/>
          <w:b/>
          <w:bCs/>
          <w:sz w:val="22"/>
          <w:lang w:val="es-ES"/>
        </w:rPr>
        <w:t>Sospecha de Maltrato en Niños Preverbales o con Lenguaje Limitado</w:t>
      </w:r>
    </w:p>
    <w:p w14:paraId="7EDE2845" w14:textId="77777777" w:rsidR="003E5AB9" w:rsidRPr="001C51C1" w:rsidRDefault="003E5AB9" w:rsidP="003E5AB9">
      <w:pPr>
        <w:spacing w:after="0" w:line="240" w:lineRule="auto"/>
        <w:rPr>
          <w:rFonts w:ascii="Century Schoolbook" w:hAnsi="Century Schoolbook"/>
          <w:sz w:val="22"/>
          <w:lang w:val="es-ES"/>
        </w:rPr>
      </w:pPr>
      <w:r w:rsidRPr="001C51C1">
        <w:rPr>
          <w:rFonts w:ascii="Century Schoolbook" w:hAnsi="Century Schoolbook"/>
          <w:sz w:val="22"/>
          <w:lang w:val="es-ES"/>
        </w:rPr>
        <w:t>Los niños pequeños pueden no ser capaces de expresar verbalmente lo que les ocurrió. Preste atención a patrones de comportamiento en lugar de basarse en una sola señal.</w:t>
      </w:r>
    </w:p>
    <w:p w14:paraId="2BBBD66E" w14:textId="77777777" w:rsidR="003E5AB9" w:rsidRPr="00DD5C79" w:rsidRDefault="003E5AB9" w:rsidP="003E5AB9">
      <w:pPr>
        <w:spacing w:after="0" w:line="240" w:lineRule="auto"/>
        <w:rPr>
          <w:rFonts w:ascii="Century Schoolbook" w:hAnsi="Century Schoolbook"/>
          <w:sz w:val="22"/>
          <w:lang w:val="es-ES"/>
        </w:rPr>
      </w:pPr>
      <w:r w:rsidRPr="001C51C1">
        <w:rPr>
          <w:rFonts w:ascii="Segoe UI Symbol" w:hAnsi="Segoe UI Symbol" w:cs="Segoe UI Symbol"/>
          <w:sz w:val="22"/>
          <w:lang w:val="es-ES"/>
        </w:rPr>
        <w:t>☐</w:t>
      </w:r>
      <w:r w:rsidRPr="001C51C1">
        <w:rPr>
          <w:rFonts w:ascii="Century Schoolbook" w:hAnsi="Century Schoolbook"/>
          <w:sz w:val="22"/>
          <w:lang w:val="es-ES"/>
        </w:rPr>
        <w:t xml:space="preserve"> Lesiones inexplicables o repetidas.</w:t>
      </w:r>
      <w:r w:rsidRPr="001C51C1">
        <w:rPr>
          <w:rFonts w:ascii="Century Schoolbook" w:hAnsi="Century Schoolbook"/>
          <w:sz w:val="22"/>
          <w:lang w:val="es-ES"/>
        </w:rPr>
        <w:br/>
      </w:r>
      <w:r w:rsidRPr="001C51C1">
        <w:rPr>
          <w:rFonts w:ascii="Segoe UI Symbol" w:hAnsi="Segoe UI Symbol" w:cs="Segoe UI Symbol"/>
          <w:sz w:val="22"/>
          <w:lang w:val="es-ES"/>
        </w:rPr>
        <w:t>☐</w:t>
      </w:r>
      <w:r w:rsidRPr="001C51C1">
        <w:rPr>
          <w:rFonts w:ascii="Century Schoolbook" w:hAnsi="Century Schoolbook"/>
          <w:sz w:val="22"/>
          <w:lang w:val="es-ES"/>
        </w:rPr>
        <w:t xml:space="preserve"> Cambios repentinos en la conducta, el sue</w:t>
      </w:r>
      <w:r w:rsidRPr="001C51C1">
        <w:rPr>
          <w:rFonts w:ascii="Century Schoolbook" w:hAnsi="Century Schoolbook" w:cs="Century Schoolbook"/>
          <w:sz w:val="22"/>
          <w:lang w:val="es-ES"/>
        </w:rPr>
        <w:t>ñ</w:t>
      </w:r>
      <w:r w:rsidRPr="001C51C1">
        <w:rPr>
          <w:rFonts w:ascii="Century Schoolbook" w:hAnsi="Century Schoolbook"/>
          <w:sz w:val="22"/>
          <w:lang w:val="es-ES"/>
        </w:rPr>
        <w:t>o, la alimentaci</w:t>
      </w:r>
      <w:r w:rsidRPr="001C51C1">
        <w:rPr>
          <w:rFonts w:ascii="Century Schoolbook" w:hAnsi="Century Schoolbook" w:cs="Century Schoolbook"/>
          <w:sz w:val="22"/>
          <w:lang w:val="es-ES"/>
        </w:rPr>
        <w:t>ó</w:t>
      </w:r>
      <w:r w:rsidRPr="001C51C1">
        <w:rPr>
          <w:rFonts w:ascii="Century Schoolbook" w:hAnsi="Century Schoolbook"/>
          <w:sz w:val="22"/>
          <w:lang w:val="es-ES"/>
        </w:rPr>
        <w:t>n o el control de esf</w:t>
      </w:r>
      <w:r w:rsidRPr="001C51C1">
        <w:rPr>
          <w:rFonts w:ascii="Century Schoolbook" w:hAnsi="Century Schoolbook" w:cs="Century Schoolbook"/>
          <w:sz w:val="22"/>
          <w:lang w:val="es-ES"/>
        </w:rPr>
        <w:t>í</w:t>
      </w:r>
      <w:r w:rsidRPr="001C51C1">
        <w:rPr>
          <w:rFonts w:ascii="Century Schoolbook" w:hAnsi="Century Schoolbook"/>
          <w:sz w:val="22"/>
          <w:lang w:val="es-ES"/>
        </w:rPr>
        <w:t>nteres.</w:t>
      </w:r>
      <w:r w:rsidRPr="001C51C1">
        <w:rPr>
          <w:rFonts w:ascii="Century Schoolbook" w:hAnsi="Century Schoolbook"/>
          <w:sz w:val="22"/>
          <w:lang w:val="es-ES"/>
        </w:rPr>
        <w:br/>
      </w:r>
      <w:r w:rsidRPr="001C51C1">
        <w:rPr>
          <w:rFonts w:ascii="Segoe UI Symbol" w:hAnsi="Segoe UI Symbol" w:cs="Segoe UI Symbol"/>
          <w:sz w:val="22"/>
          <w:lang w:val="es-ES"/>
        </w:rPr>
        <w:t>☐</w:t>
      </w:r>
      <w:r w:rsidRPr="001C51C1">
        <w:rPr>
          <w:rFonts w:ascii="Century Schoolbook" w:hAnsi="Century Schoolbook"/>
          <w:sz w:val="22"/>
          <w:lang w:val="es-ES"/>
        </w:rPr>
        <w:t xml:space="preserve"> Miedo extremo, aislamiento o conductas agresivas inusuales.</w:t>
      </w:r>
      <w:r w:rsidRPr="001C51C1">
        <w:rPr>
          <w:rFonts w:ascii="Century Schoolbook" w:hAnsi="Century Schoolbook"/>
          <w:sz w:val="22"/>
          <w:lang w:val="es-ES"/>
        </w:rPr>
        <w:br/>
      </w:r>
      <w:r w:rsidRPr="001C51C1">
        <w:rPr>
          <w:rFonts w:ascii="Segoe UI Symbol" w:hAnsi="Segoe UI Symbol" w:cs="Segoe UI Symbol"/>
          <w:sz w:val="22"/>
          <w:lang w:val="es-ES"/>
        </w:rPr>
        <w:t>☐</w:t>
      </w:r>
      <w:r w:rsidRPr="001C51C1">
        <w:rPr>
          <w:rFonts w:ascii="Century Schoolbook" w:hAnsi="Century Schoolbook"/>
          <w:sz w:val="22"/>
          <w:lang w:val="es-ES"/>
        </w:rPr>
        <w:t xml:space="preserve"> Conductas sexualizadas que no son apropiadas para su etapa de desarrollo.</w:t>
      </w:r>
      <w:r w:rsidRPr="001C51C1">
        <w:rPr>
          <w:rFonts w:ascii="Century Schoolbook" w:hAnsi="Century Schoolbook"/>
          <w:sz w:val="22"/>
          <w:lang w:val="es-ES"/>
        </w:rPr>
        <w:br/>
      </w:r>
      <w:r w:rsidRPr="001C51C1">
        <w:rPr>
          <w:rFonts w:ascii="Segoe UI Symbol" w:hAnsi="Segoe UI Symbol" w:cs="Segoe UI Symbol"/>
          <w:sz w:val="22"/>
          <w:lang w:val="es-ES"/>
        </w:rPr>
        <w:t>☐</w:t>
      </w:r>
      <w:r w:rsidRPr="001C51C1">
        <w:rPr>
          <w:rFonts w:ascii="Century Schoolbook" w:hAnsi="Century Schoolbook"/>
          <w:sz w:val="22"/>
          <w:lang w:val="es-ES"/>
        </w:rPr>
        <w:t xml:space="preserve"> Miedo persistente hacia determinadas personas o situaciones.</w:t>
      </w:r>
      <w:r w:rsidRPr="001C51C1">
        <w:rPr>
          <w:rFonts w:ascii="Century Schoolbook" w:hAnsi="Century Schoolbook"/>
          <w:sz w:val="22"/>
          <w:lang w:val="es-ES"/>
        </w:rPr>
        <w:br/>
      </w:r>
      <w:r w:rsidRPr="001C51C1">
        <w:rPr>
          <w:rFonts w:ascii="Segoe UI Symbol" w:hAnsi="Segoe UI Symbol" w:cs="Segoe UI Symbol"/>
          <w:sz w:val="22"/>
          <w:lang w:val="es-ES"/>
        </w:rPr>
        <w:t>☐</w:t>
      </w:r>
      <w:r w:rsidRPr="001C51C1">
        <w:rPr>
          <w:rFonts w:ascii="Century Schoolbook" w:hAnsi="Century Schoolbook"/>
          <w:sz w:val="22"/>
          <w:lang w:val="es-ES"/>
        </w:rPr>
        <w:t xml:space="preserve"> Negligencia continua de sus necesidades básicas.</w:t>
      </w:r>
      <w:r w:rsidRPr="001C51C1">
        <w:rPr>
          <w:rFonts w:ascii="Century Schoolbook" w:hAnsi="Century Schoolbook"/>
          <w:sz w:val="22"/>
          <w:lang w:val="es-ES"/>
        </w:rPr>
        <w:br/>
      </w:r>
      <w:r w:rsidRPr="00DD5C79">
        <w:rPr>
          <w:rFonts w:ascii="Segoe UI Symbol" w:hAnsi="Segoe UI Symbol" w:cs="Segoe UI Symbol"/>
          <w:sz w:val="22"/>
          <w:lang w:val="es-ES"/>
        </w:rPr>
        <w:t>☐</w:t>
      </w:r>
      <w:r w:rsidRPr="00DD5C79">
        <w:rPr>
          <w:rFonts w:ascii="Century Schoolbook" w:hAnsi="Century Schoolbook"/>
          <w:sz w:val="22"/>
          <w:lang w:val="es-ES"/>
        </w:rPr>
        <w:t xml:space="preserve"> Interacciones preocupantes entre el cuidador y el ni</w:t>
      </w:r>
      <w:r w:rsidRPr="00DD5C79">
        <w:rPr>
          <w:rFonts w:ascii="Century Schoolbook" w:hAnsi="Century Schoolbook" w:cs="Century Schoolbook"/>
          <w:sz w:val="22"/>
          <w:lang w:val="es-ES"/>
        </w:rPr>
        <w:t>ñ</w:t>
      </w:r>
      <w:r w:rsidRPr="00DD5C79">
        <w:rPr>
          <w:rFonts w:ascii="Century Schoolbook" w:hAnsi="Century Schoolbook"/>
          <w:sz w:val="22"/>
          <w:lang w:val="es-ES"/>
        </w:rPr>
        <w:t>o.</w:t>
      </w:r>
    </w:p>
    <w:p w14:paraId="7E66B27E" w14:textId="77777777" w:rsidR="00804869" w:rsidRPr="00DD5C79" w:rsidRDefault="00804869" w:rsidP="001C51C1">
      <w:pPr>
        <w:spacing w:after="0" w:line="240" w:lineRule="auto"/>
        <w:jc w:val="center"/>
        <w:rPr>
          <w:rFonts w:ascii="Century Schoolbook" w:hAnsi="Century Schoolbook"/>
          <w:b/>
          <w:bCs/>
          <w:sz w:val="22"/>
          <w:lang w:val="es-ES"/>
        </w:rPr>
      </w:pPr>
    </w:p>
    <w:p w14:paraId="72F5A390" w14:textId="0B2BA5AF" w:rsidR="00804869" w:rsidRDefault="00804869" w:rsidP="00671822">
      <w:pPr>
        <w:spacing w:after="0" w:line="240" w:lineRule="auto"/>
        <w:jc w:val="center"/>
        <w:rPr>
          <w:rFonts w:ascii="Century Schoolbook" w:hAnsi="Century Schoolbook"/>
          <w:b/>
          <w:bCs/>
          <w:sz w:val="24"/>
          <w:szCs w:val="24"/>
          <w:lang w:val="es-ES"/>
        </w:rPr>
      </w:pPr>
      <w:r w:rsidRPr="00671822">
        <w:rPr>
          <w:rFonts w:ascii="Century Schoolbook" w:hAnsi="Century Schoolbook"/>
          <w:b/>
          <w:bCs/>
          <w:sz w:val="24"/>
          <w:szCs w:val="24"/>
          <w:lang w:val="es-ES"/>
        </w:rPr>
        <w:t>3. Tranquilice y Apoye al Niño</w:t>
      </w:r>
    </w:p>
    <w:p w14:paraId="5FA9A3C4" w14:textId="77777777" w:rsidR="00671822" w:rsidRPr="00671822" w:rsidRDefault="00671822" w:rsidP="00671822">
      <w:pPr>
        <w:spacing w:after="0" w:line="240" w:lineRule="auto"/>
        <w:jc w:val="center"/>
        <w:rPr>
          <w:rFonts w:ascii="Century Schoolbook" w:hAnsi="Century Schoolbook"/>
          <w:b/>
          <w:bCs/>
          <w:sz w:val="24"/>
          <w:szCs w:val="24"/>
          <w:lang w:val="es-ES"/>
        </w:rPr>
      </w:pPr>
    </w:p>
    <w:p w14:paraId="160B04E6" w14:textId="77777777" w:rsidR="00596E4C" w:rsidRPr="001C51C1" w:rsidRDefault="00596E4C" w:rsidP="001C51C1">
      <w:pPr>
        <w:spacing w:after="0" w:line="240" w:lineRule="auto"/>
        <w:rPr>
          <w:rFonts w:ascii="Century Schoolbook" w:hAnsi="Century Schoolbook" w:cs="Segoe UI Symbol"/>
          <w:sz w:val="22"/>
          <w:lang w:val="es-ES"/>
        </w:rPr>
      </w:pPr>
      <w:r w:rsidRPr="001C51C1">
        <w:rPr>
          <w:rFonts w:ascii="Segoe UI Symbol" w:hAnsi="Segoe UI Symbol" w:cs="Segoe UI Symbol"/>
          <w:sz w:val="22"/>
          <w:lang w:val="es-ES"/>
        </w:rPr>
        <w:t>☐</w:t>
      </w:r>
      <w:r w:rsidRPr="001C51C1">
        <w:rPr>
          <w:rFonts w:ascii="Century Schoolbook" w:hAnsi="Century Schoolbook" w:cs="Segoe UI Symbol"/>
          <w:sz w:val="22"/>
          <w:lang w:val="es-ES"/>
        </w:rPr>
        <w:t xml:space="preserve"> Hágale saber que le cree.</w:t>
      </w:r>
      <w:r w:rsidRPr="001C51C1">
        <w:rPr>
          <w:rFonts w:ascii="Century Schoolbook" w:hAnsi="Century Schoolbook" w:cs="Segoe UI Symbol"/>
          <w:sz w:val="22"/>
          <w:lang w:val="es-ES"/>
        </w:rPr>
        <w:br/>
      </w:r>
      <w:r w:rsidRPr="001C51C1">
        <w:rPr>
          <w:rFonts w:ascii="Segoe UI Symbol" w:hAnsi="Segoe UI Symbol" w:cs="Segoe UI Symbol"/>
          <w:sz w:val="22"/>
          <w:lang w:val="es-ES"/>
        </w:rPr>
        <w:t>☐</w:t>
      </w:r>
      <w:r w:rsidRPr="001C51C1">
        <w:rPr>
          <w:rFonts w:ascii="Century Schoolbook" w:hAnsi="Century Schoolbook" w:cs="Segoe UI Symbol"/>
          <w:sz w:val="22"/>
          <w:lang w:val="es-ES"/>
        </w:rPr>
        <w:t xml:space="preserve"> Explique que es posible que deba compartir la informaci</w:t>
      </w:r>
      <w:r w:rsidRPr="001C51C1">
        <w:rPr>
          <w:rFonts w:ascii="Century Schoolbook" w:hAnsi="Century Schoolbook" w:cs="Century Schoolbook"/>
          <w:sz w:val="22"/>
          <w:lang w:val="es-ES"/>
        </w:rPr>
        <w:t>ó</w:t>
      </w:r>
      <w:r w:rsidRPr="001C51C1">
        <w:rPr>
          <w:rFonts w:ascii="Century Schoolbook" w:hAnsi="Century Schoolbook" w:cs="Segoe UI Symbol"/>
          <w:sz w:val="22"/>
          <w:lang w:val="es-ES"/>
        </w:rPr>
        <w:t>n con personas cuya funci</w:t>
      </w:r>
      <w:r w:rsidRPr="001C51C1">
        <w:rPr>
          <w:rFonts w:ascii="Century Schoolbook" w:hAnsi="Century Schoolbook" w:cs="Century Schoolbook"/>
          <w:sz w:val="22"/>
          <w:lang w:val="es-ES"/>
        </w:rPr>
        <w:t>ó</w:t>
      </w:r>
      <w:r w:rsidRPr="001C51C1">
        <w:rPr>
          <w:rFonts w:ascii="Century Schoolbook" w:hAnsi="Century Schoolbook" w:cs="Segoe UI Symbol"/>
          <w:sz w:val="22"/>
          <w:lang w:val="es-ES"/>
        </w:rPr>
        <w:t>n es ayudar a mantener a los ni</w:t>
      </w:r>
      <w:r w:rsidRPr="001C51C1">
        <w:rPr>
          <w:rFonts w:ascii="Century Schoolbook" w:hAnsi="Century Schoolbook" w:cs="Century Schoolbook"/>
          <w:sz w:val="22"/>
          <w:lang w:val="es-ES"/>
        </w:rPr>
        <w:t>ñ</w:t>
      </w:r>
      <w:r w:rsidRPr="001C51C1">
        <w:rPr>
          <w:rFonts w:ascii="Century Schoolbook" w:hAnsi="Century Schoolbook" w:cs="Segoe UI Symbol"/>
          <w:sz w:val="22"/>
          <w:lang w:val="es-ES"/>
        </w:rPr>
        <w:t>os seguros.</w:t>
      </w:r>
      <w:r w:rsidRPr="001C51C1">
        <w:rPr>
          <w:rFonts w:ascii="Century Schoolbook" w:hAnsi="Century Schoolbook" w:cs="Segoe UI Symbol"/>
          <w:sz w:val="22"/>
          <w:lang w:val="es-ES"/>
        </w:rPr>
        <w:br/>
      </w:r>
      <w:r w:rsidRPr="001C51C1">
        <w:rPr>
          <w:rFonts w:ascii="Segoe UI Symbol" w:hAnsi="Segoe UI Symbol" w:cs="Segoe UI Symbol"/>
          <w:sz w:val="22"/>
          <w:lang w:val="es-ES"/>
        </w:rPr>
        <w:t>☐</w:t>
      </w:r>
      <w:r w:rsidRPr="001C51C1">
        <w:rPr>
          <w:rFonts w:ascii="Century Schoolbook" w:hAnsi="Century Schoolbook" w:cs="Segoe UI Symbol"/>
          <w:sz w:val="22"/>
          <w:lang w:val="es-ES"/>
        </w:rPr>
        <w:t xml:space="preserve"> Contin</w:t>
      </w:r>
      <w:r w:rsidRPr="001C51C1">
        <w:rPr>
          <w:rFonts w:ascii="Century Schoolbook" w:hAnsi="Century Schoolbook" w:cs="Century Schoolbook"/>
          <w:sz w:val="22"/>
          <w:lang w:val="es-ES"/>
        </w:rPr>
        <w:t>ú</w:t>
      </w:r>
      <w:r w:rsidRPr="001C51C1">
        <w:rPr>
          <w:rFonts w:ascii="Century Schoolbook" w:hAnsi="Century Schoolbook" w:cs="Segoe UI Symbol"/>
          <w:sz w:val="22"/>
          <w:lang w:val="es-ES"/>
        </w:rPr>
        <w:t>e brindando calidez, tranquilidad y rutinas predecibles.</w:t>
      </w:r>
      <w:r w:rsidRPr="001C51C1">
        <w:rPr>
          <w:rFonts w:ascii="Century Schoolbook" w:hAnsi="Century Schoolbook" w:cs="Segoe UI Symbol"/>
          <w:sz w:val="22"/>
          <w:lang w:val="es-ES"/>
        </w:rPr>
        <w:br/>
      </w:r>
      <w:r w:rsidRPr="001C51C1">
        <w:rPr>
          <w:rFonts w:ascii="Segoe UI Symbol" w:hAnsi="Segoe UI Symbol" w:cs="Segoe UI Symbol"/>
          <w:sz w:val="22"/>
          <w:lang w:val="es-ES"/>
        </w:rPr>
        <w:t>☐</w:t>
      </w:r>
      <w:r w:rsidRPr="001C51C1">
        <w:rPr>
          <w:rFonts w:ascii="Century Schoolbook" w:hAnsi="Century Schoolbook" w:cs="Segoe UI Symbol"/>
          <w:sz w:val="22"/>
          <w:lang w:val="es-ES"/>
        </w:rPr>
        <w:t xml:space="preserve"> Evite tratar al ni</w:t>
      </w:r>
      <w:r w:rsidRPr="001C51C1">
        <w:rPr>
          <w:rFonts w:ascii="Century Schoolbook" w:hAnsi="Century Schoolbook" w:cs="Century Schoolbook"/>
          <w:sz w:val="22"/>
          <w:lang w:val="es-ES"/>
        </w:rPr>
        <w:t>ñ</w:t>
      </w:r>
      <w:r w:rsidRPr="001C51C1">
        <w:rPr>
          <w:rFonts w:ascii="Century Schoolbook" w:hAnsi="Century Schoolbook" w:cs="Segoe UI Symbol"/>
          <w:sz w:val="22"/>
          <w:lang w:val="es-ES"/>
        </w:rPr>
        <w:t>o de manera diferente.</w:t>
      </w:r>
      <w:r w:rsidRPr="001C51C1">
        <w:rPr>
          <w:rFonts w:ascii="Century Schoolbook" w:hAnsi="Century Schoolbook" w:cs="Segoe UI Symbol"/>
          <w:sz w:val="22"/>
          <w:lang w:val="es-ES"/>
        </w:rPr>
        <w:br/>
      </w:r>
      <w:r w:rsidRPr="001C51C1">
        <w:rPr>
          <w:rFonts w:ascii="Segoe UI Symbol" w:hAnsi="Segoe UI Symbol" w:cs="Segoe UI Symbol"/>
          <w:sz w:val="22"/>
          <w:lang w:val="es-ES"/>
        </w:rPr>
        <w:t>☐</w:t>
      </w:r>
      <w:r w:rsidRPr="001C51C1">
        <w:rPr>
          <w:rFonts w:ascii="Century Schoolbook" w:hAnsi="Century Schoolbook" w:cs="Segoe UI Symbol"/>
          <w:sz w:val="22"/>
          <w:lang w:val="es-ES"/>
        </w:rPr>
        <w:t xml:space="preserve"> Est</w:t>
      </w:r>
      <w:r w:rsidRPr="001C51C1">
        <w:rPr>
          <w:rFonts w:ascii="Century Schoolbook" w:hAnsi="Century Schoolbook" w:cs="Century Schoolbook"/>
          <w:sz w:val="22"/>
          <w:lang w:val="es-ES"/>
        </w:rPr>
        <w:t>é</w:t>
      </w:r>
      <w:r w:rsidRPr="001C51C1">
        <w:rPr>
          <w:rFonts w:ascii="Century Schoolbook" w:hAnsi="Century Schoolbook" w:cs="Segoe UI Symbol"/>
          <w:sz w:val="22"/>
          <w:lang w:val="es-ES"/>
        </w:rPr>
        <w:t xml:space="preserve"> atento(a) a se</w:t>
      </w:r>
      <w:r w:rsidRPr="001C51C1">
        <w:rPr>
          <w:rFonts w:ascii="Century Schoolbook" w:hAnsi="Century Schoolbook" w:cs="Century Schoolbook"/>
          <w:sz w:val="22"/>
          <w:lang w:val="es-ES"/>
        </w:rPr>
        <w:t>ñ</w:t>
      </w:r>
      <w:r w:rsidRPr="001C51C1">
        <w:rPr>
          <w:rFonts w:ascii="Century Schoolbook" w:hAnsi="Century Schoolbook" w:cs="Segoe UI Symbol"/>
          <w:sz w:val="22"/>
          <w:lang w:val="es-ES"/>
        </w:rPr>
        <w:t>ales de que pueda necesitar apoyo adicional.</w:t>
      </w:r>
    </w:p>
    <w:p w14:paraId="685505C4" w14:textId="77777777" w:rsidR="00596E4C" w:rsidRPr="001C51C1" w:rsidRDefault="00596E4C" w:rsidP="00596E4C">
      <w:pPr>
        <w:spacing w:after="0" w:line="240" w:lineRule="auto"/>
        <w:rPr>
          <w:rFonts w:ascii="Century Schoolbook" w:hAnsi="Century Schoolbook" w:cs="Segoe UI Symbol"/>
          <w:sz w:val="22"/>
          <w:lang w:val="es-ES"/>
        </w:rPr>
      </w:pPr>
    </w:p>
    <w:p w14:paraId="48D66939" w14:textId="77777777" w:rsidR="00596E4C" w:rsidRPr="00DD5C79" w:rsidRDefault="00AC5984" w:rsidP="00596E4C">
      <w:pPr>
        <w:spacing w:after="0" w:line="240" w:lineRule="auto"/>
        <w:jc w:val="center"/>
        <w:rPr>
          <w:rFonts w:ascii="Century Schoolbook" w:hAnsi="Century Schoolbook"/>
          <w:b/>
          <w:bCs/>
          <w:sz w:val="24"/>
          <w:szCs w:val="24"/>
          <w:lang w:val="es-ES"/>
        </w:rPr>
      </w:pPr>
      <w:r w:rsidRPr="00671822">
        <w:rPr>
          <w:rFonts w:ascii="Century Schoolbook" w:hAnsi="Century Schoolbook"/>
          <w:b/>
          <w:bCs/>
          <w:sz w:val="24"/>
          <w:szCs w:val="24"/>
          <w:lang w:val="es-ES"/>
        </w:rPr>
        <w:lastRenderedPageBreak/>
        <w:t xml:space="preserve">4. </w:t>
      </w:r>
      <w:r w:rsidR="00596E4C" w:rsidRPr="00DD5C79">
        <w:rPr>
          <w:rFonts w:ascii="Century Schoolbook" w:hAnsi="Century Schoolbook"/>
          <w:b/>
          <w:bCs/>
          <w:sz w:val="24"/>
          <w:szCs w:val="24"/>
          <w:lang w:val="es-ES"/>
        </w:rPr>
        <w:t>Documente y Reporte</w:t>
      </w:r>
    </w:p>
    <w:p w14:paraId="628D0CDF" w14:textId="77777777" w:rsidR="00B15052" w:rsidRPr="001C51C1" w:rsidRDefault="00B15052" w:rsidP="00B15052">
      <w:pPr>
        <w:spacing w:after="0" w:line="240" w:lineRule="auto"/>
        <w:rPr>
          <w:rFonts w:ascii="Century Schoolbook" w:hAnsi="Century Schoolbook"/>
          <w:b/>
          <w:bCs/>
          <w:sz w:val="22"/>
          <w:lang w:val="es-ES"/>
        </w:rPr>
      </w:pPr>
      <w:r w:rsidRPr="001C51C1">
        <w:rPr>
          <w:rFonts w:ascii="Century Schoolbook" w:hAnsi="Century Schoolbook"/>
          <w:b/>
          <w:bCs/>
          <w:sz w:val="22"/>
          <w:lang w:val="es-ES"/>
        </w:rPr>
        <w:t>Documente</w:t>
      </w:r>
    </w:p>
    <w:p w14:paraId="5833A5F2" w14:textId="77777777" w:rsidR="00B15052" w:rsidRPr="001C51C1" w:rsidRDefault="00B15052" w:rsidP="00B15052">
      <w:pPr>
        <w:spacing w:after="0" w:line="240" w:lineRule="auto"/>
        <w:rPr>
          <w:rFonts w:ascii="Century Schoolbook" w:hAnsi="Century Schoolbook"/>
          <w:sz w:val="22"/>
          <w:lang w:val="es-ES"/>
        </w:rPr>
      </w:pPr>
      <w:r w:rsidRPr="001C51C1">
        <w:rPr>
          <w:rFonts w:ascii="Segoe UI Symbol" w:hAnsi="Segoe UI Symbol" w:cs="Segoe UI Symbol"/>
          <w:sz w:val="22"/>
          <w:lang w:val="es-ES"/>
        </w:rPr>
        <w:t>☐</w:t>
      </w:r>
      <w:r w:rsidRPr="001C51C1">
        <w:rPr>
          <w:rFonts w:ascii="Century Schoolbook" w:hAnsi="Century Schoolbook"/>
          <w:sz w:val="22"/>
          <w:lang w:val="es-ES"/>
        </w:rPr>
        <w:t xml:space="preserve"> Registre las palabras exactas del niño siempre que sea posible.</w:t>
      </w:r>
      <w:r w:rsidRPr="001C51C1">
        <w:rPr>
          <w:rFonts w:ascii="Century Schoolbook" w:hAnsi="Century Schoolbook"/>
          <w:sz w:val="22"/>
          <w:lang w:val="es-ES"/>
        </w:rPr>
        <w:br/>
      </w:r>
      <w:r w:rsidRPr="001C51C1">
        <w:rPr>
          <w:rFonts w:ascii="Segoe UI Symbol" w:hAnsi="Segoe UI Symbol" w:cs="Segoe UI Symbol"/>
          <w:sz w:val="22"/>
          <w:lang w:val="es-ES"/>
        </w:rPr>
        <w:t>☐</w:t>
      </w:r>
      <w:r w:rsidRPr="001C51C1">
        <w:rPr>
          <w:rFonts w:ascii="Century Schoolbook" w:hAnsi="Century Schoolbook"/>
          <w:sz w:val="22"/>
          <w:lang w:val="es-ES"/>
        </w:rPr>
        <w:t xml:space="preserve"> Incluya la fecha, la hora y sus observaciones.</w:t>
      </w:r>
      <w:r w:rsidRPr="001C51C1">
        <w:rPr>
          <w:rFonts w:ascii="Century Schoolbook" w:hAnsi="Century Schoolbook"/>
          <w:sz w:val="22"/>
          <w:lang w:val="es-ES"/>
        </w:rPr>
        <w:br/>
      </w:r>
      <w:r w:rsidRPr="001C51C1">
        <w:rPr>
          <w:rFonts w:ascii="Segoe UI Symbol" w:hAnsi="Segoe UI Symbol" w:cs="Segoe UI Symbol"/>
          <w:sz w:val="22"/>
          <w:lang w:val="es-ES"/>
        </w:rPr>
        <w:t>☐</w:t>
      </w:r>
      <w:r w:rsidRPr="001C51C1">
        <w:rPr>
          <w:rFonts w:ascii="Century Schoolbook" w:hAnsi="Century Schoolbook"/>
          <w:sz w:val="22"/>
          <w:lang w:val="es-ES"/>
        </w:rPr>
        <w:t xml:space="preserve"> Documente </w:t>
      </w:r>
      <w:r w:rsidRPr="001C51C1">
        <w:rPr>
          <w:rFonts w:ascii="Century Schoolbook" w:hAnsi="Century Schoolbook" w:cs="Century Schoolbook"/>
          <w:sz w:val="22"/>
          <w:lang w:val="es-ES"/>
        </w:rPr>
        <w:t>ú</w:t>
      </w:r>
      <w:r w:rsidRPr="001C51C1">
        <w:rPr>
          <w:rFonts w:ascii="Century Schoolbook" w:hAnsi="Century Schoolbook"/>
          <w:sz w:val="22"/>
          <w:lang w:val="es-ES"/>
        </w:rPr>
        <w:t>nicamente hechos objetivos.</w:t>
      </w:r>
      <w:r w:rsidRPr="001C51C1">
        <w:rPr>
          <w:rFonts w:ascii="Century Schoolbook" w:hAnsi="Century Schoolbook"/>
          <w:sz w:val="22"/>
          <w:lang w:val="es-ES"/>
        </w:rPr>
        <w:br/>
      </w:r>
      <w:r w:rsidRPr="001C51C1">
        <w:rPr>
          <w:rFonts w:ascii="Segoe UI Symbol" w:hAnsi="Segoe UI Symbol" w:cs="Segoe UI Symbol"/>
          <w:sz w:val="22"/>
          <w:lang w:val="es-ES"/>
        </w:rPr>
        <w:t>☐</w:t>
      </w:r>
      <w:r w:rsidRPr="001C51C1">
        <w:rPr>
          <w:rFonts w:ascii="Century Schoolbook" w:hAnsi="Century Schoolbook"/>
          <w:sz w:val="22"/>
          <w:lang w:val="es-ES"/>
        </w:rPr>
        <w:t xml:space="preserve"> Siga los procedimientos de documentaci</w:t>
      </w:r>
      <w:r w:rsidRPr="001C51C1">
        <w:rPr>
          <w:rFonts w:ascii="Century Schoolbook" w:hAnsi="Century Schoolbook" w:cs="Century Schoolbook"/>
          <w:sz w:val="22"/>
          <w:lang w:val="es-ES"/>
        </w:rPr>
        <w:t>ó</w:t>
      </w:r>
      <w:r w:rsidRPr="001C51C1">
        <w:rPr>
          <w:rFonts w:ascii="Century Schoolbook" w:hAnsi="Century Schoolbook"/>
          <w:sz w:val="22"/>
          <w:lang w:val="es-ES"/>
        </w:rPr>
        <w:t>n de su organizaci</w:t>
      </w:r>
      <w:r w:rsidRPr="001C51C1">
        <w:rPr>
          <w:rFonts w:ascii="Century Schoolbook" w:hAnsi="Century Schoolbook" w:cs="Century Schoolbook"/>
          <w:sz w:val="22"/>
          <w:lang w:val="es-ES"/>
        </w:rPr>
        <w:t>ó</w:t>
      </w:r>
      <w:r w:rsidRPr="001C51C1">
        <w:rPr>
          <w:rFonts w:ascii="Century Schoolbook" w:hAnsi="Century Schoolbook"/>
          <w:sz w:val="22"/>
          <w:lang w:val="es-ES"/>
        </w:rPr>
        <w:t>n.</w:t>
      </w:r>
    </w:p>
    <w:p w14:paraId="4E5FA344" w14:textId="77777777" w:rsidR="00B15052" w:rsidRPr="001C51C1" w:rsidRDefault="00B15052" w:rsidP="00B15052">
      <w:pPr>
        <w:spacing w:after="0" w:line="240" w:lineRule="auto"/>
        <w:rPr>
          <w:rFonts w:ascii="Century Schoolbook" w:hAnsi="Century Schoolbook"/>
          <w:sz w:val="22"/>
          <w:lang w:val="es-ES"/>
        </w:rPr>
      </w:pPr>
    </w:p>
    <w:p w14:paraId="50721413" w14:textId="29CD91D0" w:rsidR="00B15052" w:rsidRPr="001C51C1" w:rsidRDefault="00B15052" w:rsidP="00B15052">
      <w:pPr>
        <w:spacing w:after="0" w:line="240" w:lineRule="auto"/>
        <w:rPr>
          <w:rFonts w:ascii="Century Schoolbook" w:hAnsi="Century Schoolbook"/>
          <w:b/>
          <w:bCs/>
          <w:sz w:val="22"/>
          <w:lang w:val="es-ES"/>
        </w:rPr>
      </w:pPr>
      <w:r w:rsidRPr="001C51C1">
        <w:rPr>
          <w:rFonts w:ascii="Century Schoolbook" w:hAnsi="Century Schoolbook"/>
          <w:b/>
          <w:bCs/>
          <w:sz w:val="22"/>
          <w:lang w:val="es-ES"/>
        </w:rPr>
        <w:t>Reporte</w:t>
      </w:r>
    </w:p>
    <w:p w14:paraId="4378EA9A" w14:textId="77777777" w:rsidR="00B15052" w:rsidRPr="001C51C1" w:rsidRDefault="00B15052" w:rsidP="00B15052">
      <w:pPr>
        <w:spacing w:after="0" w:line="240" w:lineRule="auto"/>
        <w:rPr>
          <w:rFonts w:ascii="Century Schoolbook" w:hAnsi="Century Schoolbook"/>
          <w:sz w:val="22"/>
          <w:lang w:val="es-ES"/>
        </w:rPr>
      </w:pPr>
      <w:r w:rsidRPr="001C51C1">
        <w:rPr>
          <w:rFonts w:ascii="Segoe UI Symbol" w:hAnsi="Segoe UI Symbol" w:cs="Segoe UI Symbol"/>
          <w:sz w:val="22"/>
          <w:lang w:val="es-ES"/>
        </w:rPr>
        <w:t>☐</w:t>
      </w:r>
      <w:r w:rsidRPr="001C51C1">
        <w:rPr>
          <w:rFonts w:ascii="Century Schoolbook" w:hAnsi="Century Schoolbook"/>
          <w:sz w:val="22"/>
          <w:lang w:val="es-ES"/>
        </w:rPr>
        <w:t xml:space="preserve"> Siga las políticas de protección infantil de su organización.</w:t>
      </w:r>
      <w:r w:rsidRPr="001C51C1">
        <w:rPr>
          <w:rFonts w:ascii="Century Schoolbook" w:hAnsi="Century Schoolbook"/>
          <w:sz w:val="22"/>
          <w:lang w:val="es-ES"/>
        </w:rPr>
        <w:br/>
      </w:r>
      <w:r w:rsidRPr="001C51C1">
        <w:rPr>
          <w:rFonts w:ascii="Segoe UI Symbol" w:hAnsi="Segoe UI Symbol" w:cs="Segoe UI Symbol"/>
          <w:sz w:val="22"/>
          <w:lang w:val="es-ES"/>
        </w:rPr>
        <w:t>☐</w:t>
      </w:r>
      <w:r w:rsidRPr="001C51C1">
        <w:rPr>
          <w:rFonts w:ascii="Century Schoolbook" w:hAnsi="Century Schoolbook"/>
          <w:sz w:val="22"/>
          <w:lang w:val="es-ES"/>
        </w:rPr>
        <w:t xml:space="preserve"> Notifique al supervisor designado, cuando corresponda.</w:t>
      </w:r>
      <w:r w:rsidRPr="001C51C1">
        <w:rPr>
          <w:rFonts w:ascii="Century Schoolbook" w:hAnsi="Century Schoolbook"/>
          <w:sz w:val="22"/>
          <w:lang w:val="es-ES"/>
        </w:rPr>
        <w:br/>
      </w:r>
      <w:r w:rsidRPr="001C51C1">
        <w:rPr>
          <w:rFonts w:ascii="Segoe UI Symbol" w:hAnsi="Segoe UI Symbol" w:cs="Segoe UI Symbol"/>
          <w:sz w:val="22"/>
          <w:lang w:val="es-ES"/>
        </w:rPr>
        <w:t>☐</w:t>
      </w:r>
      <w:r w:rsidRPr="001C51C1">
        <w:rPr>
          <w:rFonts w:ascii="Century Schoolbook" w:hAnsi="Century Schoolbook"/>
          <w:sz w:val="22"/>
          <w:lang w:val="es-ES"/>
        </w:rPr>
        <w:t xml:space="preserve"> Realice el reporte obligatorio de acuerdo con las leyes y procedimientos de su estado.</w:t>
      </w:r>
      <w:r w:rsidRPr="001C51C1">
        <w:rPr>
          <w:rFonts w:ascii="Century Schoolbook" w:hAnsi="Century Schoolbook"/>
          <w:sz w:val="22"/>
          <w:lang w:val="es-ES"/>
        </w:rPr>
        <w:br/>
      </w:r>
      <w:r w:rsidRPr="001C51C1">
        <w:rPr>
          <w:rFonts w:ascii="Segoe UI Symbol" w:hAnsi="Segoe UI Symbol" w:cs="Segoe UI Symbol"/>
          <w:sz w:val="22"/>
          <w:lang w:val="es-ES"/>
        </w:rPr>
        <w:t>☐</w:t>
      </w:r>
      <w:r w:rsidRPr="001C51C1">
        <w:rPr>
          <w:rFonts w:ascii="Century Schoolbook" w:hAnsi="Century Schoolbook"/>
          <w:sz w:val="22"/>
          <w:lang w:val="es-ES"/>
        </w:rPr>
        <w:t xml:space="preserve"> Mantenga la confidencialidad compartiendo la información solo con quienes necesitan conocerla.</w:t>
      </w:r>
    </w:p>
    <w:p w14:paraId="1AFD7193" w14:textId="77777777" w:rsidR="00AC5984" w:rsidRPr="001C51C1" w:rsidRDefault="00AC5984" w:rsidP="00AC5984">
      <w:pPr>
        <w:spacing w:after="0" w:line="240" w:lineRule="auto"/>
        <w:rPr>
          <w:rFonts w:ascii="Century Schoolbook" w:hAnsi="Century Schoolbook"/>
          <w:sz w:val="22"/>
          <w:lang w:val="es-ES"/>
        </w:rPr>
      </w:pPr>
    </w:p>
    <w:p w14:paraId="17616F83" w14:textId="77777777" w:rsidR="00B1528E" w:rsidRPr="00DD5C79" w:rsidRDefault="00B1528E" w:rsidP="00B1528E">
      <w:pPr>
        <w:spacing w:after="0" w:line="240" w:lineRule="auto"/>
        <w:jc w:val="center"/>
        <w:rPr>
          <w:rFonts w:ascii="Century Schoolbook" w:hAnsi="Century Schoolbook"/>
          <w:b/>
          <w:bCs/>
          <w:sz w:val="22"/>
          <w:lang w:val="es-ES"/>
        </w:rPr>
      </w:pPr>
      <w:r w:rsidRPr="00DD5C79">
        <w:rPr>
          <w:rFonts w:ascii="Century Schoolbook" w:hAnsi="Century Schoolbook"/>
          <w:b/>
          <w:bCs/>
          <w:sz w:val="22"/>
          <w:lang w:val="es-ES"/>
        </w:rPr>
        <w:t>5. Cuídese Usted También</w:t>
      </w:r>
    </w:p>
    <w:p w14:paraId="7592C543" w14:textId="77777777" w:rsidR="00B1528E" w:rsidRPr="001C51C1" w:rsidRDefault="00B1528E" w:rsidP="00AC5984">
      <w:pPr>
        <w:spacing w:after="0" w:line="240" w:lineRule="auto"/>
        <w:rPr>
          <w:rFonts w:ascii="Century Schoolbook" w:hAnsi="Century Schoolbook"/>
          <w:sz w:val="22"/>
          <w:lang w:val="es-ES"/>
        </w:rPr>
      </w:pPr>
      <w:r w:rsidRPr="001C51C1">
        <w:rPr>
          <w:rFonts w:ascii="Century Schoolbook" w:hAnsi="Century Schoolbook"/>
          <w:sz w:val="22"/>
          <w:lang w:val="es-ES"/>
        </w:rPr>
        <w:t>Responder ante una sospecha de maltrato o una revelación puede ser emocionalmente difícil.</w:t>
      </w:r>
    </w:p>
    <w:p w14:paraId="678ECF86" w14:textId="77777777" w:rsidR="00665DC5" w:rsidRPr="001C51C1" w:rsidRDefault="00665DC5" w:rsidP="00665DC5">
      <w:pPr>
        <w:spacing w:after="0" w:line="240" w:lineRule="auto"/>
        <w:rPr>
          <w:rFonts w:ascii="Century Schoolbook" w:hAnsi="Century Schoolbook"/>
          <w:b/>
          <w:bCs/>
          <w:sz w:val="22"/>
          <w:lang w:val="es-ES"/>
        </w:rPr>
      </w:pPr>
      <w:r w:rsidRPr="001C51C1">
        <w:rPr>
          <w:rFonts w:ascii="Century Schoolbook" w:hAnsi="Century Schoolbook"/>
          <w:b/>
          <w:bCs/>
          <w:sz w:val="22"/>
          <w:lang w:val="es-ES"/>
        </w:rPr>
        <w:t>Regúlese</w:t>
      </w:r>
    </w:p>
    <w:p w14:paraId="6CBC40C3" w14:textId="77777777" w:rsidR="00665DC5" w:rsidRPr="001C51C1" w:rsidRDefault="00665DC5" w:rsidP="00665DC5">
      <w:pPr>
        <w:spacing w:after="0" w:line="240" w:lineRule="auto"/>
        <w:rPr>
          <w:rFonts w:ascii="Century Schoolbook" w:hAnsi="Century Schoolbook"/>
          <w:sz w:val="22"/>
          <w:lang w:val="es-ES"/>
        </w:rPr>
      </w:pPr>
      <w:r w:rsidRPr="001C51C1">
        <w:rPr>
          <w:rFonts w:ascii="Segoe UI Symbol" w:hAnsi="Segoe UI Symbol" w:cs="Segoe UI Symbol"/>
          <w:sz w:val="22"/>
          <w:lang w:val="es-ES"/>
        </w:rPr>
        <w:t>☐</w:t>
      </w:r>
      <w:r w:rsidRPr="001C51C1">
        <w:rPr>
          <w:rFonts w:ascii="Century Schoolbook" w:hAnsi="Century Schoolbook"/>
          <w:sz w:val="22"/>
          <w:lang w:val="es-ES"/>
        </w:rPr>
        <w:t xml:space="preserve"> Haga una pausa y respire lenta y profundamente.</w:t>
      </w:r>
      <w:r w:rsidRPr="001C51C1">
        <w:rPr>
          <w:rFonts w:ascii="Century Schoolbook" w:hAnsi="Century Schoolbook"/>
          <w:sz w:val="22"/>
          <w:lang w:val="es-ES"/>
        </w:rPr>
        <w:br/>
      </w:r>
      <w:r w:rsidRPr="001C51C1">
        <w:rPr>
          <w:rFonts w:ascii="Segoe UI Symbol" w:hAnsi="Segoe UI Symbol" w:cs="Segoe UI Symbol"/>
          <w:sz w:val="22"/>
          <w:lang w:val="es-ES"/>
        </w:rPr>
        <w:t>☐</w:t>
      </w:r>
      <w:r w:rsidRPr="001C51C1">
        <w:rPr>
          <w:rFonts w:ascii="Century Schoolbook" w:hAnsi="Century Schoolbook"/>
          <w:sz w:val="22"/>
          <w:lang w:val="es-ES"/>
        </w:rPr>
        <w:t xml:space="preserve"> Utilice una estrategia de regulaci</w:t>
      </w:r>
      <w:r w:rsidRPr="001C51C1">
        <w:rPr>
          <w:rFonts w:ascii="Century Schoolbook" w:hAnsi="Century Schoolbook" w:cs="Century Schoolbook"/>
          <w:sz w:val="22"/>
          <w:lang w:val="es-ES"/>
        </w:rPr>
        <w:t>ó</w:t>
      </w:r>
      <w:r w:rsidRPr="001C51C1">
        <w:rPr>
          <w:rFonts w:ascii="Century Schoolbook" w:hAnsi="Century Schoolbook"/>
          <w:sz w:val="22"/>
          <w:lang w:val="es-ES"/>
        </w:rPr>
        <w:t>n, como caminar, estirarse o tomar agua.</w:t>
      </w:r>
    </w:p>
    <w:p w14:paraId="5911D397" w14:textId="77777777" w:rsidR="00DF3AAD" w:rsidRPr="001C51C1" w:rsidRDefault="00DF3AAD" w:rsidP="00665DC5">
      <w:pPr>
        <w:spacing w:after="0" w:line="240" w:lineRule="auto"/>
        <w:rPr>
          <w:rFonts w:ascii="Century Schoolbook" w:hAnsi="Century Schoolbook"/>
          <w:b/>
          <w:bCs/>
          <w:sz w:val="22"/>
          <w:lang w:val="es-ES"/>
        </w:rPr>
      </w:pPr>
    </w:p>
    <w:p w14:paraId="0D0D6710" w14:textId="3960FE8A" w:rsidR="00665DC5" w:rsidRPr="001C51C1" w:rsidRDefault="00665DC5" w:rsidP="00665DC5">
      <w:pPr>
        <w:spacing w:after="0" w:line="240" w:lineRule="auto"/>
        <w:rPr>
          <w:rFonts w:ascii="Century Schoolbook" w:hAnsi="Century Schoolbook"/>
          <w:b/>
          <w:bCs/>
          <w:sz w:val="22"/>
          <w:lang w:val="es-ES"/>
        </w:rPr>
      </w:pPr>
      <w:r w:rsidRPr="001C51C1">
        <w:rPr>
          <w:rFonts w:ascii="Century Schoolbook" w:hAnsi="Century Schoolbook"/>
          <w:b/>
          <w:bCs/>
          <w:sz w:val="22"/>
          <w:lang w:val="es-ES"/>
        </w:rPr>
        <w:t>Busque Apoyo</w:t>
      </w:r>
    </w:p>
    <w:p w14:paraId="56378BC8" w14:textId="77777777" w:rsidR="00665DC5" w:rsidRPr="001C51C1" w:rsidRDefault="00665DC5" w:rsidP="00665DC5">
      <w:pPr>
        <w:spacing w:after="0" w:line="240" w:lineRule="auto"/>
        <w:rPr>
          <w:rFonts w:ascii="Century Schoolbook" w:hAnsi="Century Schoolbook"/>
          <w:sz w:val="22"/>
          <w:lang w:val="es-ES"/>
        </w:rPr>
      </w:pPr>
      <w:r w:rsidRPr="001C51C1">
        <w:rPr>
          <w:rFonts w:ascii="Segoe UI Symbol" w:hAnsi="Segoe UI Symbol" w:cs="Segoe UI Symbol"/>
          <w:sz w:val="22"/>
          <w:lang w:val="es-ES"/>
        </w:rPr>
        <w:t>☐</w:t>
      </w:r>
      <w:r w:rsidRPr="001C51C1">
        <w:rPr>
          <w:rFonts w:ascii="Century Schoolbook" w:hAnsi="Century Schoolbook"/>
          <w:sz w:val="22"/>
          <w:lang w:val="es-ES"/>
        </w:rPr>
        <w:t xml:space="preserve"> Converse con su supervisor durante una reunión de apoyo.</w:t>
      </w:r>
      <w:r w:rsidRPr="001C51C1">
        <w:rPr>
          <w:rFonts w:ascii="Century Schoolbook" w:hAnsi="Century Schoolbook"/>
          <w:sz w:val="22"/>
          <w:lang w:val="es-ES"/>
        </w:rPr>
        <w:br/>
      </w:r>
      <w:r w:rsidRPr="001C51C1">
        <w:rPr>
          <w:rFonts w:ascii="Segoe UI Symbol" w:hAnsi="Segoe UI Symbol" w:cs="Segoe UI Symbol"/>
          <w:sz w:val="22"/>
          <w:lang w:val="es-ES"/>
        </w:rPr>
        <w:t>☐</w:t>
      </w:r>
      <w:r w:rsidRPr="001C51C1">
        <w:rPr>
          <w:rFonts w:ascii="Century Schoolbook" w:hAnsi="Century Schoolbook"/>
          <w:sz w:val="22"/>
          <w:lang w:val="es-ES"/>
        </w:rPr>
        <w:t xml:space="preserve"> Busque el apoyo de un colega de confianza.</w:t>
      </w:r>
      <w:r w:rsidRPr="001C51C1">
        <w:rPr>
          <w:rFonts w:ascii="Century Schoolbook" w:hAnsi="Century Schoolbook"/>
          <w:sz w:val="22"/>
          <w:lang w:val="es-ES"/>
        </w:rPr>
        <w:br/>
      </w:r>
      <w:r w:rsidRPr="001C51C1">
        <w:rPr>
          <w:rFonts w:ascii="Segoe UI Symbol" w:hAnsi="Segoe UI Symbol" w:cs="Segoe UI Symbol"/>
          <w:sz w:val="22"/>
          <w:lang w:val="es-ES"/>
        </w:rPr>
        <w:t>☐</w:t>
      </w:r>
      <w:r w:rsidRPr="001C51C1">
        <w:rPr>
          <w:rFonts w:ascii="Century Schoolbook" w:hAnsi="Century Schoolbook"/>
          <w:sz w:val="22"/>
          <w:lang w:val="es-ES"/>
        </w:rPr>
        <w:t xml:space="preserve"> Utilice el Programa de Asistencia al Empleado (EAP) u otros recursos de salud mental si los necesita.</w:t>
      </w:r>
    </w:p>
    <w:p w14:paraId="4248202D" w14:textId="77777777" w:rsidR="00DF3AAD" w:rsidRPr="001C51C1" w:rsidRDefault="00DF3AAD" w:rsidP="00665DC5">
      <w:pPr>
        <w:spacing w:after="0" w:line="240" w:lineRule="auto"/>
        <w:rPr>
          <w:rFonts w:ascii="Century Schoolbook" w:hAnsi="Century Schoolbook"/>
          <w:sz w:val="22"/>
          <w:lang w:val="es-ES"/>
        </w:rPr>
      </w:pPr>
    </w:p>
    <w:p w14:paraId="2BFA4FA0" w14:textId="1BEF316F" w:rsidR="00665DC5" w:rsidRPr="001C51C1" w:rsidRDefault="00665DC5" w:rsidP="00665DC5">
      <w:pPr>
        <w:spacing w:after="0" w:line="240" w:lineRule="auto"/>
        <w:rPr>
          <w:rFonts w:ascii="Century Schoolbook" w:hAnsi="Century Schoolbook"/>
          <w:b/>
          <w:bCs/>
          <w:sz w:val="22"/>
          <w:lang w:val="es-ES"/>
        </w:rPr>
      </w:pPr>
      <w:r w:rsidRPr="001C51C1">
        <w:rPr>
          <w:rFonts w:ascii="Century Schoolbook" w:hAnsi="Century Schoolbook"/>
          <w:b/>
          <w:bCs/>
          <w:sz w:val="22"/>
          <w:lang w:val="es-ES"/>
        </w:rPr>
        <w:t>Practique la Autocompasión</w:t>
      </w:r>
    </w:p>
    <w:p w14:paraId="3CCD6A0B" w14:textId="77777777" w:rsidR="00665DC5" w:rsidRPr="001C51C1" w:rsidRDefault="00665DC5" w:rsidP="00665DC5">
      <w:pPr>
        <w:spacing w:after="0" w:line="240" w:lineRule="auto"/>
        <w:rPr>
          <w:rFonts w:ascii="Century Schoolbook" w:hAnsi="Century Schoolbook"/>
          <w:sz w:val="22"/>
          <w:lang w:val="es-ES"/>
        </w:rPr>
      </w:pPr>
      <w:r w:rsidRPr="001C51C1">
        <w:rPr>
          <w:rFonts w:ascii="Segoe UI Symbol" w:hAnsi="Segoe UI Symbol" w:cs="Segoe UI Symbol"/>
          <w:sz w:val="22"/>
          <w:lang w:val="es-ES"/>
        </w:rPr>
        <w:t>☐</w:t>
      </w:r>
      <w:r w:rsidRPr="001C51C1">
        <w:rPr>
          <w:rFonts w:ascii="Century Schoolbook" w:hAnsi="Century Schoolbook"/>
          <w:sz w:val="22"/>
          <w:lang w:val="es-ES"/>
        </w:rPr>
        <w:t xml:space="preserve"> Reconozca que es normal sentir tristeza, preocupación o impotencia después de estas situaciones.</w:t>
      </w:r>
    </w:p>
    <w:p w14:paraId="067BBEA9" w14:textId="77777777" w:rsidR="00DF3AAD" w:rsidRPr="001C51C1" w:rsidRDefault="00DF3AAD" w:rsidP="00665DC5">
      <w:pPr>
        <w:spacing w:after="0" w:line="240" w:lineRule="auto"/>
        <w:rPr>
          <w:rFonts w:ascii="Century Schoolbook" w:hAnsi="Century Schoolbook"/>
          <w:sz w:val="22"/>
          <w:lang w:val="es-ES"/>
        </w:rPr>
      </w:pPr>
    </w:p>
    <w:p w14:paraId="535BC125" w14:textId="77777777" w:rsidR="00DF3AAD" w:rsidRPr="001C51C1" w:rsidRDefault="00DF3AAD" w:rsidP="00665DC5">
      <w:pPr>
        <w:spacing w:after="0" w:line="240" w:lineRule="auto"/>
        <w:rPr>
          <w:rFonts w:ascii="Century Schoolbook" w:hAnsi="Century Schoolbook"/>
          <w:b/>
          <w:bCs/>
          <w:sz w:val="22"/>
          <w:lang w:val="es-ES"/>
        </w:rPr>
      </w:pPr>
    </w:p>
    <w:p w14:paraId="2F69F553" w14:textId="544E1A82" w:rsidR="00665DC5" w:rsidRPr="001C51C1" w:rsidRDefault="00665DC5" w:rsidP="00665DC5">
      <w:pPr>
        <w:spacing w:after="0" w:line="240" w:lineRule="auto"/>
        <w:rPr>
          <w:rFonts w:ascii="Century Schoolbook" w:hAnsi="Century Schoolbook"/>
          <w:b/>
          <w:bCs/>
          <w:sz w:val="22"/>
          <w:lang w:val="es-ES"/>
        </w:rPr>
      </w:pPr>
      <w:r w:rsidRPr="001C51C1">
        <w:rPr>
          <w:rFonts w:ascii="Century Schoolbook" w:hAnsi="Century Schoolbook"/>
          <w:b/>
          <w:bCs/>
          <w:sz w:val="22"/>
          <w:lang w:val="es-ES"/>
        </w:rPr>
        <w:t>Sepa Cuándo Necesita Más Apoyo</w:t>
      </w:r>
    </w:p>
    <w:p w14:paraId="0EF53604" w14:textId="77777777" w:rsidR="00665DC5" w:rsidRPr="001C51C1" w:rsidRDefault="00665DC5" w:rsidP="00665DC5">
      <w:pPr>
        <w:spacing w:after="0" w:line="240" w:lineRule="auto"/>
        <w:rPr>
          <w:rFonts w:ascii="Century Schoolbook" w:hAnsi="Century Schoolbook"/>
          <w:bCs/>
          <w:sz w:val="22"/>
          <w:lang w:val="es-ES"/>
        </w:rPr>
      </w:pPr>
      <w:r w:rsidRPr="001C51C1">
        <w:rPr>
          <w:rFonts w:ascii="Century Schoolbook" w:hAnsi="Century Schoolbook"/>
          <w:bCs/>
          <w:sz w:val="22"/>
          <w:lang w:val="es-ES"/>
        </w:rPr>
        <w:t>Busque apoyo adicional si experimenta angustia persistente, pensamientos intrusivos, dificultades para dormir, evitación o señales de estrés traumático secundario.</w:t>
      </w:r>
    </w:p>
    <w:p w14:paraId="7025E827" w14:textId="6C3D38D8" w:rsidR="00665DC5" w:rsidRPr="00DD5C79" w:rsidRDefault="00665DC5" w:rsidP="00665DC5">
      <w:pPr>
        <w:spacing w:after="0" w:line="240" w:lineRule="auto"/>
        <w:rPr>
          <w:rFonts w:ascii="Century Schoolbook" w:hAnsi="Century Schoolbook"/>
          <w:bCs/>
          <w:sz w:val="22"/>
          <w:lang w:val="es-ES"/>
        </w:rPr>
      </w:pPr>
    </w:p>
    <w:p w14:paraId="72EBC417" w14:textId="7CD9AA5E" w:rsidR="002974D4" w:rsidRPr="001C51C1" w:rsidRDefault="002974D4" w:rsidP="002974D4">
      <w:pPr>
        <w:spacing w:after="0" w:line="240" w:lineRule="auto"/>
        <w:rPr>
          <w:rFonts w:ascii="Century Schoolbook" w:hAnsi="Century Schoolbook"/>
          <w:bCs/>
          <w:i/>
          <w:iCs/>
          <w:sz w:val="22"/>
          <w:lang w:val="es-ES"/>
        </w:rPr>
      </w:pPr>
      <w:r w:rsidRPr="001C51C1">
        <w:rPr>
          <w:rFonts w:ascii="Century Schoolbook" w:hAnsi="Century Schoolbook"/>
          <w:bCs/>
          <w:i/>
          <w:iCs/>
          <w:sz w:val="22"/>
          <w:lang w:val="es-ES"/>
        </w:rPr>
        <w:t>Recuerde</w:t>
      </w:r>
      <w:r w:rsidR="00DF3AAD" w:rsidRPr="001C51C1">
        <w:rPr>
          <w:rFonts w:ascii="Century Schoolbook" w:hAnsi="Century Schoolbook"/>
          <w:bCs/>
          <w:i/>
          <w:iCs/>
          <w:sz w:val="22"/>
          <w:lang w:val="es-ES"/>
        </w:rPr>
        <w:t xml:space="preserve"> </w:t>
      </w:r>
      <w:r w:rsidRPr="001C51C1">
        <w:rPr>
          <w:rFonts w:ascii="Century Schoolbook" w:hAnsi="Century Schoolbook"/>
          <w:bCs/>
          <w:i/>
          <w:iCs/>
          <w:sz w:val="22"/>
          <w:lang w:val="es-ES"/>
        </w:rPr>
        <w:t>Su función es:</w:t>
      </w:r>
      <w:r w:rsidR="00DF3AAD" w:rsidRPr="001C51C1">
        <w:rPr>
          <w:rFonts w:ascii="Century Schoolbook" w:hAnsi="Century Schoolbook"/>
          <w:bCs/>
          <w:i/>
          <w:iCs/>
          <w:sz w:val="22"/>
          <w:lang w:val="es-ES"/>
        </w:rPr>
        <w:t xml:space="preserve"> </w:t>
      </w:r>
      <w:r w:rsidRPr="001C51C1">
        <w:rPr>
          <w:rFonts w:ascii="Century Schoolbook" w:hAnsi="Century Schoolbook"/>
          <w:bCs/>
          <w:i/>
          <w:iCs/>
          <w:sz w:val="22"/>
          <w:lang w:val="es-ES"/>
        </w:rPr>
        <w:t>Escuchar • Creer • Apoyar • Documentar • Reportar</w:t>
      </w:r>
    </w:p>
    <w:p w14:paraId="63F8DA63" w14:textId="0FD90E8B" w:rsidR="002974D4" w:rsidRPr="001C51C1" w:rsidRDefault="002974D4" w:rsidP="002974D4">
      <w:pPr>
        <w:spacing w:after="0" w:line="240" w:lineRule="auto"/>
        <w:rPr>
          <w:rFonts w:ascii="Century Schoolbook" w:hAnsi="Century Schoolbook"/>
          <w:bCs/>
          <w:i/>
          <w:iCs/>
          <w:sz w:val="22"/>
          <w:lang w:val="es-ES"/>
        </w:rPr>
      </w:pPr>
      <w:r w:rsidRPr="001C51C1">
        <w:rPr>
          <w:rFonts w:ascii="Century Schoolbook" w:hAnsi="Century Schoolbook"/>
          <w:bCs/>
          <w:i/>
          <w:iCs/>
          <w:sz w:val="22"/>
          <w:lang w:val="es-ES"/>
        </w:rPr>
        <w:t>Su función no es:</w:t>
      </w:r>
      <w:r w:rsidR="00DF3AAD" w:rsidRPr="001C51C1">
        <w:rPr>
          <w:rFonts w:ascii="Century Schoolbook" w:hAnsi="Century Schoolbook"/>
          <w:bCs/>
          <w:i/>
          <w:iCs/>
          <w:sz w:val="22"/>
          <w:lang w:val="es-ES"/>
        </w:rPr>
        <w:t xml:space="preserve"> </w:t>
      </w:r>
      <w:r w:rsidRPr="001C51C1">
        <w:rPr>
          <w:rFonts w:ascii="Century Schoolbook" w:hAnsi="Century Schoolbook"/>
          <w:bCs/>
          <w:i/>
          <w:iCs/>
          <w:sz w:val="22"/>
          <w:lang w:val="es-ES"/>
        </w:rPr>
        <w:t>Investigar • Determinar si ocurrió el maltrato • Prometer guardar el secreto • Cuestionar la credibilidad del niño • Confrontar al presunto agresor</w:t>
      </w:r>
    </w:p>
    <w:p w14:paraId="6A2E2F80" w14:textId="77777777" w:rsidR="00B02F59" w:rsidRPr="001C51C1" w:rsidRDefault="00B02F59" w:rsidP="00AC5984">
      <w:pPr>
        <w:spacing w:after="0" w:line="240" w:lineRule="auto"/>
        <w:rPr>
          <w:rFonts w:ascii="Century Schoolbook" w:hAnsi="Century Schoolbook"/>
          <w:bCs/>
          <w:i/>
          <w:iCs/>
          <w:color w:val="4F81BD" w:themeColor="accent1"/>
          <w:sz w:val="22"/>
          <w:lang w:val="es-ES"/>
        </w:rPr>
      </w:pPr>
    </w:p>
    <w:p w14:paraId="77B43976" w14:textId="77777777" w:rsidR="002974D4" w:rsidRPr="001C51C1" w:rsidRDefault="002974D4" w:rsidP="002974D4">
      <w:pPr>
        <w:spacing w:after="0" w:line="240" w:lineRule="auto"/>
        <w:rPr>
          <w:rFonts w:ascii="Century Schoolbook" w:hAnsi="Century Schoolbook"/>
          <w:b/>
          <w:bCs/>
          <w:i/>
          <w:iCs/>
          <w:color w:val="4F81BD" w:themeColor="accent1"/>
          <w:sz w:val="22"/>
          <w:lang w:val="es-ES"/>
        </w:rPr>
      </w:pPr>
      <w:r w:rsidRPr="001C51C1">
        <w:rPr>
          <w:rFonts w:ascii="Century Schoolbook" w:hAnsi="Century Schoolbook"/>
          <w:b/>
          <w:bCs/>
          <w:i/>
          <w:iCs/>
          <w:color w:val="4F81BD" w:themeColor="accent1"/>
          <w:sz w:val="22"/>
          <w:lang w:val="es-ES"/>
        </w:rPr>
        <w:t>Recordatorio Informado por el Trauma</w:t>
      </w:r>
    </w:p>
    <w:p w14:paraId="580D67BD" w14:textId="77777777" w:rsidR="002974D4" w:rsidRPr="001C51C1" w:rsidRDefault="002974D4" w:rsidP="002974D4">
      <w:pPr>
        <w:spacing w:after="0" w:line="240" w:lineRule="auto"/>
        <w:rPr>
          <w:rFonts w:ascii="Century Schoolbook" w:hAnsi="Century Schoolbook"/>
          <w:i/>
          <w:iCs/>
          <w:color w:val="4F81BD" w:themeColor="accent1"/>
          <w:sz w:val="22"/>
          <w:lang w:val="es-ES"/>
        </w:rPr>
      </w:pPr>
      <w:r w:rsidRPr="001C51C1">
        <w:rPr>
          <w:rFonts w:ascii="Century Schoolbook" w:hAnsi="Century Schoolbook"/>
          <w:b/>
          <w:bCs/>
          <w:i/>
          <w:iCs/>
          <w:color w:val="4F81BD" w:themeColor="accent1"/>
          <w:sz w:val="22"/>
          <w:lang w:val="es-ES"/>
        </w:rPr>
        <w:t>Su presencia tranquila marca la diferencia.</w:t>
      </w:r>
      <w:r w:rsidRPr="001C51C1">
        <w:rPr>
          <w:rFonts w:ascii="Century Schoolbook" w:hAnsi="Century Schoolbook"/>
          <w:i/>
          <w:iCs/>
          <w:color w:val="4F81BD" w:themeColor="accent1"/>
          <w:sz w:val="22"/>
          <w:lang w:val="es-ES"/>
        </w:rPr>
        <w:t xml:space="preserve"> Una respuesta compasiva puede ayudar a que un niño se sienta seguro, escuchado y apoyado, dando los primeros pasos hacia su protección y recuperación.</w:t>
      </w:r>
    </w:p>
    <w:p w14:paraId="1284970B" w14:textId="0C7FB05F" w:rsidR="00375BA4" w:rsidRPr="001C51C1" w:rsidRDefault="00375BA4" w:rsidP="00AC5984">
      <w:pPr>
        <w:spacing w:after="0" w:line="240" w:lineRule="auto"/>
        <w:rPr>
          <w:rFonts w:ascii="Century Schoolbook" w:hAnsi="Century Schoolbook"/>
          <w:i/>
          <w:iCs/>
          <w:color w:val="4F81BD" w:themeColor="accent1"/>
          <w:sz w:val="22"/>
          <w:lang w:val="es-ES"/>
        </w:rPr>
      </w:pPr>
    </w:p>
    <w:sectPr w:rsidR="00375BA4" w:rsidRPr="001C51C1" w:rsidSect="00CF6EE0">
      <w:headerReference w:type="default" r:id="rId8"/>
      <w:footerReference w:type="default" r:id="rId9"/>
      <w:pgSz w:w="12240" w:h="15840"/>
      <w:pgMar w:top="1440" w:right="1800" w:bottom="1440" w:left="1800" w:header="720" w:footer="288" w:gutter="0"/>
      <w:pgBorders w:offsetFrom="page">
        <w:top w:val="single" w:sz="18" w:space="24" w:color="215868" w:themeColor="accent5" w:themeShade="80"/>
        <w:left w:val="single" w:sz="18" w:space="24" w:color="215868" w:themeColor="accent5" w:themeShade="80"/>
        <w:bottom w:val="single" w:sz="18" w:space="24" w:color="215868" w:themeColor="accent5" w:themeShade="80"/>
        <w:right w:val="single" w:sz="18" w:space="24" w:color="215868" w:themeColor="accent5" w:themeShade="8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85A99" w14:textId="77777777" w:rsidR="00BA033C" w:rsidRDefault="00BA033C" w:rsidP="00AC5984">
      <w:pPr>
        <w:spacing w:after="0" w:line="240" w:lineRule="auto"/>
      </w:pPr>
      <w:r>
        <w:separator/>
      </w:r>
    </w:p>
  </w:endnote>
  <w:endnote w:type="continuationSeparator" w:id="0">
    <w:p w14:paraId="40F58B2C" w14:textId="77777777" w:rsidR="00BA033C" w:rsidRDefault="00BA033C" w:rsidP="00AC5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F72A5" w14:textId="77777777" w:rsidR="00DD5C79" w:rsidRPr="00BD7B16" w:rsidRDefault="00DD5C79" w:rsidP="00DD5C79">
    <w:pPr>
      <w:pStyle w:val="Footer"/>
      <w:rPr>
        <w:sz w:val="18"/>
        <w:szCs w:val="18"/>
        <w:lang w:val="es-ES"/>
      </w:rPr>
    </w:pPr>
    <w:r>
      <w:rPr>
        <w:rFonts w:ascii="Arial" w:eastAsia="Times New Roman" w:hAnsi="Arial" w:cs="Arial"/>
        <w:noProof/>
        <w:szCs w:val="24"/>
      </w:rPr>
      <w:drawing>
        <wp:anchor distT="0" distB="0" distL="114300" distR="114300" simplePos="0" relativeHeight="251659264" behindDoc="1" locked="0" layoutInCell="1" allowOverlap="1" wp14:anchorId="49DDD52B" wp14:editId="7BF971B7">
          <wp:simplePos x="0" y="0"/>
          <wp:positionH relativeFrom="leftMargin">
            <wp:align>right</wp:align>
          </wp:positionH>
          <wp:positionV relativeFrom="paragraph">
            <wp:posOffset>-393700</wp:posOffset>
          </wp:positionV>
          <wp:extent cx="543098" cy="547798"/>
          <wp:effectExtent l="0" t="0" r="0" b="5080"/>
          <wp:wrapTight wrapText="bothSides">
            <wp:wrapPolygon edited="0">
              <wp:start x="6821" y="0"/>
              <wp:lineTo x="3032" y="3759"/>
              <wp:lineTo x="3032" y="6014"/>
              <wp:lineTo x="5305" y="12780"/>
              <wp:lineTo x="1516" y="16538"/>
              <wp:lineTo x="3789" y="21049"/>
              <wp:lineTo x="16674" y="21049"/>
              <wp:lineTo x="18947" y="16538"/>
              <wp:lineTo x="14400" y="12780"/>
              <wp:lineTo x="17432" y="9021"/>
              <wp:lineTo x="17432" y="4510"/>
              <wp:lineTo x="13642" y="0"/>
              <wp:lineTo x="6821" y="0"/>
            </wp:wrapPolygon>
          </wp:wrapTight>
          <wp:docPr id="784982542" name="Picture 5" descr="DANIEL EDUCATIONAL SERVICES.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4982542" name="Picture 5" descr="DANIEL EDUCATIONAL SERVICES.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3098" cy="5477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BD7B16">
      <w:rPr>
        <w:lang w:val="es-ES"/>
      </w:rPr>
      <w:t xml:space="preserve"> </w:t>
    </w:r>
    <w:r w:rsidRPr="00BD7B16">
      <w:rPr>
        <w:sz w:val="18"/>
        <w:szCs w:val="18"/>
        <w:lang w:val="es-ES"/>
      </w:rPr>
      <w:t xml:space="preserve">Para más información, herramientas y recursos, visita danieleducationalservices.com  </w:t>
    </w:r>
  </w:p>
  <w:p w14:paraId="3A385ED3" w14:textId="77777777" w:rsidR="00DF3AAD" w:rsidRPr="00DD5C79" w:rsidRDefault="00DF3AAD">
    <w:pPr>
      <w:pStyle w:val="Footer"/>
      <w:rPr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7DAEF" w14:textId="77777777" w:rsidR="00BA033C" w:rsidRDefault="00BA033C" w:rsidP="00AC5984">
      <w:pPr>
        <w:spacing w:after="0" w:line="240" w:lineRule="auto"/>
      </w:pPr>
      <w:r>
        <w:separator/>
      </w:r>
    </w:p>
  </w:footnote>
  <w:footnote w:type="continuationSeparator" w:id="0">
    <w:p w14:paraId="08DA4C5E" w14:textId="77777777" w:rsidR="00BA033C" w:rsidRDefault="00BA033C" w:rsidP="00AC59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D2022" w14:textId="28DC7C60" w:rsidR="00BD10A8" w:rsidRPr="00B9692D" w:rsidRDefault="00B9692D" w:rsidP="00B9692D">
    <w:pPr>
      <w:pStyle w:val="Header"/>
      <w:rPr>
        <w:lang w:val="es-ES"/>
      </w:rPr>
    </w:pPr>
    <w:r w:rsidRPr="00B9692D">
      <w:rPr>
        <w:rFonts w:ascii="Century Schoolbook" w:hAnsi="Century Schoolbook"/>
        <w:b/>
        <w:bCs/>
        <w:sz w:val="28"/>
        <w:szCs w:val="28"/>
        <w:lang w:val="es-ES"/>
      </w:rPr>
      <w:t>Respuesta Informada por el Trauma al Maltrato Infantil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7DE10EC"/>
    <w:multiLevelType w:val="multilevel"/>
    <w:tmpl w:val="CC28B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1433397">
    <w:abstractNumId w:val="8"/>
  </w:num>
  <w:num w:numId="2" w16cid:durableId="559097560">
    <w:abstractNumId w:val="6"/>
  </w:num>
  <w:num w:numId="3" w16cid:durableId="770659209">
    <w:abstractNumId w:val="5"/>
  </w:num>
  <w:num w:numId="4" w16cid:durableId="1936011462">
    <w:abstractNumId w:val="4"/>
  </w:num>
  <w:num w:numId="5" w16cid:durableId="1338656553">
    <w:abstractNumId w:val="7"/>
  </w:num>
  <w:num w:numId="6" w16cid:durableId="1443693132">
    <w:abstractNumId w:val="3"/>
  </w:num>
  <w:num w:numId="7" w16cid:durableId="1245382325">
    <w:abstractNumId w:val="2"/>
  </w:num>
  <w:num w:numId="8" w16cid:durableId="1300261181">
    <w:abstractNumId w:val="1"/>
  </w:num>
  <w:num w:numId="9" w16cid:durableId="243802218">
    <w:abstractNumId w:val="0"/>
  </w:num>
  <w:num w:numId="10" w16cid:durableId="404411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208F"/>
    <w:rsid w:val="00034616"/>
    <w:rsid w:val="0006063C"/>
    <w:rsid w:val="00083D25"/>
    <w:rsid w:val="0015074B"/>
    <w:rsid w:val="001C51C1"/>
    <w:rsid w:val="00206173"/>
    <w:rsid w:val="002401F5"/>
    <w:rsid w:val="0029639D"/>
    <w:rsid w:val="002974D4"/>
    <w:rsid w:val="0031164B"/>
    <w:rsid w:val="00326F90"/>
    <w:rsid w:val="003751AF"/>
    <w:rsid w:val="00375BA4"/>
    <w:rsid w:val="003E18B4"/>
    <w:rsid w:val="003E5AB9"/>
    <w:rsid w:val="00436A29"/>
    <w:rsid w:val="00596E4C"/>
    <w:rsid w:val="0062178F"/>
    <w:rsid w:val="00665DC5"/>
    <w:rsid w:val="00671822"/>
    <w:rsid w:val="00804869"/>
    <w:rsid w:val="008F3B47"/>
    <w:rsid w:val="00952956"/>
    <w:rsid w:val="00A52866"/>
    <w:rsid w:val="00AA1D8D"/>
    <w:rsid w:val="00AC5984"/>
    <w:rsid w:val="00B02F59"/>
    <w:rsid w:val="00B15052"/>
    <w:rsid w:val="00B1528E"/>
    <w:rsid w:val="00B47730"/>
    <w:rsid w:val="00B847BA"/>
    <w:rsid w:val="00B9692D"/>
    <w:rsid w:val="00BA033C"/>
    <w:rsid w:val="00BA6B4A"/>
    <w:rsid w:val="00BB3CDB"/>
    <w:rsid w:val="00BD10A8"/>
    <w:rsid w:val="00C16401"/>
    <w:rsid w:val="00C251D6"/>
    <w:rsid w:val="00CB0664"/>
    <w:rsid w:val="00CF6EE0"/>
    <w:rsid w:val="00D1196A"/>
    <w:rsid w:val="00D53716"/>
    <w:rsid w:val="00DD5C79"/>
    <w:rsid w:val="00DF3AAD"/>
    <w:rsid w:val="00EB1FA2"/>
    <w:rsid w:val="00EF6C01"/>
    <w:rsid w:val="00FC693F"/>
    <w:rsid w:val="00FF3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4314444"/>
  <w14:defaultImageDpi w14:val="300"/>
  <w15:docId w15:val="{ACBEB032-6F5D-427D-9E54-BB226BB2E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Sara Daniel</cp:lastModifiedBy>
  <cp:revision>34</cp:revision>
  <dcterms:created xsi:type="dcterms:W3CDTF">2026-06-30T23:12:00Z</dcterms:created>
  <dcterms:modified xsi:type="dcterms:W3CDTF">2026-07-03T16:26:00Z</dcterms:modified>
  <cp:category/>
</cp:coreProperties>
</file>