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5E9D3" w14:textId="77777777" w:rsidR="00363F88" w:rsidRDefault="00363F88" w:rsidP="00363F88">
      <w:pPr>
        <w:pStyle w:val="Heading1"/>
        <w:jc w:val="center"/>
      </w:pPr>
      <w:r>
        <w:t>Home Safety &amp; Emergency Evacuation Plan</w:t>
      </w:r>
    </w:p>
    <w:p w14:paraId="40C839AA" w14:textId="75121431" w:rsidR="00363F88" w:rsidRDefault="00363F88" w:rsidP="00363F88">
      <w:r>
        <w:rPr>
          <w:i/>
        </w:rPr>
        <w:t>This form is intended to assist evaluating the family’s preparedness for emergency situations and fire safety planning within the home.</w:t>
      </w:r>
    </w:p>
    <w:p w14:paraId="5C590BD1" w14:textId="3ECCB03B" w:rsidR="00363F88" w:rsidRDefault="00363F88" w:rsidP="00363F88">
      <w:pPr>
        <w:pStyle w:val="Heading2"/>
      </w:pPr>
      <w:r>
        <w:t>Household Information</w:t>
      </w:r>
    </w:p>
    <w:p w14:paraId="5F2741B1" w14:textId="12CD6126" w:rsidR="00363F88" w:rsidRDefault="00363F88" w:rsidP="00363F88">
      <w:r>
        <w:t>Adoptive Family Name(s): _________________</w:t>
      </w:r>
      <w:r>
        <w:t>_________________________________</w:t>
      </w:r>
      <w:r>
        <w:t>_______________________________</w:t>
      </w:r>
    </w:p>
    <w:p w14:paraId="18449149" w14:textId="2D27F659" w:rsidR="00363F88" w:rsidRDefault="00363F88" w:rsidP="00363F88">
      <w:r>
        <w:t>Home Address: 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w:t>
      </w:r>
    </w:p>
    <w:p w14:paraId="1986563E" w14:textId="06C7C04D" w:rsidR="00363F88" w:rsidRDefault="00363F88" w:rsidP="00363F88">
      <w:pPr>
        <w:pStyle w:val="Heading2"/>
      </w:pPr>
      <w:r>
        <w:t>Emergency Contact Information</w:t>
      </w:r>
    </w:p>
    <w:p w14:paraId="51A74F41" w14:textId="77777777" w:rsidR="00363F88" w:rsidRDefault="00363F88" w:rsidP="00363F88">
      <w:r>
        <w:t>Primary Emergency Contact: _____________________________________________</w:t>
      </w:r>
    </w:p>
    <w:p w14:paraId="1A985C70" w14:textId="77777777" w:rsidR="00363F88" w:rsidRDefault="00363F88" w:rsidP="00363F88">
      <w:r>
        <w:t>Relationship to Family: ________________________________________________</w:t>
      </w:r>
    </w:p>
    <w:p w14:paraId="621EF6C6" w14:textId="77777777" w:rsidR="00363F88" w:rsidRDefault="00363F88" w:rsidP="00363F88">
      <w:r>
        <w:t>Phone Number: ________________________________________________________</w:t>
      </w:r>
    </w:p>
    <w:p w14:paraId="58EDEBB6" w14:textId="77777777" w:rsidR="00363F88" w:rsidRDefault="00363F88" w:rsidP="00363F88">
      <w:r>
        <w:t>Secondary Emergency Contact: ___________________________________________</w:t>
      </w:r>
    </w:p>
    <w:p w14:paraId="3A788088" w14:textId="77777777" w:rsidR="00363F88" w:rsidRDefault="00363F88" w:rsidP="00363F88">
      <w:r>
        <w:t>Relationship to Family: ________________________________________________</w:t>
      </w:r>
    </w:p>
    <w:p w14:paraId="3BE7ABF6" w14:textId="77777777" w:rsidR="00363F88" w:rsidRDefault="00363F88" w:rsidP="00363F88">
      <w:r>
        <w:t>Phone Number: ________________________________________________________</w:t>
      </w:r>
    </w:p>
    <w:p w14:paraId="277398BB" w14:textId="77777777" w:rsidR="00363F88" w:rsidRDefault="00363F88" w:rsidP="00363F88">
      <w:pPr>
        <w:pStyle w:val="Heading2"/>
      </w:pPr>
    </w:p>
    <w:p w14:paraId="41BCCBF1" w14:textId="519DA299" w:rsidR="00363F88" w:rsidRDefault="00363F88" w:rsidP="00363F88">
      <w:pPr>
        <w:pStyle w:val="Heading2"/>
      </w:pPr>
      <w:r>
        <w:t>Home Fire Safety Preparedness</w:t>
      </w:r>
    </w:p>
    <w:p w14:paraId="02E8B2A6" w14:textId="0EE088BD" w:rsidR="00363F88" w:rsidRDefault="00363F88" w:rsidP="00363F88">
      <w:r>
        <w:t xml:space="preserve">Are working </w:t>
      </w:r>
      <w:r>
        <w:t>S</w:t>
      </w:r>
      <w:r>
        <w:t>moke</w:t>
      </w:r>
      <w:r>
        <w:t xml:space="preserve"> / Carbon Dioxide detectors</w:t>
      </w:r>
      <w:r>
        <w:t xml:space="preserve"> installed on each level of the home?  ☐ Yes   ☐ No</w:t>
      </w:r>
    </w:p>
    <w:p w14:paraId="341A3278" w14:textId="00B4AC10" w:rsidR="00363F88" w:rsidRDefault="00363F88" w:rsidP="00363F88">
      <w:r>
        <w:t>Are detectors tested regularly?</w:t>
      </w:r>
      <w:r>
        <w:t xml:space="preserve"> </w:t>
      </w:r>
      <w:r>
        <w:t>☐ Yes   ☐ No</w:t>
      </w:r>
    </w:p>
    <w:p w14:paraId="12BB586C" w14:textId="1F498E4F" w:rsidR="00363F88" w:rsidRDefault="00363F88" w:rsidP="00363F88">
      <w:r>
        <w:t>Are fire extinguishers accessible within the home? ☐ Yes   ☐ No</w:t>
      </w:r>
    </w:p>
    <w:p w14:paraId="383BDA43" w14:textId="3EFB4477" w:rsidR="00363F88" w:rsidRDefault="00363F88" w:rsidP="00363F88">
      <w:r>
        <w:t>Have all household members reviewed evacuation procedures?</w:t>
      </w:r>
      <w:r>
        <w:t xml:space="preserve"> </w:t>
      </w:r>
      <w:proofErr w:type="gramStart"/>
      <w:r>
        <w:t>☐</w:t>
      </w:r>
      <w:proofErr w:type="gramEnd"/>
      <w:r>
        <w:t xml:space="preserve"> Yes   ☐ No</w:t>
      </w:r>
    </w:p>
    <w:p w14:paraId="6B310A90" w14:textId="2322D8E4" w:rsidR="00363F88" w:rsidRDefault="00363F88" w:rsidP="00363F88">
      <w:r>
        <w:t>Are emergency exits easily accessible</w:t>
      </w:r>
      <w:r>
        <w:t xml:space="preserve">? </w:t>
      </w:r>
      <w:proofErr w:type="gramStart"/>
      <w:r>
        <w:t>☐</w:t>
      </w:r>
      <w:proofErr w:type="gramEnd"/>
      <w:r>
        <w:t xml:space="preserve"> Yes   ☐ No</w:t>
      </w:r>
    </w:p>
    <w:p w14:paraId="536F286D" w14:textId="77777777" w:rsidR="00363F88" w:rsidRDefault="00363F88" w:rsidP="00363F88">
      <w:pPr>
        <w:pStyle w:val="Heading2"/>
      </w:pPr>
      <w:r>
        <w:lastRenderedPageBreak/>
        <w:t>Emergency Evacuation Plan</w:t>
      </w:r>
    </w:p>
    <w:p w14:paraId="55690F8C" w14:textId="77777777" w:rsidR="00363F88" w:rsidRDefault="00363F88" w:rsidP="00363F88">
      <w:r>
        <w:t>Designated Outdoor Meeting Location:</w:t>
      </w:r>
    </w:p>
    <w:p w14:paraId="5075E1CA" w14:textId="76D83C43" w:rsidR="00363F88" w:rsidRDefault="00363F88" w:rsidP="00363F88">
      <w:r>
        <w:t>_______</w:t>
      </w:r>
      <w:r>
        <w:t>__________________________________________________________________________________________________________</w:t>
      </w:r>
      <w:r>
        <w:t>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14:paraId="1229F10C" w14:textId="77777777" w:rsidR="00363F88" w:rsidRDefault="00363F88" w:rsidP="00363F88">
      <w:pPr>
        <w:pStyle w:val="Heading2"/>
      </w:pPr>
    </w:p>
    <w:p w14:paraId="5563D69A" w14:textId="608CBC8A" w:rsidR="00363F88" w:rsidRDefault="00363F88" w:rsidP="00363F88">
      <w:pPr>
        <w:pStyle w:val="Heading2"/>
      </w:pPr>
      <w:r>
        <w:t>Special Considerations</w:t>
      </w:r>
    </w:p>
    <w:p w14:paraId="37B884D4" w14:textId="6A9CB2A9" w:rsidR="00363F88" w:rsidRDefault="00363F88" w:rsidP="00363F88">
      <w:r>
        <w:t>Please describe any special medical, mobility, or developmental considerations</w:t>
      </w:r>
      <w:r>
        <w:t xml:space="preserve"> </w:t>
      </w:r>
      <w:r>
        <w:t>that may impact emergency evacuation planning for any household member:</w:t>
      </w:r>
    </w:p>
    <w:p w14:paraId="20AC4384" w14:textId="5246C264" w:rsidR="00363F88" w:rsidRDefault="00363F88" w:rsidP="00363F8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AA4DF5" w14:textId="77777777" w:rsidR="00363F88" w:rsidRDefault="00363F88" w:rsidP="00363F88">
      <w:pPr>
        <w:pStyle w:val="Heading2"/>
      </w:pPr>
    </w:p>
    <w:p w14:paraId="480E8F53" w14:textId="6E1116F3" w:rsidR="00363F88" w:rsidRDefault="00363F88" w:rsidP="00363F88">
      <w:pPr>
        <w:pStyle w:val="Heading2"/>
      </w:pPr>
      <w:r>
        <w:t>Acknowledgment &amp; Signature</w:t>
      </w:r>
    </w:p>
    <w:p w14:paraId="719D2D1B" w14:textId="77777777" w:rsidR="00363F88" w:rsidRDefault="00363F88" w:rsidP="00363F88">
      <w:r>
        <w:t>I/We certify that the information provided above is accurate to the best of our knowledge.</w:t>
      </w:r>
    </w:p>
    <w:p w14:paraId="35D8495D" w14:textId="77777777" w:rsidR="00363F88" w:rsidRDefault="00363F88" w:rsidP="00363F88"/>
    <w:p w14:paraId="458345A2" w14:textId="3911E396" w:rsidR="00363F88" w:rsidRDefault="00363F88" w:rsidP="00363F88">
      <w:r>
        <w:t>Applicant Signature: _______________</w:t>
      </w:r>
      <w:r>
        <w:t>________________________________</w:t>
      </w:r>
      <w:r>
        <w:t>___________________   Date: ______________</w:t>
      </w:r>
    </w:p>
    <w:p w14:paraId="58133151" w14:textId="77777777" w:rsidR="00363F88" w:rsidRDefault="00363F88" w:rsidP="00363F88"/>
    <w:p w14:paraId="7357C59E" w14:textId="6566A023" w:rsidR="00363F88" w:rsidRDefault="00363F88" w:rsidP="00363F88">
      <w:r>
        <w:t>Applicant Signature: ______________________</w:t>
      </w:r>
      <w:r>
        <w:t>________________________________</w:t>
      </w:r>
      <w:r>
        <w:t>____________   Date: ______________</w:t>
      </w:r>
    </w:p>
    <w:p w14:paraId="2BE3D952" w14:textId="77777777" w:rsidR="00363F88" w:rsidRDefault="00363F88" w:rsidP="00363F88"/>
    <w:p w14:paraId="3F76CDFC" w14:textId="77777777" w:rsidR="00363F88" w:rsidRDefault="00363F88" w:rsidP="00363F88"/>
    <w:p w14:paraId="282CD707" w14:textId="77777777" w:rsidR="00363F88" w:rsidRDefault="00363F88" w:rsidP="00363F88"/>
    <w:p w14:paraId="093F97B3" w14:textId="77777777" w:rsidR="00363F88" w:rsidRDefault="00363F88" w:rsidP="00363F88"/>
    <w:p w14:paraId="32F6B87D" w14:textId="77777777" w:rsidR="00363F88" w:rsidRDefault="00363F88" w:rsidP="00363F88"/>
    <w:p w14:paraId="13BB2A46" w14:textId="77777777" w:rsidR="00363F88" w:rsidRDefault="00363F88" w:rsidP="00363F88"/>
    <w:p w14:paraId="68979E96" w14:textId="77777777" w:rsidR="00363F88" w:rsidRDefault="00363F88" w:rsidP="00363F88"/>
    <w:p w14:paraId="27AA8E72" w14:textId="77777777" w:rsidR="00363F88" w:rsidRDefault="00363F88" w:rsidP="00363F88"/>
    <w:p w14:paraId="09452C66" w14:textId="5F14E3DF" w:rsidR="00363F88" w:rsidRDefault="00363F88" w:rsidP="00363F88">
      <w:pPr>
        <w:rPr>
          <w:noProof/>
        </w:rPr>
      </w:pPr>
      <w:r>
        <w:lastRenderedPageBreak/>
        <w:t xml:space="preserve">Use the space below to create your home fire escape plan. Be sure to draw your floor plan showing all doors and windows, mark two ways out of each room. Mark all of the smoke alarms with a </w:t>
      </w:r>
      <w:r>
        <w:rPr>
          <w:noProof/>
        </w:rPr>
        <w:t>“SA”, Smoke alarms should be in each sleeping oom, outside each sleeping area and on every level of the home. Pick a family meeting place outside where everyone can meet. Remember to proctice your plan at least wtice a year!</w:t>
      </w:r>
    </w:p>
    <w:p w14:paraId="7AF41693" w14:textId="77777777" w:rsidR="00363F88" w:rsidRDefault="00363F88" w:rsidP="00363F88"/>
    <w:p w14:paraId="5223F91F" w14:textId="77777777" w:rsidR="00363F88" w:rsidRDefault="00363F88" w:rsidP="00363F88"/>
    <w:tbl>
      <w:tblPr>
        <w:tblW w:w="5880" w:type="dxa"/>
        <w:jc w:val="center"/>
        <w:tblLook w:val="04A0" w:firstRow="1" w:lastRow="0" w:firstColumn="1" w:lastColumn="0" w:noHBand="0" w:noVBand="1"/>
      </w:tblPr>
      <w:tblGrid>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gridCol w:w="231"/>
      </w:tblGrid>
      <w:tr w:rsidR="00363F88" w:rsidRPr="007D6142" w14:paraId="7FDF84BA" w14:textId="77777777" w:rsidTr="00363F88">
        <w:trPr>
          <w:trHeight w:val="300"/>
          <w:jc w:val="center"/>
        </w:trPr>
        <w:tc>
          <w:tcPr>
            <w:tcW w:w="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4EB0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4679E25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4CEDA35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539FF1C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3A0A7F4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3FC2DFC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320EB1B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78C4F2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36943E5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7028A99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62FE9D6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5CE893F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6180482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115C3A6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1A39A3D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3050275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0E01BDC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73D9285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6CEE922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1769297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3867E76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0526722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2EF714E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57EA5CC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54F61D3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00CC193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30F0BA2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1E21920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08ECF10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04E8464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5DDC8C4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70FEAC1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751CCF2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6D444BC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701D1E0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2816376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775764A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6EBDEB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0702951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091F03A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05DBE52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single" w:sz="4" w:space="0" w:color="auto"/>
              <w:left w:val="nil"/>
              <w:bottom w:val="single" w:sz="4" w:space="0" w:color="auto"/>
              <w:right w:val="single" w:sz="4" w:space="0" w:color="auto"/>
            </w:tcBorders>
            <w:shd w:val="clear" w:color="auto" w:fill="auto"/>
            <w:noWrap/>
            <w:vAlign w:val="center"/>
            <w:hideMark/>
          </w:tcPr>
          <w:p w14:paraId="5FF2C79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7D53AE2A"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3CF3DF7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2D0908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644682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5C582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6AE2AD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2AEDB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35921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731556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A6A90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AF9CE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23339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7E1FD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99212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598992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3910F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4BAC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3386C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C6811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5358C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98182B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8077B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37D0A5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0245D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53DC5E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DD50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5DCA8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30486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55A42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288449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0BD14F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D986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19BAA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19F42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0B9510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065EB2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FB3C2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4000E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F6FA27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B8956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4993D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DBAB60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E68A4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724659E8"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0E4D827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91BBD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E0B11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F7058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9C69D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794DD0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F04EC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0AFE1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AC26B0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8FFD7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FBEB5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7F4CA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AD89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78400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3C770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4AFFDE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AC21A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94880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33EF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79E11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BD2CA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6637A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672556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43A97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C9DC0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0BCF0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12972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3EDD2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EB6535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A72ED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BC642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95A8CD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DA3D8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76E5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84551C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5EA8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7C410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1D6EE9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8B593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E973D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0D93B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BE8851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353AC811"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0FF40CF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A2715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2E2077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46492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71825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A0F76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40EB8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99BA9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79742E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EED69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AC031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FED90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5D8B55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B09AC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32D85A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6E141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E0592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DE524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0844A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3D9ED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90408E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D6065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BF216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727EB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D73C85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DDA4CC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BF986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347614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6C4FF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4488C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240102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B8D4E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CB897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64756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F83FC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B406A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6FAEB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8FDF2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71670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B8AAC1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F9F1A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B8B6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54E94396"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2B19F99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87C46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8795D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8D1A5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37B03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70854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3B4BC7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AF27B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93E62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F07ED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3EEBC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E8EE5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0B60E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91890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43EA0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76DA4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9FA7C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F592E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B10A40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721FD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3BB5B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6B74C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0FAEF4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BB156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3094F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3D08AD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26A7D1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4ED82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C6BAA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F3E09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FB58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68F105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72420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F5AF1F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F013CC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D85E3B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7E485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BA8F48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BBB077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119265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E0722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87418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4B3A6A12"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13D2BB3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65122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E75846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66673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C93BC5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AC66D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2F2F44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92AA1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938A0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22CA0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ADD4D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CC56F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300C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5E757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CDDDF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C9A80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40A15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79427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F6D4B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4B97B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D0857D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1FBA5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3B60A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F805D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03F54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E549C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74D59B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D76F72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F465D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F2C3D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4EE7F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724D92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BAC57E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B540D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853E9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BBFE40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B9BB5F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A07AE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A97D65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E06D36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E9ADD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BE5E7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2A4A770E"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1B041DE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FB762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F013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925257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1B384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4A9A7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139FB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E21D7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90779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648487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103BE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D68B0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A1107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00AB0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ADD53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D9056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B2291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2E0742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7D42F7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22CDBE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FC8B8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8086E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C3A70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1EC8FD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B56F71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51C18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79933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104EB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A77CE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6F378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B31E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AC8F7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08A00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F0C1B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43EBF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C0007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ADF266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D2293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8337D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F01C9F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ADA53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A796A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0D8F39E8"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05C6226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D2202B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CDE1C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5C0A0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F8995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2045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237C9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F7025B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62D9F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51547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2325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D58693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C9CEA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008DA4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EAB46F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BCF264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FC985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96DD31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48191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F815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59B5C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A0922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14A93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FAD10F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7036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DF599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7D1CB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C3AC6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B9413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086A8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EB545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C0FA09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918F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3789F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B45B8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28875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DBDB2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73783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D83C1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485EAD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8FF61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DE036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48853CEE"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4AAD3EC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4E310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9BC65F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B9F74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F3B300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ADB3A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D1582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304F7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64C2D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93D10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DC6DD5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26771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BB2E24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89F977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8333D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69412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F58B3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BEBE97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697F7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4C836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5ABC1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BEEDA3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35F5E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275FC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B93473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1FD99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EBD3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2BCD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6F10B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E0C98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9FBE0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49A36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0E7B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9A9E5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B8440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164F4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ED34D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11A76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A4EE45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F9ACEF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03107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9C195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68B4A4F6"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3A7F48E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1BD87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4B7F2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659F10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808F0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FBF8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7B208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49C873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FBC8C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517F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91BD2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1365F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3C009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F043E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68D51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7C3E90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D0E18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567F1D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B5DF7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4A6C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2726D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A0904C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70932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F129B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CD94A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01BEF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078AB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61031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C0722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E92CF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6F134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42E42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36AA5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30C79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65770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93D72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B0DE6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252333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84D97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96B11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13E46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F2DBCE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1574F6D3"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7529504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FA792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05DB3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BB7292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B310D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99E71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74429A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FF28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BE332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BE999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51832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643AC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2FACC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C030E0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3DF8E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83D33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4B08D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9F502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D415E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584DC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0AC9A7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AFAD6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9BA91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B300C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31537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5CDF0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E478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FF886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2046E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4E1A2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74E80D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B1B25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128AB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F607EA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E77CE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B042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FAB1A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7D2B9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FEA30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C1864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496C3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C9880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337DF020"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432DB4A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772BE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5DC053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C140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D0DAC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65EDF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6614B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736567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A13D0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AFE7B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589EE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D5252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2FF91E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8D160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91B1A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C5826B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D2CB7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D3A36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2FF80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4B60C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CBFD7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C7BC4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8E1DB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018063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B295E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2D0A9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FD317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0600C9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D076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B68282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5D9EEF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4B1183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FB402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D85B1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2BCCE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61DA8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08F72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2FEA76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67F2A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D4D64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2CFA9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9677C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1FF93DE2"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0171C59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B5A35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47517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0DFF7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20D29C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E098D9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F88C35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CBA243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0C1C6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A9C39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C1C9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539CE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B8452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40E7C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082FC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B1ED75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38E95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5CB7A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FE3D9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8E6F8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58559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D794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5EA59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03DCB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361A6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9F289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E641B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74D1A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9C571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C5587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5DF513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3B0EE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BB8397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8104C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A1ECB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01E8F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0531B1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42B5D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45EDD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C12B1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9DF13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3C5E4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58E22D07"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37C7BF2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FCE98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988A6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029CD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487F1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41314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0B93E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3515F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97E4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32F223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4085F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60942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21395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A1E23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271491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F0D54F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81534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63E8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D7F17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573C9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BC6F4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06E6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BBA95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5D7B0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E467DE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5830F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5BB39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C06BB9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569D9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E883A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50E359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2BB37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09161A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5C3A0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2C04A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BA4A4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C0BC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083B6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CDC5D3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CF092F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43105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D6575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33372069"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77E63FC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28C3A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1E5BC5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77796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3791A7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F8398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C450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5DABD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A96DE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DEFA3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3135D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3EB659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A59F6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E055A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42ECD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B83DF2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148AB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1BA85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815DB1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83A25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F8471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CC028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894E8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B96834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38479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202A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12041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34C17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F013B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31CA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38E4E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EB14EA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23180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5D0B1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7EA59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5A3ECA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BA5EC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D2637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3E933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9A172C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BDFE9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0DB96D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515C00B4"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64E3263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3F316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561EB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E45F0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1DF9D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0586F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187D5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8E306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E2B9A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FA03C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6FD2A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FF0C64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F27BF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8975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6370D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ECAD1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BA169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002602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62F66D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8972E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B09696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1E30D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844BBC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E50EC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73917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9A0B1D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4D43C2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13BDD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965D01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EDFCE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20BA98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7416D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9DB5F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5B6A0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FE599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BFDCA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80FAF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2898B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778D2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D6F07D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8D2B9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DCECB5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7A37F589"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5193DE6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C79CD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D896E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2221F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C7DD8E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F7A78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E3D9E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2BABF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F71FBC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2D4C64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C85CF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CA3B6F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AEFAE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DC02E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67237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C963A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FFDC9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BDB90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76F781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A5FCA1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D8171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F9AAD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01BAE6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0FE9D6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E864A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6A79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7CD39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1FF3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DD4D7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F2D3C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9B386E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4B57A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6EBF0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A2E75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932F6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8F7BF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94310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2A12D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21A38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98AB78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AF6ED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3BFBC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67655602"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4FD3719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B9B28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803BF5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D11B3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0EE5C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592BF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9D76BA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84AEFB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DDB22D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D4400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A9805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AE93F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46ED08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41CF0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9B074D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80585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CAE15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32D21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DB2AB4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60897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879F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FB43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F5B723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392A0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0D3E8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24BCE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6FA70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68CCA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810E1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C05A0B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EF3F7C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74A57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5FBC37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8720F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07C6E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66170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8D7D1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03F11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64583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CA3F4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E9F2F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19B5E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47B4B39A"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35A16FC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D4B0CF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33C9B5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1F78D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D6BF16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19BF3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C9419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E57EC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3D017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6D168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06280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39D54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0B8DF7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62833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4FE54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1B1BD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8082BD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87F44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B2778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A0FB1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CD9B4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CA477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253A5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13BCA5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DCF127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C03965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AAD21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4B3B7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35F08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59DEE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CA59E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E6EB8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E644E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EE27D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7C09E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593A00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B6F1B9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0822A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CABF8E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7794E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298082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7CCC4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586C0759"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7A5AFA8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F4AEAB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1BFD5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D30B0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F5A371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009F2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E6C30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D3F8C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FB7D9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0F37B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3D96A7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D5D17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D1763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5B1918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287E3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7F21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371E2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8B8DC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9CB41E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ABBA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2EA33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038204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3B904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1A9BB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D527A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5F1FE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5728B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C2123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D413C4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B2D63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D02AE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0AF1F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F0F83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F6FBA1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41CE5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3964B0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C940C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C802F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25A4C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3030B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0CA2AC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D7307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780ED68A"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4362B64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F8811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7C1B8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38E6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E722A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3288FD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22458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BD1340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C5423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18AEE6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E8FA3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D452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7BF9A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25177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60218F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852C7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080F3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3DD64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532F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5E820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B00E3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F1DC6C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6034C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D5D12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C649C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08DAA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B98C4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46E4B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1C2374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CF41A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15CF7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3C4425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B31320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5857F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342F8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10CEE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DE1A8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CABB59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262E6F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4405B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79B67B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FE5A59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534FCE64"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6C4964E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B15DB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65274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A1651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AF7B6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1E98D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D9D88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D539E6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F0076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259815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C3CEE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8E56E2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BEA54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D784F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14A7F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E7D477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72C513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3382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5323B1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312241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FF89C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55880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518F7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2F90D1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78DF4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1BC88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BE8629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1B379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831462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5CD7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C61B7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C182C2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63779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EEB88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29545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94F31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3E3AE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679AA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A6020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0A92AF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E3721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9CED7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08C6EBDB"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37ADC77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C9103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8009D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7063A3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F5651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350EC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8400A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1A71F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9211E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C4AAB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D647B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789D60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E58EC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A280D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734B1C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B94458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3C352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D0866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C0870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08726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C18C97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DF6502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6D7A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0DD34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6E665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57F50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5F47C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51BFB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D3587B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A400A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3B8B3B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D4740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7377D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C8A03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B7FBA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3F32E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B90A8F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7AE54B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F57DD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E9C7A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9DE33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232EC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2A0EA458"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5252D65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F4F69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A58AF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7D062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066248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93D97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0A40D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670C5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85240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8DAE0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591D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9CF851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3269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0CD7E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C3B2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7B036C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E330A8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287FE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C012C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9DC6F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E6EE0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746B63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C9725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35227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E7810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F1A7C8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288AD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62D8E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2819B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6F6EB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F7A8F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19EBF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7D38B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F5BF3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B568B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7DFB5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1FCC1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E54A8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168CB0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42796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3944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FD576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05833918"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0EC3981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AF69B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476D7B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E3E393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26891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6700F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B9CDF1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C26792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B01945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A3E38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5BC44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85874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A44E9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67EAD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3A9413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F372E7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FEB5D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092E9C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20182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4AFF8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39F85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7F83B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11814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99DCE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BC19B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33DAE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B626E3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2B360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6C59D8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38900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2FACDB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B39A0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2924F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7BB51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DF881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7434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B182FD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EF5A1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E60E7A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A482D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03CEF9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C03A2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425A85F1"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1632022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8A0B2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DAC7B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2C643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0D565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1B52E1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B5882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347C8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999603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C0DFC4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F93C36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BCF6B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51238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1CC6DC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9C113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4CF4A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52485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AE08B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926A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515CF5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0BF3D8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A83B7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FEDCE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6DC0D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8AFA8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B9D6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262DA3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5AAE5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2E0616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05A60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BF2CD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27125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F740D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802D0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4C886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91B062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C8F63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9A7E3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E8BC7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936C8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B6AF6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74367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6115ACD4"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25D13B0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D34D0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3E96D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2E017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6FAE4A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22E43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9ABE8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E8BBD4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E9E34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C1E0E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DD04C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0C6B5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7E621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85C76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3F72F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2B332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855E71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9000C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79AEF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397B0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31380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3F037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75ACE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77C3C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D9DC42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7A6A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B5B4CC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9D029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798A0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B16F0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FD781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EF52A0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5A2B4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3C246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4C7D4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B6FA15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48DE43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7A039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E9060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9A427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BF5BBE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368E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0F60F40B"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17942A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3879D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A602A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C044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51EB2B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5BB0D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11B86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DB2A1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E9BD4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0FCE6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36DE4F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F59D4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9F02C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539AA3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043BC5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9E71C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800DB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99B6D0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B2012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9E21E3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ACF10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FA862D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E52AF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7AD798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1C146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4662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44120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73D9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6815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1BAA2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5AB4F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BDC4C2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63574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172A9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EC98B8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FB1F2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0E7C68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B735C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D97EBE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414B5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F332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F19EA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08AFDCE5"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157F0F6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67DDDB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AFC1B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A8976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C5FEA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C7F0A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7687DF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EB5BFF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D91CF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DC9B65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E647EB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5D45E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4FCD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9B74C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DBF04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9DA28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7184A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EFB434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4FD1C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92EBB5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D5FDD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77863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64711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52CD3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98166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A0D36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8D9CEC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DFB93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D20B1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7FF3D9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EB202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83D3E8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0948A0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7FDED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95F0E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C48546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DDA652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68824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5AE59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25A43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1AE40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AB6E3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2F0BE23C"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5DB9F7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55562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D6FC4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99B93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624E8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6ADCF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ABE6B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BEE5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773820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50FA4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E9E293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9F2D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9AF7B3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17819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CD4558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8E2E32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32373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7C710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909CB2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C453D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D043E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DCAD47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4656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6DF14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CE29C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E2684B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BE929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80A551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70247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337E0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77F25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980AC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E2701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F2657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02A601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B61DF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9A94A8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E9BF74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06B26E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9C0554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293FA6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F92BA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5F2A3FA5"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75F2DF5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6F6B7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79AFA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9559A0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03C30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5D744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F43186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C0D187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D70E0A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E683D5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005188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E8BC80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861A4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AAAC5D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73F3C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5B5E0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32F26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896A2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2BA17C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82E532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38F72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86EEF5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E0E67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F5223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F2E756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45B67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1A7EBC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0DA9A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133577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AE851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7345A5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7B4C3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B26ECA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51E8B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59556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22D13C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65B785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E24F91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B751D3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6EE4E0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3418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CAACA9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005E0A48"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72D8796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B643C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C53F22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B7DA48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E1E7BB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7D8BE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6DD88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2181C7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209E4C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9A08A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49AF6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5D9DA2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920AA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B0798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F324C8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7AF1B9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3C1E79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0DF4CA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18B60C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0BA2A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6BE48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2A066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D44CEC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BD599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22309F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5430CB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4BD89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0C017D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5F023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BE609B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310BC9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41F4B9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A3A0D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5D754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68E83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AA1E53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FE266C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B8D182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EE3D3B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53D63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F2B81C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31E66E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262C0E6D"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32BD0A4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940206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27289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54E072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74F6C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B2CE09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3B059F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F784E8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690C7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A1054B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F8F241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68228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3017A4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BC921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3E55D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70549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69771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09EE6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0C428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F61361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64222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F7E6B3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FE3CFE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ACCB1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CF7B48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5D4847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4EAADB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16E8D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BEF9C7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252F7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3F724C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4B416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1182AF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73406F7"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1FBFA0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AB40FF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D5A21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6B8360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FCA28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F4BB0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0B9255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9DB1E7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r w:rsidR="00363F88" w:rsidRPr="007D6142" w14:paraId="338D4B1E" w14:textId="77777777" w:rsidTr="00363F88">
        <w:trPr>
          <w:trHeight w:val="300"/>
          <w:jc w:val="center"/>
        </w:trPr>
        <w:tc>
          <w:tcPr>
            <w:tcW w:w="140" w:type="dxa"/>
            <w:tcBorders>
              <w:top w:val="nil"/>
              <w:left w:val="single" w:sz="4" w:space="0" w:color="auto"/>
              <w:bottom w:val="single" w:sz="4" w:space="0" w:color="auto"/>
              <w:right w:val="single" w:sz="4" w:space="0" w:color="auto"/>
            </w:tcBorders>
            <w:shd w:val="clear" w:color="auto" w:fill="auto"/>
            <w:noWrap/>
            <w:vAlign w:val="center"/>
            <w:hideMark/>
          </w:tcPr>
          <w:p w14:paraId="03322D9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70C947C"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8A9389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EEC8D5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3F6002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F713DC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65AB73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133388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50C8FC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DF56F82"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BC3B0D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D6526C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C8CF94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7431A7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45B17A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5A6518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0891AFC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811777A"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1216BC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A30465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079FB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4882CF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730E920"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6C46B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6E1CF5E"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7FDD30C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3A4FDC9"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BA8EA8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A3AF79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3949E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7D5DC6B"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275CE1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1C70EED3"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386E8A6"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997F38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5669055"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ABBE43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553016C8"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30E6E4F4"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24EA2681"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45D3EFBD"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c>
          <w:tcPr>
            <w:tcW w:w="140" w:type="dxa"/>
            <w:tcBorders>
              <w:top w:val="nil"/>
              <w:left w:val="nil"/>
              <w:bottom w:val="single" w:sz="4" w:space="0" w:color="auto"/>
              <w:right w:val="single" w:sz="4" w:space="0" w:color="auto"/>
            </w:tcBorders>
            <w:shd w:val="clear" w:color="auto" w:fill="auto"/>
            <w:noWrap/>
            <w:vAlign w:val="center"/>
            <w:hideMark/>
          </w:tcPr>
          <w:p w14:paraId="6EA10D6F" w14:textId="77777777" w:rsidR="00363F88" w:rsidRPr="007D6142" w:rsidRDefault="00363F88" w:rsidP="00514872">
            <w:pPr>
              <w:spacing w:after="0" w:line="240" w:lineRule="auto"/>
              <w:jc w:val="center"/>
              <w:rPr>
                <w:rFonts w:ascii="Aptos Narrow" w:eastAsia="Times New Roman" w:hAnsi="Aptos Narrow" w:cs="Times New Roman"/>
                <w:color w:val="000000"/>
                <w:sz w:val="8"/>
                <w:szCs w:val="8"/>
              </w:rPr>
            </w:pPr>
            <w:r w:rsidRPr="007D6142">
              <w:rPr>
                <w:rFonts w:ascii="Aptos Narrow" w:eastAsia="Times New Roman" w:hAnsi="Aptos Narrow" w:cs="Times New Roman"/>
                <w:color w:val="000000"/>
                <w:sz w:val="8"/>
                <w:szCs w:val="8"/>
              </w:rPr>
              <w:t> </w:t>
            </w:r>
          </w:p>
        </w:tc>
      </w:tr>
    </w:tbl>
    <w:p w14:paraId="4E879809" w14:textId="77777777" w:rsidR="00363F88" w:rsidRDefault="00363F88" w:rsidP="00363F88"/>
    <w:p w14:paraId="338DD39F" w14:textId="77777777" w:rsidR="000E6E88" w:rsidRPr="000E6E88" w:rsidRDefault="000E6E88" w:rsidP="000E6E88"/>
    <w:sectPr w:rsidR="000E6E88" w:rsidRPr="000E6E88" w:rsidSect="005F720F">
      <w:headerReference w:type="default" r:id="rId7"/>
      <w:footerReference w:type="default" r:id="rId8"/>
      <w:headerReference w:type="first" r:id="rId9"/>
      <w:footerReference w:type="first" r:id="rId10"/>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527F1" w14:textId="77777777" w:rsidR="00FC4375" w:rsidRDefault="00FC4375" w:rsidP="00FA61C8">
      <w:pPr>
        <w:spacing w:after="0" w:line="240" w:lineRule="auto"/>
      </w:pPr>
      <w:r>
        <w:separator/>
      </w:r>
    </w:p>
  </w:endnote>
  <w:endnote w:type="continuationSeparator" w:id="0">
    <w:p w14:paraId="2EA13BA9" w14:textId="77777777" w:rsidR="00FC4375" w:rsidRDefault="00FC4375" w:rsidP="00FA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D2D8" w14:textId="77777777" w:rsidR="00DB1148" w:rsidRDefault="00DB1148" w:rsidP="00DB1148">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00F88C34" w14:textId="77777777" w:rsidR="00DB1148" w:rsidRDefault="00000000" w:rsidP="00DB1148">
    <w:pPr>
      <w:pStyle w:val="Footer"/>
      <w:ind w:left="4680" w:firstLine="4680"/>
    </w:pPr>
    <w:sdt>
      <w:sdtPr>
        <w:id w:val="-1253662966"/>
        <w:docPartObj>
          <w:docPartGallery w:val="Page Numbers (Bottom of Page)"/>
          <w:docPartUnique/>
        </w:docPartObj>
      </w:sdtPr>
      <w:sdtContent>
        <w:sdt>
          <w:sdtPr>
            <w:id w:val="-1386248171"/>
            <w:docPartObj>
              <w:docPartGallery w:val="Page Numbers (Top of Page)"/>
              <w:docPartUnique/>
            </w:docPartObj>
          </w:sdtPr>
          <w:sdtContent>
            <w:r w:rsidR="00DB1148">
              <w:t xml:space="preserve">Page </w:t>
            </w:r>
            <w:r w:rsidR="00DB1148">
              <w:rPr>
                <w:b/>
                <w:bCs/>
              </w:rPr>
              <w:fldChar w:fldCharType="begin"/>
            </w:r>
            <w:r w:rsidR="00DB1148">
              <w:rPr>
                <w:b/>
                <w:bCs/>
              </w:rPr>
              <w:instrText xml:space="preserve"> PAGE </w:instrText>
            </w:r>
            <w:r w:rsidR="00DB1148">
              <w:rPr>
                <w:b/>
                <w:bCs/>
              </w:rPr>
              <w:fldChar w:fldCharType="separate"/>
            </w:r>
            <w:r w:rsidR="00DB1148">
              <w:rPr>
                <w:b/>
                <w:bCs/>
              </w:rPr>
              <w:t>1</w:t>
            </w:r>
            <w:r w:rsidR="00DB1148">
              <w:rPr>
                <w:b/>
                <w:bCs/>
              </w:rPr>
              <w:fldChar w:fldCharType="end"/>
            </w:r>
            <w:r w:rsidR="00DB1148">
              <w:t xml:space="preserve"> of </w:t>
            </w:r>
            <w:r w:rsidR="00DB1148">
              <w:rPr>
                <w:b/>
                <w:bCs/>
              </w:rPr>
              <w:fldChar w:fldCharType="begin"/>
            </w:r>
            <w:r w:rsidR="00DB1148">
              <w:rPr>
                <w:b/>
                <w:bCs/>
              </w:rPr>
              <w:instrText xml:space="preserve"> NUMPAGES  </w:instrText>
            </w:r>
            <w:r w:rsidR="00DB1148">
              <w:rPr>
                <w:b/>
                <w:bCs/>
              </w:rPr>
              <w:fldChar w:fldCharType="separate"/>
            </w:r>
            <w:r w:rsidR="00DB1148">
              <w:rPr>
                <w:b/>
                <w:bCs/>
              </w:rPr>
              <w:t>3</w:t>
            </w:r>
            <w:r w:rsidR="00DB1148">
              <w:rPr>
                <w:b/>
                <w:bCs/>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D343" w14:textId="77777777" w:rsidR="005F720F" w:rsidRDefault="005F720F" w:rsidP="005F720F">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01778B8F" w14:textId="77777777" w:rsidR="005F720F" w:rsidRDefault="00000000" w:rsidP="005F720F">
    <w:pPr>
      <w:pStyle w:val="Footer"/>
      <w:ind w:left="4680" w:firstLine="4680"/>
    </w:pPr>
    <w:sdt>
      <w:sdtPr>
        <w:id w:val="-2112657195"/>
        <w:docPartObj>
          <w:docPartGallery w:val="Page Numbers (Bottom of Page)"/>
          <w:docPartUnique/>
        </w:docPartObj>
      </w:sdtPr>
      <w:sdtContent>
        <w:sdt>
          <w:sdtPr>
            <w:id w:val="-1705238520"/>
            <w:docPartObj>
              <w:docPartGallery w:val="Page Numbers (Top of Page)"/>
              <w:docPartUnique/>
            </w:docPartObj>
          </w:sdtPr>
          <w:sdtContent>
            <w:r w:rsidR="005F720F">
              <w:t xml:space="preserve">Page </w:t>
            </w:r>
            <w:r w:rsidR="005F720F">
              <w:rPr>
                <w:b/>
                <w:bCs/>
              </w:rPr>
              <w:fldChar w:fldCharType="begin"/>
            </w:r>
            <w:r w:rsidR="005F720F">
              <w:rPr>
                <w:b/>
                <w:bCs/>
              </w:rPr>
              <w:instrText xml:space="preserve"> PAGE </w:instrText>
            </w:r>
            <w:r w:rsidR="005F720F">
              <w:rPr>
                <w:b/>
                <w:bCs/>
              </w:rPr>
              <w:fldChar w:fldCharType="separate"/>
            </w:r>
            <w:r w:rsidR="005F720F">
              <w:rPr>
                <w:b/>
                <w:bCs/>
              </w:rPr>
              <w:t>1</w:t>
            </w:r>
            <w:r w:rsidR="005F720F">
              <w:rPr>
                <w:b/>
                <w:bCs/>
              </w:rPr>
              <w:fldChar w:fldCharType="end"/>
            </w:r>
            <w:r w:rsidR="005F720F">
              <w:t xml:space="preserve"> of </w:t>
            </w:r>
            <w:r w:rsidR="005F720F">
              <w:rPr>
                <w:b/>
                <w:bCs/>
              </w:rPr>
              <w:fldChar w:fldCharType="begin"/>
            </w:r>
            <w:r w:rsidR="005F720F">
              <w:rPr>
                <w:b/>
                <w:bCs/>
              </w:rPr>
              <w:instrText xml:space="preserve"> NUMPAGES  </w:instrText>
            </w:r>
            <w:r w:rsidR="005F720F">
              <w:rPr>
                <w:b/>
                <w:bCs/>
              </w:rPr>
              <w:fldChar w:fldCharType="separate"/>
            </w:r>
            <w:r w:rsidR="005F720F">
              <w:rPr>
                <w:b/>
                <w:bCs/>
              </w:rPr>
              <w:t>15</w:t>
            </w:r>
            <w:r w:rsidR="005F720F">
              <w:rPr>
                <w:b/>
                <w:bCs/>
              </w:rPr>
              <w:fldChar w:fldCharType="end"/>
            </w:r>
          </w:sdtContent>
        </w:sdt>
      </w:sdtContent>
    </w:sdt>
  </w:p>
  <w:p w14:paraId="59EE5E3D" w14:textId="77777777" w:rsidR="001475B5" w:rsidRDefault="00147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0E99A" w14:textId="77777777" w:rsidR="00FC4375" w:rsidRDefault="00FC4375" w:rsidP="00FA61C8">
      <w:pPr>
        <w:spacing w:after="0" w:line="240" w:lineRule="auto"/>
      </w:pPr>
      <w:r>
        <w:separator/>
      </w:r>
    </w:p>
  </w:footnote>
  <w:footnote w:type="continuationSeparator" w:id="0">
    <w:p w14:paraId="61C19F6B" w14:textId="77777777" w:rsidR="00FC4375" w:rsidRDefault="00FC4375" w:rsidP="00FA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88AB" w14:textId="6957DB27" w:rsidR="00FA61C8" w:rsidRDefault="00FA61C8" w:rsidP="00FA61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3BBA" w14:textId="6CB287D2" w:rsidR="001475B5" w:rsidRDefault="005F720F" w:rsidP="005F720F">
    <w:pPr>
      <w:pStyle w:val="Header"/>
      <w:jc w:val="center"/>
    </w:pPr>
    <w:r>
      <w:rPr>
        <w:noProof/>
      </w:rPr>
      <w:drawing>
        <wp:inline distT="0" distB="0" distL="0" distR="0" wp14:anchorId="1811764F" wp14:editId="70F46147">
          <wp:extent cx="1752600" cy="1752600"/>
          <wp:effectExtent l="0" t="0" r="0" b="0"/>
          <wp:docPr id="4" name="Picture 4" descr="A logo for a h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om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AEAA3B28"/>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AD243A"/>
    <w:multiLevelType w:val="multilevel"/>
    <w:tmpl w:val="FF48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4B2FD7"/>
    <w:multiLevelType w:val="multilevel"/>
    <w:tmpl w:val="2BF6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1F1A99"/>
    <w:multiLevelType w:val="multilevel"/>
    <w:tmpl w:val="1FC89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DD797E"/>
    <w:multiLevelType w:val="multilevel"/>
    <w:tmpl w:val="6DE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AC54A2"/>
    <w:multiLevelType w:val="hybridMultilevel"/>
    <w:tmpl w:val="DDE2B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7047D1"/>
    <w:multiLevelType w:val="multilevel"/>
    <w:tmpl w:val="9D4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CD2207"/>
    <w:multiLevelType w:val="multilevel"/>
    <w:tmpl w:val="58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9180723">
    <w:abstractNumId w:val="6"/>
  </w:num>
  <w:num w:numId="2" w16cid:durableId="815219131">
    <w:abstractNumId w:val="13"/>
  </w:num>
  <w:num w:numId="3" w16cid:durableId="1691909695">
    <w:abstractNumId w:val="9"/>
  </w:num>
  <w:num w:numId="4" w16cid:durableId="1618565015">
    <w:abstractNumId w:val="11"/>
  </w:num>
  <w:num w:numId="5" w16cid:durableId="331418257">
    <w:abstractNumId w:val="10"/>
  </w:num>
  <w:num w:numId="6" w16cid:durableId="717707543">
    <w:abstractNumId w:val="14"/>
  </w:num>
  <w:num w:numId="7" w16cid:durableId="1169635824">
    <w:abstractNumId w:val="12"/>
  </w:num>
  <w:num w:numId="8" w16cid:durableId="1833522692">
    <w:abstractNumId w:val="15"/>
  </w:num>
  <w:num w:numId="9" w16cid:durableId="1022240397">
    <w:abstractNumId w:val="8"/>
  </w:num>
  <w:num w:numId="10" w16cid:durableId="399332912">
    <w:abstractNumId w:val="5"/>
  </w:num>
  <w:num w:numId="11" w16cid:durableId="853959981">
    <w:abstractNumId w:val="4"/>
  </w:num>
  <w:num w:numId="12" w16cid:durableId="448862015">
    <w:abstractNumId w:val="7"/>
  </w:num>
  <w:num w:numId="13" w16cid:durableId="377094529">
    <w:abstractNumId w:val="3"/>
  </w:num>
  <w:num w:numId="14" w16cid:durableId="1982342599">
    <w:abstractNumId w:val="2"/>
  </w:num>
  <w:num w:numId="15" w16cid:durableId="693923220">
    <w:abstractNumId w:val="1"/>
  </w:num>
  <w:num w:numId="16" w16cid:durableId="39558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07"/>
    <w:rsid w:val="00031762"/>
    <w:rsid w:val="00050C46"/>
    <w:rsid w:val="00071BBB"/>
    <w:rsid w:val="000E6E88"/>
    <w:rsid w:val="001066BE"/>
    <w:rsid w:val="001475B5"/>
    <w:rsid w:val="001B2D99"/>
    <w:rsid w:val="002208A9"/>
    <w:rsid w:val="002426A7"/>
    <w:rsid w:val="0029711F"/>
    <w:rsid w:val="002B6A1D"/>
    <w:rsid w:val="002C76A7"/>
    <w:rsid w:val="00333A12"/>
    <w:rsid w:val="00344807"/>
    <w:rsid w:val="00363F88"/>
    <w:rsid w:val="003C02F6"/>
    <w:rsid w:val="003F19D6"/>
    <w:rsid w:val="00403980"/>
    <w:rsid w:val="00426133"/>
    <w:rsid w:val="0048782E"/>
    <w:rsid w:val="004F68F4"/>
    <w:rsid w:val="00506121"/>
    <w:rsid w:val="00510FC8"/>
    <w:rsid w:val="0057699E"/>
    <w:rsid w:val="00581CA7"/>
    <w:rsid w:val="00586BD9"/>
    <w:rsid w:val="00597D99"/>
    <w:rsid w:val="005C47E9"/>
    <w:rsid w:val="005F720F"/>
    <w:rsid w:val="0060249E"/>
    <w:rsid w:val="006235A1"/>
    <w:rsid w:val="00630E72"/>
    <w:rsid w:val="006424AA"/>
    <w:rsid w:val="00694C4A"/>
    <w:rsid w:val="007465AC"/>
    <w:rsid w:val="00751CB8"/>
    <w:rsid w:val="007669A2"/>
    <w:rsid w:val="007D084D"/>
    <w:rsid w:val="007E7752"/>
    <w:rsid w:val="00823FB4"/>
    <w:rsid w:val="008A44E8"/>
    <w:rsid w:val="008E561C"/>
    <w:rsid w:val="00917007"/>
    <w:rsid w:val="009260F3"/>
    <w:rsid w:val="00932950"/>
    <w:rsid w:val="00944C76"/>
    <w:rsid w:val="00955E49"/>
    <w:rsid w:val="009A4C00"/>
    <w:rsid w:val="009C12BA"/>
    <w:rsid w:val="009C32C6"/>
    <w:rsid w:val="00A8174F"/>
    <w:rsid w:val="00A84980"/>
    <w:rsid w:val="00AB13F1"/>
    <w:rsid w:val="00AD2EAC"/>
    <w:rsid w:val="00AF21A6"/>
    <w:rsid w:val="00B03918"/>
    <w:rsid w:val="00B055F3"/>
    <w:rsid w:val="00B41AC5"/>
    <w:rsid w:val="00B535C5"/>
    <w:rsid w:val="00B56C4D"/>
    <w:rsid w:val="00B675C0"/>
    <w:rsid w:val="00B83CE2"/>
    <w:rsid w:val="00BB5639"/>
    <w:rsid w:val="00BE392A"/>
    <w:rsid w:val="00C939B0"/>
    <w:rsid w:val="00CD61D5"/>
    <w:rsid w:val="00D4587A"/>
    <w:rsid w:val="00D51526"/>
    <w:rsid w:val="00D75E66"/>
    <w:rsid w:val="00D80758"/>
    <w:rsid w:val="00DB1148"/>
    <w:rsid w:val="00DE73C3"/>
    <w:rsid w:val="00E86BA9"/>
    <w:rsid w:val="00EC7731"/>
    <w:rsid w:val="00EF4736"/>
    <w:rsid w:val="00F473B0"/>
    <w:rsid w:val="00F55D83"/>
    <w:rsid w:val="00F84CAC"/>
    <w:rsid w:val="00F9440D"/>
    <w:rsid w:val="00FA61C8"/>
    <w:rsid w:val="00FC2075"/>
    <w:rsid w:val="00FC4375"/>
    <w:rsid w:val="00FE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1389"/>
  <w15:chartTrackingRefBased/>
  <w15:docId w15:val="{18FC8692-4951-441F-A2C0-93F397FF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4AA"/>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448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448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4480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80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4480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4480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4480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4480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4480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4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4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807"/>
    <w:rPr>
      <w:rFonts w:eastAsiaTheme="majorEastAsia" w:cstheme="majorBidi"/>
      <w:color w:val="272727" w:themeColor="text1" w:themeTint="D8"/>
    </w:rPr>
  </w:style>
  <w:style w:type="paragraph" w:styleId="Title">
    <w:name w:val="Title"/>
    <w:basedOn w:val="Normal"/>
    <w:next w:val="Normal"/>
    <w:link w:val="TitleChar"/>
    <w:uiPriority w:val="10"/>
    <w:qFormat/>
    <w:rsid w:val="0034480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4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80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807"/>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44807"/>
    <w:rPr>
      <w:i/>
      <w:iCs/>
      <w:color w:val="404040" w:themeColor="text1" w:themeTint="BF"/>
    </w:rPr>
  </w:style>
  <w:style w:type="paragraph" w:styleId="ListParagraph">
    <w:name w:val="List Paragraph"/>
    <w:basedOn w:val="Normal"/>
    <w:uiPriority w:val="34"/>
    <w:qFormat/>
    <w:rsid w:val="00344807"/>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344807"/>
    <w:rPr>
      <w:i/>
      <w:iCs/>
      <w:color w:val="0F4761" w:themeColor="accent1" w:themeShade="BF"/>
    </w:rPr>
  </w:style>
  <w:style w:type="paragraph" w:styleId="IntenseQuote">
    <w:name w:val="Intense Quote"/>
    <w:basedOn w:val="Normal"/>
    <w:next w:val="Normal"/>
    <w:link w:val="IntenseQuoteChar"/>
    <w:uiPriority w:val="30"/>
    <w:qFormat/>
    <w:rsid w:val="003448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44807"/>
    <w:rPr>
      <w:i/>
      <w:iCs/>
      <w:color w:val="0F4761" w:themeColor="accent1" w:themeShade="BF"/>
    </w:rPr>
  </w:style>
  <w:style w:type="character" w:styleId="IntenseReference">
    <w:name w:val="Intense Reference"/>
    <w:basedOn w:val="DefaultParagraphFont"/>
    <w:uiPriority w:val="32"/>
    <w:qFormat/>
    <w:rsid w:val="00344807"/>
    <w:rPr>
      <w:b/>
      <w:bCs/>
      <w:smallCaps/>
      <w:color w:val="0F4761" w:themeColor="accent1" w:themeShade="BF"/>
      <w:spacing w:val="5"/>
    </w:rPr>
  </w:style>
  <w:style w:type="paragraph" w:styleId="NormalWeb">
    <w:name w:val="Normal (Web)"/>
    <w:basedOn w:val="Normal"/>
    <w:uiPriority w:val="99"/>
    <w:semiHidden/>
    <w:unhideWhenUsed/>
    <w:rsid w:val="007465AC"/>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HeaderChar">
    <w:name w:val="Header Char"/>
    <w:basedOn w:val="DefaultParagraphFont"/>
    <w:link w:val="Header"/>
    <w:uiPriority w:val="99"/>
    <w:rsid w:val="00FA61C8"/>
  </w:style>
  <w:style w:type="paragraph" w:styleId="Footer">
    <w:name w:val="footer"/>
    <w:basedOn w:val="Normal"/>
    <w:link w:val="Foot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FooterChar">
    <w:name w:val="Footer Char"/>
    <w:basedOn w:val="DefaultParagraphFont"/>
    <w:link w:val="Footer"/>
    <w:uiPriority w:val="99"/>
    <w:rsid w:val="00FA61C8"/>
  </w:style>
  <w:style w:type="paragraph" w:styleId="ListBullet2">
    <w:name w:val="List Bullet 2"/>
    <w:basedOn w:val="Normal"/>
    <w:uiPriority w:val="99"/>
    <w:unhideWhenUsed/>
    <w:rsid w:val="00FA61C8"/>
    <w:pPr>
      <w:numPr>
        <w:numId w:val="1"/>
      </w:numPr>
      <w:contextualSpacing/>
    </w:pPr>
  </w:style>
  <w:style w:type="character" w:styleId="Hyperlink">
    <w:name w:val="Hyperlink"/>
    <w:basedOn w:val="DefaultParagraphFont"/>
    <w:uiPriority w:val="99"/>
    <w:unhideWhenUsed/>
    <w:rsid w:val="00FA61C8"/>
    <w:rPr>
      <w:color w:val="467886" w:themeColor="hyperlink"/>
      <w:u w:val="single"/>
    </w:rPr>
  </w:style>
  <w:style w:type="character" w:styleId="UnresolvedMention">
    <w:name w:val="Unresolved Mention"/>
    <w:basedOn w:val="DefaultParagraphFont"/>
    <w:uiPriority w:val="99"/>
    <w:semiHidden/>
    <w:unhideWhenUsed/>
    <w:rsid w:val="00FA61C8"/>
    <w:rPr>
      <w:color w:val="605E5C"/>
      <w:shd w:val="clear" w:color="auto" w:fill="E1DFDD"/>
    </w:rPr>
  </w:style>
  <w:style w:type="table" w:styleId="TableGrid">
    <w:name w:val="Table Grid"/>
    <w:basedOn w:val="TableNormal"/>
    <w:uiPriority w:val="59"/>
    <w:rsid w:val="008A44E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235A1"/>
    <w:rPr>
      <w:b/>
      <w:bCs/>
    </w:rPr>
  </w:style>
  <w:style w:type="character" w:styleId="Emphasis">
    <w:name w:val="Emphasis"/>
    <w:basedOn w:val="DefaultParagraphFont"/>
    <w:uiPriority w:val="20"/>
    <w:qFormat/>
    <w:rsid w:val="006235A1"/>
    <w:rPr>
      <w:i/>
      <w:iCs/>
    </w:rPr>
  </w:style>
  <w:style w:type="paragraph" w:styleId="NoSpacing">
    <w:name w:val="No Spacing"/>
    <w:uiPriority w:val="1"/>
    <w:qFormat/>
    <w:rsid w:val="00363F88"/>
    <w:pPr>
      <w:spacing w:after="0" w:line="240" w:lineRule="auto"/>
    </w:pPr>
    <w:rPr>
      <w:rFonts w:eastAsiaTheme="minorEastAsia"/>
      <w:kern w:val="0"/>
      <w:sz w:val="22"/>
      <w:szCs w:val="22"/>
      <w14:ligatures w14:val="none"/>
    </w:rPr>
  </w:style>
  <w:style w:type="paragraph" w:styleId="BodyText">
    <w:name w:val="Body Text"/>
    <w:basedOn w:val="Normal"/>
    <w:link w:val="BodyTextChar"/>
    <w:uiPriority w:val="99"/>
    <w:unhideWhenUsed/>
    <w:rsid w:val="00363F88"/>
    <w:pPr>
      <w:spacing w:after="120"/>
    </w:pPr>
    <w:rPr>
      <w:rFonts w:ascii="Calibri" w:eastAsia="Calibri" w:hAnsi="Calibri"/>
    </w:rPr>
  </w:style>
  <w:style w:type="character" w:customStyle="1" w:styleId="BodyTextChar">
    <w:name w:val="Body Text Char"/>
    <w:basedOn w:val="DefaultParagraphFont"/>
    <w:link w:val="BodyText"/>
    <w:uiPriority w:val="99"/>
    <w:rsid w:val="00363F88"/>
    <w:rPr>
      <w:rFonts w:ascii="Calibri" w:eastAsia="Calibri" w:hAnsi="Calibri"/>
      <w:kern w:val="0"/>
      <w:sz w:val="22"/>
      <w:szCs w:val="22"/>
      <w14:ligatures w14:val="none"/>
    </w:rPr>
  </w:style>
  <w:style w:type="paragraph" w:styleId="BodyText2">
    <w:name w:val="Body Text 2"/>
    <w:basedOn w:val="Normal"/>
    <w:link w:val="BodyText2Char"/>
    <w:uiPriority w:val="99"/>
    <w:unhideWhenUsed/>
    <w:rsid w:val="00363F88"/>
    <w:pPr>
      <w:spacing w:after="120" w:line="480" w:lineRule="auto"/>
    </w:pPr>
    <w:rPr>
      <w:rFonts w:ascii="Calibri" w:eastAsia="Calibri" w:hAnsi="Calibri"/>
    </w:rPr>
  </w:style>
  <w:style w:type="character" w:customStyle="1" w:styleId="BodyText2Char">
    <w:name w:val="Body Text 2 Char"/>
    <w:basedOn w:val="DefaultParagraphFont"/>
    <w:link w:val="BodyText2"/>
    <w:uiPriority w:val="99"/>
    <w:rsid w:val="00363F88"/>
    <w:rPr>
      <w:rFonts w:ascii="Calibri" w:eastAsia="Calibri" w:hAnsi="Calibri"/>
      <w:kern w:val="0"/>
      <w:sz w:val="22"/>
      <w:szCs w:val="22"/>
      <w14:ligatures w14:val="none"/>
    </w:rPr>
  </w:style>
  <w:style w:type="paragraph" w:styleId="BodyText3">
    <w:name w:val="Body Text 3"/>
    <w:basedOn w:val="Normal"/>
    <w:link w:val="BodyText3Char"/>
    <w:uiPriority w:val="99"/>
    <w:unhideWhenUsed/>
    <w:rsid w:val="00363F88"/>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363F88"/>
    <w:rPr>
      <w:rFonts w:ascii="Calibri" w:eastAsia="Calibri" w:hAnsi="Calibri"/>
      <w:kern w:val="0"/>
      <w:sz w:val="16"/>
      <w:szCs w:val="16"/>
      <w14:ligatures w14:val="none"/>
    </w:rPr>
  </w:style>
  <w:style w:type="paragraph" w:styleId="List">
    <w:name w:val="List"/>
    <w:basedOn w:val="Normal"/>
    <w:uiPriority w:val="99"/>
    <w:unhideWhenUsed/>
    <w:rsid w:val="00363F88"/>
    <w:pPr>
      <w:ind w:left="360" w:hanging="360"/>
      <w:contextualSpacing/>
    </w:pPr>
    <w:rPr>
      <w:rFonts w:ascii="Calibri" w:eastAsia="Calibri" w:hAnsi="Calibri"/>
    </w:rPr>
  </w:style>
  <w:style w:type="paragraph" w:styleId="List2">
    <w:name w:val="List 2"/>
    <w:basedOn w:val="Normal"/>
    <w:uiPriority w:val="99"/>
    <w:unhideWhenUsed/>
    <w:rsid w:val="00363F88"/>
    <w:pPr>
      <w:ind w:left="720" w:hanging="360"/>
      <w:contextualSpacing/>
    </w:pPr>
    <w:rPr>
      <w:rFonts w:ascii="Calibri" w:eastAsia="Calibri" w:hAnsi="Calibri"/>
    </w:rPr>
  </w:style>
  <w:style w:type="paragraph" w:styleId="List3">
    <w:name w:val="List 3"/>
    <w:basedOn w:val="Normal"/>
    <w:uiPriority w:val="99"/>
    <w:unhideWhenUsed/>
    <w:rsid w:val="00363F88"/>
    <w:pPr>
      <w:ind w:left="1080" w:hanging="360"/>
      <w:contextualSpacing/>
    </w:pPr>
    <w:rPr>
      <w:rFonts w:ascii="Calibri" w:eastAsia="Calibri" w:hAnsi="Calibri"/>
    </w:rPr>
  </w:style>
  <w:style w:type="paragraph" w:styleId="ListBullet">
    <w:name w:val="List Bullet"/>
    <w:basedOn w:val="Normal"/>
    <w:uiPriority w:val="99"/>
    <w:unhideWhenUsed/>
    <w:rsid w:val="00363F88"/>
    <w:pPr>
      <w:numPr>
        <w:numId w:val="9"/>
      </w:numPr>
      <w:contextualSpacing/>
    </w:pPr>
    <w:rPr>
      <w:rFonts w:ascii="Calibri" w:eastAsia="Calibri" w:hAnsi="Calibri"/>
    </w:rPr>
  </w:style>
  <w:style w:type="paragraph" w:styleId="ListBullet3">
    <w:name w:val="List Bullet 3"/>
    <w:basedOn w:val="Normal"/>
    <w:uiPriority w:val="99"/>
    <w:unhideWhenUsed/>
    <w:rsid w:val="00363F88"/>
    <w:pPr>
      <w:numPr>
        <w:numId w:val="10"/>
      </w:numPr>
      <w:contextualSpacing/>
    </w:pPr>
    <w:rPr>
      <w:rFonts w:ascii="Calibri" w:eastAsia="Calibri" w:hAnsi="Calibri"/>
    </w:rPr>
  </w:style>
  <w:style w:type="paragraph" w:styleId="ListNumber">
    <w:name w:val="List Number"/>
    <w:basedOn w:val="Normal"/>
    <w:uiPriority w:val="99"/>
    <w:unhideWhenUsed/>
    <w:rsid w:val="00363F88"/>
    <w:pPr>
      <w:numPr>
        <w:numId w:val="12"/>
      </w:numPr>
      <w:contextualSpacing/>
    </w:pPr>
    <w:rPr>
      <w:rFonts w:ascii="Calibri" w:eastAsia="Calibri" w:hAnsi="Calibri"/>
    </w:rPr>
  </w:style>
  <w:style w:type="paragraph" w:styleId="ListNumber2">
    <w:name w:val="List Number 2"/>
    <w:basedOn w:val="Normal"/>
    <w:uiPriority w:val="99"/>
    <w:unhideWhenUsed/>
    <w:rsid w:val="00363F88"/>
    <w:pPr>
      <w:numPr>
        <w:numId w:val="13"/>
      </w:numPr>
      <w:contextualSpacing/>
    </w:pPr>
    <w:rPr>
      <w:rFonts w:ascii="Calibri" w:eastAsia="Calibri" w:hAnsi="Calibri"/>
    </w:rPr>
  </w:style>
  <w:style w:type="paragraph" w:styleId="ListNumber3">
    <w:name w:val="List Number 3"/>
    <w:basedOn w:val="Normal"/>
    <w:uiPriority w:val="99"/>
    <w:unhideWhenUsed/>
    <w:rsid w:val="00363F88"/>
    <w:pPr>
      <w:numPr>
        <w:numId w:val="14"/>
      </w:numPr>
      <w:contextualSpacing/>
    </w:pPr>
    <w:rPr>
      <w:rFonts w:ascii="Calibri" w:eastAsia="Calibri" w:hAnsi="Calibri"/>
    </w:rPr>
  </w:style>
  <w:style w:type="paragraph" w:styleId="ListContinue">
    <w:name w:val="List Continue"/>
    <w:basedOn w:val="Normal"/>
    <w:uiPriority w:val="99"/>
    <w:unhideWhenUsed/>
    <w:rsid w:val="00363F88"/>
    <w:pPr>
      <w:spacing w:after="120"/>
      <w:ind w:left="360"/>
      <w:contextualSpacing/>
    </w:pPr>
    <w:rPr>
      <w:rFonts w:ascii="Calibri" w:eastAsia="Calibri" w:hAnsi="Calibri"/>
    </w:rPr>
  </w:style>
  <w:style w:type="paragraph" w:styleId="ListContinue2">
    <w:name w:val="List Continue 2"/>
    <w:basedOn w:val="Normal"/>
    <w:uiPriority w:val="99"/>
    <w:unhideWhenUsed/>
    <w:rsid w:val="00363F88"/>
    <w:pPr>
      <w:spacing w:after="120"/>
      <w:ind w:left="720"/>
      <w:contextualSpacing/>
    </w:pPr>
    <w:rPr>
      <w:rFonts w:ascii="Calibri" w:eastAsia="Calibri" w:hAnsi="Calibri"/>
    </w:rPr>
  </w:style>
  <w:style w:type="paragraph" w:styleId="ListContinue3">
    <w:name w:val="List Continue 3"/>
    <w:basedOn w:val="Normal"/>
    <w:uiPriority w:val="99"/>
    <w:unhideWhenUsed/>
    <w:rsid w:val="00363F88"/>
    <w:pPr>
      <w:spacing w:after="120"/>
      <w:ind w:left="1080"/>
      <w:contextualSpacing/>
    </w:pPr>
    <w:rPr>
      <w:rFonts w:ascii="Calibri" w:eastAsia="Calibri" w:hAnsi="Calibri"/>
    </w:rPr>
  </w:style>
  <w:style w:type="paragraph" w:styleId="MacroText">
    <w:name w:val="macro"/>
    <w:link w:val="MacroTextChar"/>
    <w:uiPriority w:val="99"/>
    <w:unhideWhenUsed/>
    <w:rsid w:val="00363F8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MacroTextChar">
    <w:name w:val="Macro Text Char"/>
    <w:basedOn w:val="DefaultParagraphFont"/>
    <w:link w:val="MacroText"/>
    <w:uiPriority w:val="99"/>
    <w:rsid w:val="00363F88"/>
    <w:rPr>
      <w:rFonts w:ascii="Courier" w:eastAsiaTheme="minorEastAsia" w:hAnsi="Courier"/>
      <w:kern w:val="0"/>
      <w:sz w:val="20"/>
      <w:szCs w:val="20"/>
      <w14:ligatures w14:val="none"/>
    </w:rPr>
  </w:style>
  <w:style w:type="paragraph" w:styleId="Caption">
    <w:name w:val="caption"/>
    <w:basedOn w:val="Normal"/>
    <w:next w:val="Normal"/>
    <w:uiPriority w:val="35"/>
    <w:semiHidden/>
    <w:unhideWhenUsed/>
    <w:qFormat/>
    <w:rsid w:val="00363F88"/>
    <w:pPr>
      <w:spacing w:line="240" w:lineRule="auto"/>
    </w:pPr>
    <w:rPr>
      <w:rFonts w:ascii="Calibri" w:eastAsia="Calibri" w:hAnsi="Calibri"/>
      <w:b/>
      <w:bCs/>
      <w:color w:val="156082" w:themeColor="accent1"/>
      <w:sz w:val="18"/>
      <w:szCs w:val="18"/>
    </w:rPr>
  </w:style>
  <w:style w:type="character" w:styleId="SubtleEmphasis">
    <w:name w:val="Subtle Emphasis"/>
    <w:basedOn w:val="DefaultParagraphFont"/>
    <w:uiPriority w:val="19"/>
    <w:qFormat/>
    <w:rsid w:val="00363F88"/>
    <w:rPr>
      <w:i/>
      <w:iCs/>
      <w:color w:val="808080" w:themeColor="text1" w:themeTint="7F"/>
    </w:rPr>
  </w:style>
  <w:style w:type="character" w:styleId="SubtleReference">
    <w:name w:val="Subtle Reference"/>
    <w:basedOn w:val="DefaultParagraphFont"/>
    <w:uiPriority w:val="31"/>
    <w:qFormat/>
    <w:rsid w:val="00363F88"/>
    <w:rPr>
      <w:smallCaps/>
      <w:color w:val="E97132" w:themeColor="accent2"/>
      <w:u w:val="single"/>
    </w:rPr>
  </w:style>
  <w:style w:type="character" w:styleId="BookTitle">
    <w:name w:val="Book Title"/>
    <w:basedOn w:val="DefaultParagraphFont"/>
    <w:uiPriority w:val="33"/>
    <w:qFormat/>
    <w:rsid w:val="00363F88"/>
    <w:rPr>
      <w:b/>
      <w:bCs/>
      <w:smallCaps/>
      <w:spacing w:val="5"/>
    </w:rPr>
  </w:style>
  <w:style w:type="paragraph" w:styleId="TOCHeading">
    <w:name w:val="TOC Heading"/>
    <w:basedOn w:val="Heading1"/>
    <w:next w:val="Normal"/>
    <w:uiPriority w:val="39"/>
    <w:semiHidden/>
    <w:unhideWhenUsed/>
    <w:qFormat/>
    <w:rsid w:val="00363F88"/>
    <w:pPr>
      <w:spacing w:before="480" w:after="0" w:line="276" w:lineRule="auto"/>
      <w:outlineLvl w:val="9"/>
    </w:pPr>
    <w:rPr>
      <w:b/>
      <w:bCs/>
      <w:kern w:val="0"/>
      <w:sz w:val="28"/>
      <w:szCs w:val="28"/>
      <w14:ligatures w14:val="none"/>
    </w:rPr>
  </w:style>
  <w:style w:type="table" w:styleId="LightShading">
    <w:name w:val="Light Shading"/>
    <w:basedOn w:val="TableNormal"/>
    <w:uiPriority w:val="60"/>
    <w:rsid w:val="00363F88"/>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63F88"/>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363F88"/>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363F88"/>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363F88"/>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363F88"/>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363F88"/>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63F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63F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63F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63F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63F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63F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63F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63F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363F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363F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63F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363F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363F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363F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363F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363F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63F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63F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363F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363F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363F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363F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363F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363F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styleId="FollowedHyperlink">
    <w:name w:val="FollowedHyperlink"/>
    <w:basedOn w:val="DefaultParagraphFont"/>
    <w:uiPriority w:val="99"/>
    <w:semiHidden/>
    <w:unhideWhenUsed/>
    <w:rsid w:val="00363F88"/>
    <w:rPr>
      <w:color w:val="96607D"/>
      <w:u w:val="single"/>
    </w:rPr>
  </w:style>
  <w:style w:type="paragraph" w:customStyle="1" w:styleId="msonormal0">
    <w:name w:val="msonormal"/>
    <w:basedOn w:val="Normal"/>
    <w:rsid w:val="00363F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363F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6">
    <w:name w:val="xl66"/>
    <w:basedOn w:val="Normal"/>
    <w:rsid w:val="00363F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65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Lare</dc:creator>
  <cp:keywords/>
  <dc:description/>
  <cp:lastModifiedBy>Brent Lare</cp:lastModifiedBy>
  <cp:revision>2</cp:revision>
  <dcterms:created xsi:type="dcterms:W3CDTF">2026-05-26T15:58:00Z</dcterms:created>
  <dcterms:modified xsi:type="dcterms:W3CDTF">2026-05-26T15:58:00Z</dcterms:modified>
</cp:coreProperties>
</file>