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1AC9C" w14:textId="098DC8A3" w:rsidR="0091508D" w:rsidRDefault="00000000">
      <w:pPr>
        <w:pStyle w:val="Title"/>
      </w:pPr>
      <w:r>
        <w:t>Lea Bic Photography</w:t>
      </w:r>
      <w:r w:rsidR="007817D6">
        <w:t xml:space="preserve">                     </w:t>
      </w:r>
      <w:r w:rsidR="007817D6">
        <w:rPr>
          <w:noProof/>
        </w:rPr>
        <w:drawing>
          <wp:inline distT="0" distB="0" distL="0" distR="0" wp14:anchorId="4F9FC957" wp14:editId="14C57576">
            <wp:extent cx="1021080" cy="1021080"/>
            <wp:effectExtent l="0" t="0" r="7620" b="7620"/>
            <wp:docPr id="872126851" name="Picture 1" descr="A black circ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126851" name="Picture 1" descr="A black circle with white tex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1132" cy="102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27536" w14:textId="019A1FFA" w:rsidR="0091508D" w:rsidRDefault="00000000">
      <w:pPr>
        <w:pStyle w:val="Heading1"/>
      </w:pPr>
      <w:r>
        <w:t>Photography Services Agreement – Studio Sessions</w:t>
      </w:r>
    </w:p>
    <w:p w14:paraId="1F479321" w14:textId="77777777" w:rsidR="0091508D" w:rsidRDefault="0091508D"/>
    <w:p w14:paraId="17E40BDE" w14:textId="77777777" w:rsidR="0091508D" w:rsidRDefault="00000000">
      <w:r>
        <w:t>Welcome! This agreement outlines what you can expect when booking a photography session with Lea Bic Photography.</w:t>
      </w:r>
    </w:p>
    <w:p w14:paraId="22A803F0" w14:textId="77777777" w:rsidR="0091508D" w:rsidRDefault="00000000">
      <w:r>
        <w:t>It’s designed to keep everything clear, relaxed, and stress-free for both of us.</w:t>
      </w:r>
    </w:p>
    <w:p w14:paraId="22ABE22F" w14:textId="77777777" w:rsidR="0091508D" w:rsidRDefault="0091508D"/>
    <w:p w14:paraId="3710F04E" w14:textId="77777777" w:rsidR="0091508D" w:rsidRDefault="00000000">
      <w:r>
        <w:t>PHOTOGRAPHER</w:t>
      </w:r>
    </w:p>
    <w:p w14:paraId="1FDFA1E7" w14:textId="77777777" w:rsidR="0091508D" w:rsidRDefault="00000000">
      <w:r>
        <w:t>Lea Bic Photography</w:t>
      </w:r>
    </w:p>
    <w:p w14:paraId="6152CBEB" w14:textId="77777777" w:rsidR="0091508D" w:rsidRDefault="0091508D"/>
    <w:p w14:paraId="4065EEA2" w14:textId="77777777" w:rsidR="0091508D" w:rsidRDefault="00000000">
      <w:r>
        <w:t>CLIENT DETAILS</w:t>
      </w:r>
    </w:p>
    <w:p w14:paraId="218084C9" w14:textId="77777777" w:rsidR="0091508D" w:rsidRDefault="00000000">
      <w:r>
        <w:t>Full Name:</w:t>
      </w:r>
    </w:p>
    <w:p w14:paraId="5A72D4E1" w14:textId="77777777" w:rsidR="0091508D" w:rsidRDefault="00000000">
      <w:r>
        <w:t>Email:</w:t>
      </w:r>
    </w:p>
    <w:p w14:paraId="025DAEFB" w14:textId="77777777" w:rsidR="0091508D" w:rsidRDefault="00000000">
      <w:r>
        <w:t>Phone Number:</w:t>
      </w:r>
    </w:p>
    <w:p w14:paraId="5F0E9498" w14:textId="77777777" w:rsidR="0091508D" w:rsidRDefault="0091508D"/>
    <w:p w14:paraId="4D677B03" w14:textId="77777777" w:rsidR="0091508D" w:rsidRDefault="00000000">
      <w:r>
        <w:t>SESSION DETAILS</w:t>
      </w:r>
    </w:p>
    <w:p w14:paraId="15E7133C" w14:textId="77777777" w:rsidR="0091508D" w:rsidRDefault="00000000">
      <w:r>
        <w:t>Session Type:</w:t>
      </w:r>
    </w:p>
    <w:p w14:paraId="5CD9A2E9" w14:textId="77777777" w:rsidR="0091508D" w:rsidRDefault="00000000">
      <w:r>
        <w:t>Session Date:</w:t>
      </w:r>
    </w:p>
    <w:p w14:paraId="244BB4BD" w14:textId="77777777" w:rsidR="0091508D" w:rsidRDefault="00000000">
      <w:r>
        <w:t>Session Location:</w:t>
      </w:r>
    </w:p>
    <w:p w14:paraId="07618650" w14:textId="77777777" w:rsidR="0091508D" w:rsidRDefault="00000000">
      <w:r>
        <w:t>Session Start Time &amp; Duration:</w:t>
      </w:r>
    </w:p>
    <w:p w14:paraId="436A61C3" w14:textId="77777777" w:rsidR="0091508D" w:rsidRDefault="0091508D"/>
    <w:p w14:paraId="6335403E" w14:textId="77777777" w:rsidR="0091508D" w:rsidRDefault="00000000">
      <w:r>
        <w:t>FEES &amp; PAYMENT</w:t>
      </w:r>
    </w:p>
    <w:p w14:paraId="0CEE7287" w14:textId="77777777" w:rsidR="0091508D" w:rsidRDefault="00000000">
      <w:r>
        <w:t>Total Session Fee:</w:t>
      </w:r>
    </w:p>
    <w:p w14:paraId="32AC5D04" w14:textId="77777777" w:rsidR="0091508D" w:rsidRDefault="00000000">
      <w:r>
        <w:lastRenderedPageBreak/>
        <w:t>Booking Fee:</w:t>
      </w:r>
    </w:p>
    <w:p w14:paraId="1979303B" w14:textId="77777777" w:rsidR="0091508D" w:rsidRDefault="00000000">
      <w:r>
        <w:t>A non-refundable booking fee is required to secure your session date.</w:t>
      </w:r>
    </w:p>
    <w:p w14:paraId="593C0FBD" w14:textId="77777777" w:rsidR="0091508D" w:rsidRDefault="00000000">
      <w:r>
        <w:t>The remaining balance is due on or before the session date.</w:t>
      </w:r>
    </w:p>
    <w:p w14:paraId="7034AA5C" w14:textId="77777777" w:rsidR="0091508D" w:rsidRDefault="00000000">
      <w:r>
        <w:t>Images will not be delivered until full payment has been received.</w:t>
      </w:r>
    </w:p>
    <w:p w14:paraId="2F78906C" w14:textId="77777777" w:rsidR="0091508D" w:rsidRDefault="0091508D"/>
    <w:p w14:paraId="3F494298" w14:textId="77777777" w:rsidR="0091508D" w:rsidRDefault="00000000">
      <w:r>
        <w:t>CANCELLATIONS &amp; RESCHEDULING</w:t>
      </w:r>
    </w:p>
    <w:p w14:paraId="788CA65E" w14:textId="77777777" w:rsidR="0091508D" w:rsidRDefault="00000000">
      <w:r>
        <w:t>Booking fees are non-refundable.</w:t>
      </w:r>
    </w:p>
    <w:p w14:paraId="46D76C98" w14:textId="77777777" w:rsidR="0091508D" w:rsidRDefault="00000000">
      <w:r>
        <w:t>Sessions may be rescheduled once with at least 48 hours’ notice, subject to availability.</w:t>
      </w:r>
    </w:p>
    <w:p w14:paraId="516DD437" w14:textId="77777777" w:rsidR="0091508D" w:rsidRDefault="00000000">
      <w:r>
        <w:t>If the Photographer must cancel due to illness, weather, or unforeseen circumstances, all payments will be refunded or transferred to a new date.</w:t>
      </w:r>
    </w:p>
    <w:p w14:paraId="7D732961" w14:textId="77777777" w:rsidR="0091508D" w:rsidRDefault="0091508D"/>
    <w:p w14:paraId="4607618E" w14:textId="77777777" w:rsidR="0091508D" w:rsidRDefault="00000000">
      <w:r>
        <w:t>ILLNESS &amp; SICKNESS POLICY</w:t>
      </w:r>
    </w:p>
    <w:p w14:paraId="24364D0B" w14:textId="77777777" w:rsidR="0091508D" w:rsidRDefault="00000000">
      <w:r>
        <w:t>For the safety of all clients, sessions should be rescheduled if any participant is unwell.</w:t>
      </w:r>
    </w:p>
    <w:p w14:paraId="52366B46" w14:textId="77777777" w:rsidR="0091508D" w:rsidRDefault="00000000">
      <w:r>
        <w:t>This includes fever, vomiting, flu symptoms, contagious illness, or newborn illness.</w:t>
      </w:r>
    </w:p>
    <w:p w14:paraId="0CBE32D3" w14:textId="77777777" w:rsidR="0091508D" w:rsidRDefault="00000000">
      <w:r>
        <w:t>Please notify the Photographer as soon as possible to arrange a new session date.</w:t>
      </w:r>
    </w:p>
    <w:p w14:paraId="77B08CAF" w14:textId="77777777" w:rsidR="0091508D" w:rsidRDefault="0091508D"/>
    <w:p w14:paraId="4B121314" w14:textId="77777777" w:rsidR="0091508D" w:rsidRDefault="00000000">
      <w:pPr>
        <w:pStyle w:val="Heading2"/>
      </w:pPr>
      <w:r>
        <w:t>SESSION-SPECIFIC TERMS</w:t>
      </w:r>
    </w:p>
    <w:p w14:paraId="0F72C9B3" w14:textId="77777777" w:rsidR="0091508D" w:rsidRDefault="00000000">
      <w:r>
        <w:t>STUDIO USE</w:t>
      </w:r>
      <w:r>
        <w:br/>
        <w:t>Clients must follow studio guidelines. Children must be supervised at all times.</w:t>
      </w:r>
    </w:p>
    <w:p w14:paraId="41B08CED" w14:textId="77777777" w:rsidR="0091508D" w:rsidRDefault="00000000">
      <w:r>
        <w:t>PROPS &amp; BACKDROPS</w:t>
      </w:r>
      <w:r>
        <w:br/>
        <w:t>Props are provided for use during sessions only and must be handled with care.</w:t>
      </w:r>
    </w:p>
    <w:p w14:paraId="2D1B4314" w14:textId="77777777" w:rsidR="0091508D" w:rsidRDefault="00000000">
      <w:r>
        <w:t>CLEANING &amp; DAMAGES</w:t>
      </w:r>
      <w:r>
        <w:br/>
        <w:t>Any damage caused by clients or children may incur a repair or replacement fee.</w:t>
      </w:r>
    </w:p>
    <w:p w14:paraId="09E92E16" w14:textId="77777777" w:rsidR="0091508D" w:rsidRDefault="0091508D"/>
    <w:p w14:paraId="5199B0F9" w14:textId="77777777" w:rsidR="0091508D" w:rsidRDefault="00000000">
      <w:r>
        <w:t>LATE ARRIVALS</w:t>
      </w:r>
    </w:p>
    <w:p w14:paraId="10271607" w14:textId="77777777" w:rsidR="0091508D" w:rsidRDefault="00000000">
      <w:r>
        <w:t>Late arrival may reduce your session time.</w:t>
      </w:r>
    </w:p>
    <w:p w14:paraId="4684CEA7" w14:textId="77777777" w:rsidR="0091508D" w:rsidRDefault="00000000">
      <w:r>
        <w:t>Sessions cannot be extended due to late arrival.</w:t>
      </w:r>
    </w:p>
    <w:p w14:paraId="6FF8BAC6" w14:textId="77777777" w:rsidR="0091508D" w:rsidRDefault="0091508D"/>
    <w:p w14:paraId="34224387" w14:textId="77777777" w:rsidR="0091508D" w:rsidRDefault="00000000">
      <w:r>
        <w:lastRenderedPageBreak/>
        <w:t>IMAGE DELIVERY</w:t>
      </w:r>
    </w:p>
    <w:p w14:paraId="218566CA" w14:textId="77777777" w:rsidR="0091508D" w:rsidRDefault="00000000">
      <w:r>
        <w:t>Final edited images will be delivered via an online gallery.</w:t>
      </w:r>
    </w:p>
    <w:p w14:paraId="15C51792" w14:textId="77777777" w:rsidR="0091508D" w:rsidRDefault="00000000">
      <w:r>
        <w:t>Turnaround time is approximately:</w:t>
      </w:r>
    </w:p>
    <w:p w14:paraId="4525FAC1" w14:textId="77777777" w:rsidR="0091508D" w:rsidRDefault="00000000">
      <w:r>
        <w:t>Image selection and editing are at the Photographer’s discretion.</w:t>
      </w:r>
    </w:p>
    <w:p w14:paraId="5D11993A" w14:textId="77777777" w:rsidR="0091508D" w:rsidRDefault="0091508D"/>
    <w:p w14:paraId="07301B1E" w14:textId="77777777" w:rsidR="0091508D" w:rsidRDefault="00000000">
      <w:r>
        <w:t>EDITING &amp; STYLE</w:t>
      </w:r>
    </w:p>
    <w:p w14:paraId="5B8D0798" w14:textId="77777777" w:rsidR="0091508D" w:rsidRDefault="00000000">
      <w:r>
        <w:t>By booking, you acknowledge you are familiar with the Photographer’s editing style.</w:t>
      </w:r>
    </w:p>
    <w:p w14:paraId="4C6926D0" w14:textId="77777777" w:rsidR="0091508D" w:rsidRDefault="00000000">
      <w:r>
        <w:t>RAW files are not provided.</w:t>
      </w:r>
    </w:p>
    <w:p w14:paraId="7902D62C" w14:textId="77777777" w:rsidR="0091508D" w:rsidRDefault="00000000">
      <w:r>
        <w:t>Additional retouching may incur extra fees.</w:t>
      </w:r>
    </w:p>
    <w:p w14:paraId="7CDF434D" w14:textId="77777777" w:rsidR="0091508D" w:rsidRDefault="0091508D"/>
    <w:p w14:paraId="1C25E1C7" w14:textId="77777777" w:rsidR="0091508D" w:rsidRDefault="00000000">
      <w:r>
        <w:t>COPYRIGHT &amp; IMAGE USE</w:t>
      </w:r>
    </w:p>
    <w:p w14:paraId="74534C0F" w14:textId="77777777" w:rsidR="0091508D" w:rsidRDefault="00000000">
      <w:r>
        <w:t>Lea Bic Photography retains full copyright of all images.</w:t>
      </w:r>
    </w:p>
    <w:p w14:paraId="3A99C134" w14:textId="77777777" w:rsidR="0091508D" w:rsidRDefault="00000000">
      <w:r>
        <w:t>Clients receive a personal-use licence for printing and sharing.</w:t>
      </w:r>
    </w:p>
    <w:p w14:paraId="3795B524" w14:textId="77777777" w:rsidR="0091508D" w:rsidRDefault="00000000">
      <w:r>
        <w:t>Images may not be altered or used commercially without written permission.</w:t>
      </w:r>
    </w:p>
    <w:p w14:paraId="05530A56" w14:textId="77777777" w:rsidR="0091508D" w:rsidRDefault="0091508D"/>
    <w:p w14:paraId="5DC03A11" w14:textId="77777777" w:rsidR="0091508D" w:rsidRDefault="00000000">
      <w:r>
        <w:t>MODEL RELEASE</w:t>
      </w:r>
    </w:p>
    <w:p w14:paraId="32807A30" w14:textId="77777777" w:rsidR="0091508D" w:rsidRDefault="00000000">
      <w:r>
        <w:t>I give permission for my images to be used for portfolio, website, and marketing purposes.</w:t>
      </w:r>
    </w:p>
    <w:p w14:paraId="05DC5F61" w14:textId="77777777" w:rsidR="0091508D" w:rsidRDefault="00000000">
      <w:r>
        <w:t>YES / NO</w:t>
      </w:r>
    </w:p>
    <w:p w14:paraId="7243BAD7" w14:textId="77777777" w:rsidR="0091508D" w:rsidRDefault="00000000">
      <w:r>
        <w:t>Client Initials:</w:t>
      </w:r>
    </w:p>
    <w:p w14:paraId="2B63C98F" w14:textId="77777777" w:rsidR="0091508D" w:rsidRDefault="0091508D"/>
    <w:p w14:paraId="2E384BBE" w14:textId="77777777" w:rsidR="0091508D" w:rsidRDefault="00000000">
      <w:r>
        <w:t>LIABILITY</w:t>
      </w:r>
    </w:p>
    <w:p w14:paraId="40BE74DE" w14:textId="77777777" w:rsidR="0091508D" w:rsidRDefault="00000000">
      <w:r>
        <w:t>While every care is taken, Lea Bic Photography is not responsible for circumstances beyond control.</w:t>
      </w:r>
    </w:p>
    <w:p w14:paraId="65962F01" w14:textId="77777777" w:rsidR="0091508D" w:rsidRDefault="00000000">
      <w:r>
        <w:t>Liability is limited to a refund of monies paid.</w:t>
      </w:r>
    </w:p>
    <w:p w14:paraId="4D9628B5" w14:textId="77777777" w:rsidR="0091508D" w:rsidRDefault="0091508D"/>
    <w:p w14:paraId="14A47E73" w14:textId="77777777" w:rsidR="0091508D" w:rsidRDefault="00000000">
      <w:r>
        <w:t>SAFETY</w:t>
      </w:r>
    </w:p>
    <w:p w14:paraId="0593BB53" w14:textId="77777777" w:rsidR="0091508D" w:rsidRDefault="00000000">
      <w:r>
        <w:lastRenderedPageBreak/>
        <w:t>Sessions may be stopped if conditions are unsafe.</w:t>
      </w:r>
    </w:p>
    <w:p w14:paraId="0F8625D0" w14:textId="77777777" w:rsidR="0091508D" w:rsidRDefault="00000000">
      <w:r>
        <w:t>Clients are responsible for all participants, including children.</w:t>
      </w:r>
    </w:p>
    <w:p w14:paraId="28655B0E" w14:textId="77777777" w:rsidR="0091508D" w:rsidRDefault="0091508D"/>
    <w:p w14:paraId="5362EE4B" w14:textId="77777777" w:rsidR="0091508D" w:rsidRDefault="00000000">
      <w:r>
        <w:t>AGREEMENT</w:t>
      </w:r>
    </w:p>
    <w:p w14:paraId="155C94A8" w14:textId="77777777" w:rsidR="0091508D" w:rsidRDefault="00000000">
      <w:r>
        <w:t>By signing below, you agree to the terms outlined above.</w:t>
      </w:r>
    </w:p>
    <w:p w14:paraId="1BBFA99B" w14:textId="77777777" w:rsidR="0091508D" w:rsidRDefault="0091508D"/>
    <w:p w14:paraId="22DA581B" w14:textId="77777777" w:rsidR="0091508D" w:rsidRDefault="00000000">
      <w:r>
        <w:t>Client Signature:</w:t>
      </w:r>
    </w:p>
    <w:p w14:paraId="2D72D183" w14:textId="77777777" w:rsidR="0091508D" w:rsidRDefault="00000000">
      <w:r>
        <w:t>Date:</w:t>
      </w:r>
    </w:p>
    <w:p w14:paraId="28DC4FEE" w14:textId="77777777" w:rsidR="0091508D" w:rsidRDefault="0091508D"/>
    <w:p w14:paraId="26F31FED" w14:textId="77777777" w:rsidR="0091508D" w:rsidRDefault="00000000">
      <w:r>
        <w:t>Photographer Signature:</w:t>
      </w:r>
    </w:p>
    <w:p w14:paraId="581C7EFE" w14:textId="77777777" w:rsidR="0091508D" w:rsidRDefault="00000000">
      <w:r>
        <w:t>Date:</w:t>
      </w:r>
    </w:p>
    <w:p w14:paraId="5840C371" w14:textId="77777777" w:rsidR="0091508D" w:rsidRDefault="0091508D"/>
    <w:sectPr w:rsidR="0091508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12120910">
    <w:abstractNumId w:val="8"/>
  </w:num>
  <w:num w:numId="2" w16cid:durableId="867330967">
    <w:abstractNumId w:val="6"/>
  </w:num>
  <w:num w:numId="3" w16cid:durableId="219052190">
    <w:abstractNumId w:val="5"/>
  </w:num>
  <w:num w:numId="4" w16cid:durableId="449202349">
    <w:abstractNumId w:val="4"/>
  </w:num>
  <w:num w:numId="5" w16cid:durableId="2110856537">
    <w:abstractNumId w:val="7"/>
  </w:num>
  <w:num w:numId="6" w16cid:durableId="1616209738">
    <w:abstractNumId w:val="3"/>
  </w:num>
  <w:num w:numId="7" w16cid:durableId="1459687765">
    <w:abstractNumId w:val="2"/>
  </w:num>
  <w:num w:numId="8" w16cid:durableId="335423040">
    <w:abstractNumId w:val="1"/>
  </w:num>
  <w:num w:numId="9" w16cid:durableId="1886209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7817D6"/>
    <w:rsid w:val="0091508D"/>
    <w:rsid w:val="00AA1D8D"/>
    <w:rsid w:val="00B47730"/>
    <w:rsid w:val="00CB0664"/>
    <w:rsid w:val="00F50CC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38CEBA"/>
  <w14:defaultImageDpi w14:val="300"/>
  <w15:docId w15:val="{DA5115DF-CBEB-482F-8822-7F31355D7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Leanne Bickley</cp:lastModifiedBy>
  <cp:revision>2</cp:revision>
  <dcterms:created xsi:type="dcterms:W3CDTF">2013-12-23T23:15:00Z</dcterms:created>
  <dcterms:modified xsi:type="dcterms:W3CDTF">2026-01-16T02:35:00Z</dcterms:modified>
  <cp:category/>
</cp:coreProperties>
</file>