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CB5F" w14:textId="77777777" w:rsidR="00B305D1" w:rsidRPr="003E0DC2" w:rsidRDefault="00B305D1">
      <w:pPr>
        <w:jc w:val="center"/>
        <w:rPr>
          <w:rFonts w:ascii="Times New Roman" w:hAnsi="Times New Roman" w:cs="Times New Roman"/>
          <w:b/>
          <w:sz w:val="40"/>
        </w:rPr>
      </w:pPr>
      <w:r w:rsidRPr="003E0DC2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 wp14:anchorId="54E0E724" wp14:editId="1252B656">
            <wp:extent cx="3185160" cy="1063932"/>
            <wp:effectExtent l="0" t="0" r="0" b="3175"/>
            <wp:docPr id="154536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60173" name="Picture 15453601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9173" cy="10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4B594" w14:textId="77777777" w:rsidR="00E41190" w:rsidRPr="003E0DC2" w:rsidRDefault="00000000">
      <w:pPr>
        <w:jc w:val="center"/>
        <w:rPr>
          <w:rFonts w:ascii="Times New Roman" w:hAnsi="Times New Roman" w:cs="Times New Roman"/>
        </w:rPr>
      </w:pPr>
      <w:r w:rsidRPr="003E0DC2">
        <w:rPr>
          <w:rFonts w:ascii="Times New Roman" w:hAnsi="Times New Roman" w:cs="Times New Roman"/>
          <w:b/>
          <w:sz w:val="40"/>
        </w:rPr>
        <w:t>Vendor Information Form</w:t>
      </w:r>
    </w:p>
    <w:p w14:paraId="5986E633" w14:textId="2F261CF7" w:rsidR="00E41190" w:rsidRPr="00840CE7" w:rsidRDefault="00840CE7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Electronically fillable fields </w:t>
      </w:r>
    </w:p>
    <w:p w14:paraId="273A20E6" w14:textId="77777777" w:rsidR="00E41190" w:rsidRPr="003E0DC2" w:rsidRDefault="00FC3118">
      <w:pPr>
        <w:rPr>
          <w:rFonts w:ascii="Times New Roman" w:hAnsi="Times New Roman" w:cs="Times New Roman"/>
          <w:sz w:val="28"/>
          <w:szCs w:val="28"/>
          <w:u w:val="single"/>
        </w:rPr>
      </w:pPr>
      <w:r w:rsidRPr="003E0DC2">
        <w:rPr>
          <w:rFonts w:ascii="Times New Roman" w:hAnsi="Times New Roman" w:cs="Times New Roman"/>
          <w:b/>
          <w:sz w:val="28"/>
          <w:szCs w:val="28"/>
          <w:u w:val="single"/>
        </w:rPr>
        <w:t>Exterior Services</w:t>
      </w:r>
    </w:p>
    <w:p w14:paraId="7C0CE062" w14:textId="77777777" w:rsidR="00E41190" w:rsidRPr="00DC630B" w:rsidRDefault="00000000" w:rsidP="003E0DC2">
      <w:pPr>
        <w:spacing w:after="0"/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Pool Service</w:t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  <w:t xml:space="preserve">Landscaping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3EE297F3" w14:textId="77777777" w:rsidTr="009F607F">
        <w:trPr>
          <w:trHeight w:val="590"/>
        </w:trPr>
        <w:tc>
          <w:tcPr>
            <w:tcW w:w="5154" w:type="dxa"/>
          </w:tcPr>
          <w:p w14:paraId="1508FEB9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878060261"/>
              <w:showingPlcHdr/>
              <w:text w:multiLine="1"/>
            </w:sdtPr>
            <w:sdtContent>
              <w:p w14:paraId="1520C112" w14:textId="7719EF7B" w:rsidR="008E735A" w:rsidRDefault="00774F3E">
                <w:r>
                  <w:t xml:space="preserve">     </w:t>
                </w:r>
              </w:p>
            </w:sdtContent>
          </w:sdt>
        </w:tc>
        <w:tc>
          <w:tcPr>
            <w:tcW w:w="5154" w:type="dxa"/>
          </w:tcPr>
          <w:p w14:paraId="249B9C6B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286509881"/>
              <w:showingPlcHdr/>
              <w:text w:multiLine="1"/>
            </w:sdtPr>
            <w:sdtContent>
              <w:p w14:paraId="00CC764A" w14:textId="4352B801" w:rsidR="008E735A" w:rsidRDefault="00774F3E">
                <w:r>
                  <w:t xml:space="preserve">     </w:t>
                </w:r>
              </w:p>
            </w:sdtContent>
          </w:sdt>
        </w:tc>
      </w:tr>
      <w:tr w:rsidR="003E0DC2" w:rsidRPr="003E0DC2" w14:paraId="5C7E14B0" w14:textId="77777777" w:rsidTr="009F607F">
        <w:trPr>
          <w:trHeight w:val="599"/>
        </w:trPr>
        <w:tc>
          <w:tcPr>
            <w:tcW w:w="5154" w:type="dxa"/>
          </w:tcPr>
          <w:p w14:paraId="15EC1F6C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344292784"/>
              <w:showingPlcHdr/>
              <w:text w:multiLine="1"/>
            </w:sdtPr>
            <w:sdtContent>
              <w:p w14:paraId="1E7E1E85" w14:textId="39053E71" w:rsidR="008E735A" w:rsidRDefault="00774F3E">
                <w:r>
                  <w:t xml:space="preserve">     </w:t>
                </w:r>
              </w:p>
            </w:sdtContent>
          </w:sdt>
        </w:tc>
        <w:tc>
          <w:tcPr>
            <w:tcW w:w="5154" w:type="dxa"/>
          </w:tcPr>
          <w:p w14:paraId="67659534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527610840"/>
              <w:showingPlcHdr/>
              <w:text w:multiLine="1"/>
            </w:sdtPr>
            <w:sdtContent>
              <w:p w14:paraId="3F19D145" w14:textId="5769DD99" w:rsidR="008E735A" w:rsidRDefault="00774F3E">
                <w:r>
                  <w:t xml:space="preserve">     </w:t>
                </w:r>
              </w:p>
            </w:sdtContent>
          </w:sdt>
        </w:tc>
      </w:tr>
      <w:tr w:rsidR="003E0DC2" w:rsidRPr="003E0DC2" w14:paraId="0EA4BF2B" w14:textId="77777777" w:rsidTr="009F607F">
        <w:trPr>
          <w:trHeight w:val="590"/>
        </w:trPr>
        <w:tc>
          <w:tcPr>
            <w:tcW w:w="5154" w:type="dxa"/>
          </w:tcPr>
          <w:p w14:paraId="6BEC8EDC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919711193"/>
              <w:showingPlcHdr/>
              <w:text w:multiLine="1"/>
            </w:sdtPr>
            <w:sdtContent>
              <w:p w14:paraId="6D316F7A" w14:textId="1939392A" w:rsidR="008E735A" w:rsidRDefault="00774F3E">
                <w:r>
                  <w:t xml:space="preserve">     </w:t>
                </w:r>
              </w:p>
            </w:sdtContent>
          </w:sdt>
        </w:tc>
        <w:tc>
          <w:tcPr>
            <w:tcW w:w="5154" w:type="dxa"/>
          </w:tcPr>
          <w:p w14:paraId="1C8E8832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31146678"/>
              <w:showingPlcHdr/>
              <w:text w:multiLine="1"/>
            </w:sdtPr>
            <w:sdtContent>
              <w:p w14:paraId="230B96CB" w14:textId="13670B41" w:rsidR="008E735A" w:rsidRDefault="00774F3E">
                <w:r>
                  <w:t xml:space="preserve">     </w:t>
                </w:r>
              </w:p>
            </w:sdtContent>
          </w:sdt>
        </w:tc>
      </w:tr>
      <w:tr w:rsidR="003E0DC2" w:rsidRPr="003E0DC2" w14:paraId="41E9C364" w14:textId="77777777" w:rsidTr="009F607F">
        <w:trPr>
          <w:trHeight w:val="599"/>
        </w:trPr>
        <w:tc>
          <w:tcPr>
            <w:tcW w:w="5154" w:type="dxa"/>
          </w:tcPr>
          <w:p w14:paraId="61468ACB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962386396"/>
              <w:showingPlcHdr/>
              <w:text w:multiLine="1"/>
            </w:sdtPr>
            <w:sdtContent>
              <w:p w14:paraId="6A477419" w14:textId="732779D4" w:rsidR="008E735A" w:rsidRDefault="00774F3E">
                <w:r>
                  <w:t xml:space="preserve">     </w:t>
                </w:r>
              </w:p>
            </w:sdtContent>
          </w:sdt>
        </w:tc>
        <w:tc>
          <w:tcPr>
            <w:tcW w:w="5154" w:type="dxa"/>
          </w:tcPr>
          <w:p w14:paraId="523DC191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875280846"/>
              <w:showingPlcHdr/>
              <w:text w:multiLine="1"/>
            </w:sdtPr>
            <w:sdtContent>
              <w:p w14:paraId="2637B364" w14:textId="4C79A337" w:rsidR="008E735A" w:rsidRDefault="00774F3E">
                <w:r>
                  <w:t xml:space="preserve">     </w:t>
                </w:r>
              </w:p>
            </w:sdtContent>
          </w:sdt>
        </w:tc>
      </w:tr>
    </w:tbl>
    <w:p w14:paraId="3FF9B8C8" w14:textId="77777777" w:rsidR="00FC3118" w:rsidRPr="003E0DC2" w:rsidRDefault="00FC3118" w:rsidP="00FC3118">
      <w:pPr>
        <w:rPr>
          <w:rFonts w:ascii="Times New Roman" w:hAnsi="Times New Roman" w:cs="Times New Roman"/>
        </w:rPr>
      </w:pPr>
    </w:p>
    <w:p w14:paraId="6A32A83F" w14:textId="77777777" w:rsidR="00E41190" w:rsidRPr="00DC630B" w:rsidRDefault="00000000">
      <w:pPr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Pest Control</w:t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="00FC3118" w:rsidRPr="00DC630B">
        <w:rPr>
          <w:rFonts w:ascii="Times New Roman" w:hAnsi="Times New Roman" w:cs="Times New Roman"/>
          <w:b/>
          <w:color w:val="002060"/>
          <w:sz w:val="24"/>
        </w:rPr>
        <w:tab/>
        <w:t>HVAC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08CF3964" w14:textId="77777777" w:rsidTr="009F607F">
        <w:trPr>
          <w:trHeight w:val="590"/>
        </w:trPr>
        <w:tc>
          <w:tcPr>
            <w:tcW w:w="5154" w:type="dxa"/>
          </w:tcPr>
          <w:p w14:paraId="346D5FB0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1823533281"/>
              <w:showingPlcHdr/>
              <w:text w:multiLine="1"/>
            </w:sdtPr>
            <w:sdtContent>
              <w:p w14:paraId="62FCC4DE" w14:textId="71774FB7" w:rsidR="008E735A" w:rsidRDefault="00774F3E">
                <w:r>
                  <w:t xml:space="preserve">     </w:t>
                </w:r>
              </w:p>
            </w:sdtContent>
          </w:sdt>
        </w:tc>
        <w:tc>
          <w:tcPr>
            <w:tcW w:w="5154" w:type="dxa"/>
          </w:tcPr>
          <w:p w14:paraId="16196200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1864623285"/>
              <w:showingPlcHdr/>
              <w:text w:multiLine="1"/>
            </w:sdtPr>
            <w:sdtContent>
              <w:p w14:paraId="66D15C4F" w14:textId="093A1E6A" w:rsidR="008E735A" w:rsidRDefault="00774F3E">
                <w:r>
                  <w:t xml:space="preserve">     </w:t>
                </w:r>
              </w:p>
            </w:sdtContent>
          </w:sdt>
        </w:tc>
      </w:tr>
      <w:tr w:rsidR="003E0DC2" w:rsidRPr="003E0DC2" w14:paraId="6FA8379C" w14:textId="77777777" w:rsidTr="009F607F">
        <w:trPr>
          <w:trHeight w:val="599"/>
        </w:trPr>
        <w:tc>
          <w:tcPr>
            <w:tcW w:w="5154" w:type="dxa"/>
          </w:tcPr>
          <w:p w14:paraId="10D95A04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1523747098"/>
              <w:showingPlcHdr/>
              <w:text w:multiLine="1"/>
            </w:sdtPr>
            <w:sdtContent>
              <w:p w14:paraId="7D5F1721" w14:textId="15AD7073" w:rsidR="008E735A" w:rsidRDefault="00774F3E">
                <w:r>
                  <w:t xml:space="preserve">     </w:t>
                </w:r>
              </w:p>
            </w:sdtContent>
          </w:sdt>
        </w:tc>
        <w:tc>
          <w:tcPr>
            <w:tcW w:w="5154" w:type="dxa"/>
          </w:tcPr>
          <w:p w14:paraId="4407385C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17545318"/>
              <w:showingPlcHdr/>
              <w:text w:multiLine="1"/>
            </w:sdtPr>
            <w:sdtContent>
              <w:p w14:paraId="640A0680" w14:textId="39BF9823" w:rsidR="008E735A" w:rsidRDefault="00774F3E">
                <w:r>
                  <w:t xml:space="preserve">     </w:t>
                </w:r>
              </w:p>
            </w:sdtContent>
          </w:sdt>
        </w:tc>
      </w:tr>
      <w:tr w:rsidR="003E0DC2" w:rsidRPr="003E0DC2" w14:paraId="1C36E92A" w14:textId="77777777" w:rsidTr="009F607F">
        <w:trPr>
          <w:trHeight w:val="590"/>
        </w:trPr>
        <w:tc>
          <w:tcPr>
            <w:tcW w:w="5154" w:type="dxa"/>
          </w:tcPr>
          <w:p w14:paraId="236A5715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790784830"/>
              <w:text w:multiLine="1"/>
            </w:sdtPr>
            <w:sdtContent>
              <w:p w14:paraId="419B7A66" w14:textId="77777777" w:rsidR="008E735A" w:rsidRDefault="00000000"/>
            </w:sdtContent>
          </w:sdt>
        </w:tc>
        <w:tc>
          <w:tcPr>
            <w:tcW w:w="5154" w:type="dxa"/>
          </w:tcPr>
          <w:p w14:paraId="04B3769F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990090440"/>
              <w:text w:multiLine="1"/>
            </w:sdtPr>
            <w:sdtContent>
              <w:p w14:paraId="73DA63E3" w14:textId="77777777" w:rsidR="008E735A" w:rsidRDefault="00000000"/>
            </w:sdtContent>
          </w:sdt>
        </w:tc>
      </w:tr>
      <w:tr w:rsidR="003E0DC2" w:rsidRPr="003E0DC2" w14:paraId="7D5BC4A2" w14:textId="77777777" w:rsidTr="009F607F">
        <w:trPr>
          <w:trHeight w:val="599"/>
        </w:trPr>
        <w:tc>
          <w:tcPr>
            <w:tcW w:w="5154" w:type="dxa"/>
          </w:tcPr>
          <w:p w14:paraId="019BA0BE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884064773"/>
              <w:text w:multiLine="1"/>
            </w:sdtPr>
            <w:sdtContent>
              <w:p w14:paraId="4A723A24" w14:textId="77777777" w:rsidR="008E735A" w:rsidRDefault="00000000"/>
            </w:sdtContent>
          </w:sdt>
        </w:tc>
        <w:tc>
          <w:tcPr>
            <w:tcW w:w="5154" w:type="dxa"/>
          </w:tcPr>
          <w:p w14:paraId="1B2D5BDC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332133941"/>
              <w:text w:multiLine="1"/>
            </w:sdtPr>
            <w:sdtContent>
              <w:p w14:paraId="3629D1A0" w14:textId="77777777" w:rsidR="008E735A" w:rsidRDefault="00000000"/>
            </w:sdtContent>
          </w:sdt>
        </w:tc>
      </w:tr>
    </w:tbl>
    <w:p w14:paraId="44936F11" w14:textId="77777777" w:rsidR="00E41190" w:rsidRPr="003E0DC2" w:rsidRDefault="00E41190">
      <w:pPr>
        <w:rPr>
          <w:rFonts w:ascii="Times New Roman" w:hAnsi="Times New Roman" w:cs="Times New Roman"/>
        </w:rPr>
      </w:pPr>
    </w:p>
    <w:p w14:paraId="6718AE86" w14:textId="77777777" w:rsidR="00E41190" w:rsidRPr="00DC630B" w:rsidRDefault="00FC3118">
      <w:pPr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 xml:space="preserve">Plumbing </w:t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  <w:t xml:space="preserve">Landscape Lighting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23E996CF" w14:textId="77777777" w:rsidTr="009F607F">
        <w:trPr>
          <w:trHeight w:val="590"/>
        </w:trPr>
        <w:tc>
          <w:tcPr>
            <w:tcW w:w="5154" w:type="dxa"/>
          </w:tcPr>
          <w:p w14:paraId="38EC323B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287035613"/>
              <w:text w:multiLine="1"/>
            </w:sdtPr>
            <w:sdtContent>
              <w:p w14:paraId="584FDC52" w14:textId="77777777" w:rsidR="008E735A" w:rsidRDefault="00000000"/>
            </w:sdtContent>
          </w:sdt>
        </w:tc>
        <w:tc>
          <w:tcPr>
            <w:tcW w:w="5154" w:type="dxa"/>
          </w:tcPr>
          <w:p w14:paraId="0AC41C4B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1017816612"/>
              <w:text w:multiLine="1"/>
            </w:sdtPr>
            <w:sdtContent>
              <w:p w14:paraId="207E2F4E" w14:textId="77777777" w:rsidR="008E735A" w:rsidRDefault="00000000"/>
            </w:sdtContent>
          </w:sdt>
        </w:tc>
      </w:tr>
      <w:tr w:rsidR="003E0DC2" w:rsidRPr="003E0DC2" w14:paraId="63B14C9E" w14:textId="77777777" w:rsidTr="009F607F">
        <w:trPr>
          <w:trHeight w:val="599"/>
        </w:trPr>
        <w:tc>
          <w:tcPr>
            <w:tcW w:w="5154" w:type="dxa"/>
          </w:tcPr>
          <w:p w14:paraId="534B4403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245777423"/>
              <w:text w:multiLine="1"/>
            </w:sdtPr>
            <w:sdtContent>
              <w:p w14:paraId="097D0581" w14:textId="77777777" w:rsidR="008E735A" w:rsidRDefault="00000000"/>
            </w:sdtContent>
          </w:sdt>
        </w:tc>
        <w:tc>
          <w:tcPr>
            <w:tcW w:w="5154" w:type="dxa"/>
          </w:tcPr>
          <w:p w14:paraId="1C48D43F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1285621148"/>
              <w:text w:multiLine="1"/>
            </w:sdtPr>
            <w:sdtContent>
              <w:p w14:paraId="31033913" w14:textId="77777777" w:rsidR="008E735A" w:rsidRDefault="00000000"/>
            </w:sdtContent>
          </w:sdt>
        </w:tc>
      </w:tr>
      <w:tr w:rsidR="003E0DC2" w:rsidRPr="003E0DC2" w14:paraId="5151EBC5" w14:textId="77777777" w:rsidTr="009F607F">
        <w:trPr>
          <w:trHeight w:val="590"/>
        </w:trPr>
        <w:tc>
          <w:tcPr>
            <w:tcW w:w="5154" w:type="dxa"/>
          </w:tcPr>
          <w:p w14:paraId="23D52483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954091012"/>
              <w:text w:multiLine="1"/>
            </w:sdtPr>
            <w:sdtContent>
              <w:p w14:paraId="42E68AA2" w14:textId="77777777" w:rsidR="008E735A" w:rsidRDefault="00000000"/>
            </w:sdtContent>
          </w:sdt>
        </w:tc>
        <w:tc>
          <w:tcPr>
            <w:tcW w:w="5154" w:type="dxa"/>
          </w:tcPr>
          <w:p w14:paraId="216148E9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231054002"/>
              <w:text w:multiLine="1"/>
            </w:sdtPr>
            <w:sdtContent>
              <w:p w14:paraId="2C36E73D" w14:textId="77777777" w:rsidR="008E735A" w:rsidRDefault="00000000"/>
            </w:sdtContent>
          </w:sdt>
        </w:tc>
      </w:tr>
      <w:tr w:rsidR="003E0DC2" w:rsidRPr="003E0DC2" w14:paraId="2217357E" w14:textId="77777777" w:rsidTr="009F607F">
        <w:trPr>
          <w:trHeight w:val="599"/>
        </w:trPr>
        <w:tc>
          <w:tcPr>
            <w:tcW w:w="5154" w:type="dxa"/>
          </w:tcPr>
          <w:p w14:paraId="4ECED1E3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276875773"/>
              <w:text w:multiLine="1"/>
            </w:sdtPr>
            <w:sdtContent>
              <w:p w14:paraId="6F56CBD3" w14:textId="77777777" w:rsidR="008E735A" w:rsidRDefault="00000000"/>
            </w:sdtContent>
          </w:sdt>
        </w:tc>
        <w:tc>
          <w:tcPr>
            <w:tcW w:w="5154" w:type="dxa"/>
          </w:tcPr>
          <w:p w14:paraId="6FD6601A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1410193429"/>
              <w:text w:multiLine="1"/>
            </w:sdtPr>
            <w:sdtContent>
              <w:p w14:paraId="0E31A86E" w14:textId="77777777" w:rsidR="008E735A" w:rsidRDefault="00000000"/>
            </w:sdtContent>
          </w:sdt>
        </w:tc>
      </w:tr>
    </w:tbl>
    <w:p w14:paraId="6F6BD8B8" w14:textId="77777777" w:rsidR="00E41190" w:rsidRPr="003E0DC2" w:rsidRDefault="00E41190">
      <w:pPr>
        <w:rPr>
          <w:rFonts w:ascii="Times New Roman" w:hAnsi="Times New Roman" w:cs="Times New Roman"/>
        </w:rPr>
      </w:pPr>
    </w:p>
    <w:p w14:paraId="176602A8" w14:textId="77777777" w:rsidR="00FC3118" w:rsidRPr="00DC630B" w:rsidRDefault="00FC3118">
      <w:pPr>
        <w:rPr>
          <w:rFonts w:ascii="Times New Roman" w:hAnsi="Times New Roman" w:cs="Times New Roman"/>
          <w:b/>
          <w:bCs/>
          <w:color w:val="002060"/>
        </w:rPr>
      </w:pPr>
      <w:r w:rsidRPr="00DC630B">
        <w:rPr>
          <w:rFonts w:ascii="Times New Roman" w:hAnsi="Times New Roman" w:cs="Times New Roman"/>
          <w:b/>
          <w:bCs/>
          <w:color w:val="002060"/>
        </w:rPr>
        <w:lastRenderedPageBreak/>
        <w:t>Irrigation</w:t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  <w:t xml:space="preserve">Generator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5EFC90F6" w14:textId="77777777" w:rsidTr="009F607F">
        <w:trPr>
          <w:trHeight w:val="590"/>
        </w:trPr>
        <w:tc>
          <w:tcPr>
            <w:tcW w:w="5154" w:type="dxa"/>
          </w:tcPr>
          <w:p w14:paraId="3F80AB97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95763494"/>
              <w:text w:multiLine="1"/>
            </w:sdtPr>
            <w:sdtContent>
              <w:p w14:paraId="4643A169" w14:textId="77777777" w:rsidR="008E735A" w:rsidRDefault="00000000"/>
            </w:sdtContent>
          </w:sdt>
        </w:tc>
        <w:tc>
          <w:tcPr>
            <w:tcW w:w="5154" w:type="dxa"/>
          </w:tcPr>
          <w:p w14:paraId="2B942604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029405839"/>
              <w:text w:multiLine="1"/>
            </w:sdtPr>
            <w:sdtContent>
              <w:p w14:paraId="6D833E5E" w14:textId="77777777" w:rsidR="008E735A" w:rsidRDefault="00000000"/>
            </w:sdtContent>
          </w:sdt>
        </w:tc>
      </w:tr>
      <w:tr w:rsidR="003E0DC2" w:rsidRPr="003E0DC2" w14:paraId="791FE9E9" w14:textId="77777777" w:rsidTr="009F607F">
        <w:trPr>
          <w:trHeight w:val="599"/>
        </w:trPr>
        <w:tc>
          <w:tcPr>
            <w:tcW w:w="5154" w:type="dxa"/>
          </w:tcPr>
          <w:p w14:paraId="1A520E1A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602644628"/>
              <w:text w:multiLine="1"/>
            </w:sdtPr>
            <w:sdtContent>
              <w:p w14:paraId="58F3C207" w14:textId="77777777" w:rsidR="008E735A" w:rsidRDefault="00000000"/>
            </w:sdtContent>
          </w:sdt>
        </w:tc>
        <w:tc>
          <w:tcPr>
            <w:tcW w:w="5154" w:type="dxa"/>
          </w:tcPr>
          <w:p w14:paraId="1A67646E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156239233"/>
              <w:text w:multiLine="1"/>
            </w:sdtPr>
            <w:sdtContent>
              <w:p w14:paraId="0B849A4B" w14:textId="77777777" w:rsidR="008E735A" w:rsidRDefault="00000000"/>
            </w:sdtContent>
          </w:sdt>
        </w:tc>
      </w:tr>
      <w:tr w:rsidR="003E0DC2" w:rsidRPr="003E0DC2" w14:paraId="2377CD4B" w14:textId="77777777" w:rsidTr="009F607F">
        <w:trPr>
          <w:trHeight w:val="590"/>
        </w:trPr>
        <w:tc>
          <w:tcPr>
            <w:tcW w:w="5154" w:type="dxa"/>
          </w:tcPr>
          <w:p w14:paraId="585D9876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320383990"/>
              <w:text w:multiLine="1"/>
            </w:sdtPr>
            <w:sdtContent>
              <w:p w14:paraId="19AEDAA2" w14:textId="77777777" w:rsidR="008E735A" w:rsidRDefault="00000000"/>
            </w:sdtContent>
          </w:sdt>
        </w:tc>
        <w:tc>
          <w:tcPr>
            <w:tcW w:w="5154" w:type="dxa"/>
          </w:tcPr>
          <w:p w14:paraId="640644AD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138718920"/>
              <w:text w:multiLine="1"/>
            </w:sdtPr>
            <w:sdtContent>
              <w:p w14:paraId="5F859A28" w14:textId="77777777" w:rsidR="008E735A" w:rsidRDefault="00000000"/>
            </w:sdtContent>
          </w:sdt>
        </w:tc>
      </w:tr>
      <w:tr w:rsidR="003E0DC2" w:rsidRPr="003E0DC2" w14:paraId="5F06444E" w14:textId="77777777" w:rsidTr="009F607F">
        <w:trPr>
          <w:trHeight w:val="599"/>
        </w:trPr>
        <w:tc>
          <w:tcPr>
            <w:tcW w:w="5154" w:type="dxa"/>
          </w:tcPr>
          <w:p w14:paraId="460B8B24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821272125"/>
              <w:text w:multiLine="1"/>
            </w:sdtPr>
            <w:sdtContent>
              <w:p w14:paraId="43E5B633" w14:textId="77777777" w:rsidR="008E735A" w:rsidRDefault="00000000"/>
            </w:sdtContent>
          </w:sdt>
        </w:tc>
        <w:tc>
          <w:tcPr>
            <w:tcW w:w="5154" w:type="dxa"/>
          </w:tcPr>
          <w:p w14:paraId="5E8B9F5D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003275867"/>
              <w:text w:multiLine="1"/>
            </w:sdtPr>
            <w:sdtContent>
              <w:p w14:paraId="2D6D8EA6" w14:textId="77777777" w:rsidR="008E735A" w:rsidRDefault="00000000"/>
            </w:sdtContent>
          </w:sdt>
        </w:tc>
      </w:tr>
    </w:tbl>
    <w:p w14:paraId="0E77418D" w14:textId="77777777" w:rsidR="00FC3118" w:rsidRPr="003E0DC2" w:rsidRDefault="00FC3118">
      <w:pPr>
        <w:rPr>
          <w:rFonts w:ascii="Times New Roman" w:hAnsi="Times New Roman" w:cs="Times New Roman"/>
          <w:b/>
          <w:bCs/>
          <w:u w:val="single"/>
        </w:rPr>
      </w:pPr>
    </w:p>
    <w:p w14:paraId="101A7034" w14:textId="77777777" w:rsidR="00FC3118" w:rsidRPr="00DC630B" w:rsidRDefault="00FC3118" w:rsidP="00FC3118">
      <w:pPr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Elevator</w:t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  <w:t xml:space="preserve">Garage Door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44037197" w14:textId="77777777" w:rsidTr="009F607F">
        <w:trPr>
          <w:trHeight w:val="590"/>
        </w:trPr>
        <w:tc>
          <w:tcPr>
            <w:tcW w:w="5154" w:type="dxa"/>
          </w:tcPr>
          <w:p w14:paraId="614F3449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133787897"/>
              <w:text w:multiLine="1"/>
            </w:sdtPr>
            <w:sdtContent>
              <w:p w14:paraId="3695B39B" w14:textId="77777777" w:rsidR="008E735A" w:rsidRDefault="00000000"/>
            </w:sdtContent>
          </w:sdt>
        </w:tc>
        <w:tc>
          <w:tcPr>
            <w:tcW w:w="5154" w:type="dxa"/>
          </w:tcPr>
          <w:p w14:paraId="2818080B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226192488"/>
              <w:text w:multiLine="1"/>
            </w:sdtPr>
            <w:sdtContent>
              <w:p w14:paraId="3CF95375" w14:textId="77777777" w:rsidR="008E735A" w:rsidRDefault="00000000"/>
            </w:sdtContent>
          </w:sdt>
        </w:tc>
      </w:tr>
      <w:tr w:rsidR="003E0DC2" w:rsidRPr="003E0DC2" w14:paraId="78B0C200" w14:textId="77777777" w:rsidTr="009F607F">
        <w:trPr>
          <w:trHeight w:val="599"/>
        </w:trPr>
        <w:tc>
          <w:tcPr>
            <w:tcW w:w="5154" w:type="dxa"/>
          </w:tcPr>
          <w:p w14:paraId="53298FA3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924614180"/>
              <w:text w:multiLine="1"/>
            </w:sdtPr>
            <w:sdtContent>
              <w:p w14:paraId="7C783BA0" w14:textId="77777777" w:rsidR="008E735A" w:rsidRDefault="00000000"/>
            </w:sdtContent>
          </w:sdt>
        </w:tc>
        <w:tc>
          <w:tcPr>
            <w:tcW w:w="5154" w:type="dxa"/>
          </w:tcPr>
          <w:p w14:paraId="2B945A0B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2031566683"/>
              <w:text w:multiLine="1"/>
            </w:sdtPr>
            <w:sdtContent>
              <w:p w14:paraId="754F27A4" w14:textId="77777777" w:rsidR="008E735A" w:rsidRDefault="00000000"/>
            </w:sdtContent>
          </w:sdt>
        </w:tc>
      </w:tr>
      <w:tr w:rsidR="003E0DC2" w:rsidRPr="003E0DC2" w14:paraId="0581016B" w14:textId="77777777" w:rsidTr="009F607F">
        <w:trPr>
          <w:trHeight w:val="590"/>
        </w:trPr>
        <w:tc>
          <w:tcPr>
            <w:tcW w:w="5154" w:type="dxa"/>
          </w:tcPr>
          <w:p w14:paraId="300F6AC5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555471925"/>
              <w:text w:multiLine="1"/>
            </w:sdtPr>
            <w:sdtContent>
              <w:p w14:paraId="5A7FC947" w14:textId="77777777" w:rsidR="008E735A" w:rsidRDefault="00000000"/>
            </w:sdtContent>
          </w:sdt>
        </w:tc>
        <w:tc>
          <w:tcPr>
            <w:tcW w:w="5154" w:type="dxa"/>
          </w:tcPr>
          <w:p w14:paraId="73598E18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702816218"/>
              <w:text w:multiLine="1"/>
            </w:sdtPr>
            <w:sdtContent>
              <w:p w14:paraId="4DAD1EBC" w14:textId="77777777" w:rsidR="008E735A" w:rsidRDefault="00000000"/>
            </w:sdtContent>
          </w:sdt>
        </w:tc>
      </w:tr>
      <w:tr w:rsidR="003E0DC2" w:rsidRPr="003E0DC2" w14:paraId="575C7ED6" w14:textId="77777777" w:rsidTr="009F607F">
        <w:trPr>
          <w:trHeight w:val="599"/>
        </w:trPr>
        <w:tc>
          <w:tcPr>
            <w:tcW w:w="5154" w:type="dxa"/>
          </w:tcPr>
          <w:p w14:paraId="412027A9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960725158"/>
              <w:text w:multiLine="1"/>
            </w:sdtPr>
            <w:sdtContent>
              <w:p w14:paraId="099E444E" w14:textId="77777777" w:rsidR="008E735A" w:rsidRDefault="00000000"/>
            </w:sdtContent>
          </w:sdt>
        </w:tc>
        <w:tc>
          <w:tcPr>
            <w:tcW w:w="5154" w:type="dxa"/>
          </w:tcPr>
          <w:p w14:paraId="17AF29DF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3362041"/>
              <w:text w:multiLine="1"/>
            </w:sdtPr>
            <w:sdtContent>
              <w:p w14:paraId="35E61911" w14:textId="77777777" w:rsidR="008E735A" w:rsidRDefault="00000000"/>
            </w:sdtContent>
          </w:sdt>
        </w:tc>
      </w:tr>
    </w:tbl>
    <w:p w14:paraId="127AB388" w14:textId="77777777" w:rsidR="00FC3118" w:rsidRPr="003E0DC2" w:rsidRDefault="00FC3118">
      <w:pPr>
        <w:rPr>
          <w:rFonts w:ascii="Times New Roman" w:hAnsi="Times New Roman" w:cs="Times New Roman"/>
          <w:b/>
          <w:bCs/>
          <w:u w:val="single"/>
        </w:rPr>
      </w:pPr>
    </w:p>
    <w:p w14:paraId="08462F71" w14:textId="77777777" w:rsidR="00FC3118" w:rsidRPr="00DC630B" w:rsidRDefault="00FC3118" w:rsidP="00FC3118">
      <w:pPr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Water Filtration</w:t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</w:r>
      <w:r w:rsidRPr="00DC630B">
        <w:rPr>
          <w:rFonts w:ascii="Times New Roman" w:hAnsi="Times New Roman" w:cs="Times New Roman"/>
          <w:b/>
          <w:color w:val="002060"/>
          <w:sz w:val="24"/>
        </w:rPr>
        <w:tab/>
        <w:t xml:space="preserve">Turf Installation/Repair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289BF3D0" w14:textId="77777777" w:rsidTr="009F607F">
        <w:trPr>
          <w:trHeight w:val="590"/>
        </w:trPr>
        <w:tc>
          <w:tcPr>
            <w:tcW w:w="5154" w:type="dxa"/>
          </w:tcPr>
          <w:p w14:paraId="0796BD06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2099823464"/>
              <w:text w:multiLine="1"/>
            </w:sdtPr>
            <w:sdtContent>
              <w:p w14:paraId="3CDE40C8" w14:textId="77777777" w:rsidR="008E735A" w:rsidRDefault="00000000"/>
            </w:sdtContent>
          </w:sdt>
        </w:tc>
        <w:tc>
          <w:tcPr>
            <w:tcW w:w="5154" w:type="dxa"/>
          </w:tcPr>
          <w:p w14:paraId="35681BF0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708951429"/>
              <w:text w:multiLine="1"/>
            </w:sdtPr>
            <w:sdtContent>
              <w:p w14:paraId="76049383" w14:textId="77777777" w:rsidR="008E735A" w:rsidRDefault="00000000"/>
            </w:sdtContent>
          </w:sdt>
        </w:tc>
      </w:tr>
      <w:tr w:rsidR="003E0DC2" w:rsidRPr="003E0DC2" w14:paraId="6B794ECC" w14:textId="77777777" w:rsidTr="009F607F">
        <w:trPr>
          <w:trHeight w:val="599"/>
        </w:trPr>
        <w:tc>
          <w:tcPr>
            <w:tcW w:w="5154" w:type="dxa"/>
          </w:tcPr>
          <w:p w14:paraId="01E549B5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1308472393"/>
              <w:text w:multiLine="1"/>
            </w:sdtPr>
            <w:sdtContent>
              <w:p w14:paraId="544961BF" w14:textId="77777777" w:rsidR="008E735A" w:rsidRDefault="00000000"/>
            </w:sdtContent>
          </w:sdt>
        </w:tc>
        <w:tc>
          <w:tcPr>
            <w:tcW w:w="5154" w:type="dxa"/>
          </w:tcPr>
          <w:p w14:paraId="1E37B0B0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51395381"/>
              <w:text w:multiLine="1"/>
            </w:sdtPr>
            <w:sdtContent>
              <w:p w14:paraId="59820150" w14:textId="77777777" w:rsidR="008E735A" w:rsidRDefault="00000000"/>
            </w:sdtContent>
          </w:sdt>
        </w:tc>
      </w:tr>
      <w:tr w:rsidR="003E0DC2" w:rsidRPr="003E0DC2" w14:paraId="5764C979" w14:textId="77777777" w:rsidTr="009F607F">
        <w:trPr>
          <w:trHeight w:val="590"/>
        </w:trPr>
        <w:tc>
          <w:tcPr>
            <w:tcW w:w="5154" w:type="dxa"/>
          </w:tcPr>
          <w:p w14:paraId="27D0E82A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298586347"/>
              <w:text w:multiLine="1"/>
            </w:sdtPr>
            <w:sdtContent>
              <w:p w14:paraId="14675712" w14:textId="77777777" w:rsidR="008E735A" w:rsidRDefault="00000000"/>
            </w:sdtContent>
          </w:sdt>
        </w:tc>
        <w:tc>
          <w:tcPr>
            <w:tcW w:w="5154" w:type="dxa"/>
          </w:tcPr>
          <w:p w14:paraId="5B840FC6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436170904"/>
              <w:text w:multiLine="1"/>
            </w:sdtPr>
            <w:sdtContent>
              <w:p w14:paraId="745E0EA5" w14:textId="77777777" w:rsidR="008E735A" w:rsidRDefault="00000000"/>
            </w:sdtContent>
          </w:sdt>
        </w:tc>
      </w:tr>
      <w:tr w:rsidR="003E0DC2" w:rsidRPr="003E0DC2" w14:paraId="01249097" w14:textId="77777777" w:rsidTr="009F607F">
        <w:trPr>
          <w:trHeight w:val="599"/>
        </w:trPr>
        <w:tc>
          <w:tcPr>
            <w:tcW w:w="5154" w:type="dxa"/>
          </w:tcPr>
          <w:p w14:paraId="5092189F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934792062"/>
              <w:text w:multiLine="1"/>
            </w:sdtPr>
            <w:sdtContent>
              <w:p w14:paraId="0FC77AA9" w14:textId="77777777" w:rsidR="008E735A" w:rsidRDefault="00000000"/>
            </w:sdtContent>
          </w:sdt>
        </w:tc>
        <w:tc>
          <w:tcPr>
            <w:tcW w:w="5154" w:type="dxa"/>
          </w:tcPr>
          <w:p w14:paraId="72B95246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45414425"/>
              <w:text w:multiLine="1"/>
            </w:sdtPr>
            <w:sdtContent>
              <w:p w14:paraId="4A964010" w14:textId="77777777" w:rsidR="008E735A" w:rsidRDefault="00000000"/>
            </w:sdtContent>
          </w:sdt>
        </w:tc>
      </w:tr>
    </w:tbl>
    <w:p w14:paraId="72CB9E1C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087D8D4A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53A20B26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0A92A4A6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36C320BD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76CBC17B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01CA8F30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52E3CF85" w14:textId="77777777" w:rsidR="003E0DC2" w:rsidRDefault="003E0DC2">
      <w:pPr>
        <w:rPr>
          <w:rFonts w:ascii="Times New Roman" w:hAnsi="Times New Roman" w:cs="Times New Roman"/>
          <w:b/>
          <w:bCs/>
          <w:u w:val="single"/>
        </w:rPr>
      </w:pPr>
    </w:p>
    <w:p w14:paraId="089D0C2C" w14:textId="77777777" w:rsidR="00B305D1" w:rsidRPr="003E0DC2" w:rsidRDefault="00FC3118">
      <w:pPr>
        <w:rPr>
          <w:rFonts w:ascii="Times New Roman" w:hAnsi="Times New Roman" w:cs="Times New Roman"/>
          <w:b/>
          <w:bCs/>
          <w:u w:val="single"/>
        </w:rPr>
      </w:pPr>
      <w:r w:rsidRPr="003E0DC2">
        <w:rPr>
          <w:rFonts w:ascii="Times New Roman" w:hAnsi="Times New Roman" w:cs="Times New Roman"/>
          <w:b/>
          <w:bCs/>
          <w:u w:val="single"/>
        </w:rPr>
        <w:lastRenderedPageBreak/>
        <w:t>INTERIOR SERVICES</w:t>
      </w:r>
    </w:p>
    <w:p w14:paraId="0BE898DA" w14:textId="77777777" w:rsidR="00E41190" w:rsidRPr="00DC630B" w:rsidRDefault="00FC3118" w:rsidP="003E0DC2">
      <w:pPr>
        <w:spacing w:after="0"/>
        <w:rPr>
          <w:rFonts w:ascii="Times New Roman" w:hAnsi="Times New Roman" w:cs="Times New Roman"/>
          <w:b/>
          <w:bCs/>
          <w:color w:val="002060"/>
        </w:rPr>
      </w:pPr>
      <w:r w:rsidRPr="00DC630B">
        <w:rPr>
          <w:rFonts w:ascii="Times New Roman" w:hAnsi="Times New Roman" w:cs="Times New Roman"/>
          <w:b/>
          <w:bCs/>
          <w:color w:val="002060"/>
        </w:rPr>
        <w:t>Electrician</w:t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  <w:t xml:space="preserve">AV Specialist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6108AE7D" w14:textId="77777777" w:rsidTr="009F607F">
        <w:trPr>
          <w:trHeight w:val="590"/>
        </w:trPr>
        <w:tc>
          <w:tcPr>
            <w:tcW w:w="5154" w:type="dxa"/>
          </w:tcPr>
          <w:p w14:paraId="753CA4C1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1444649651"/>
              <w:text w:multiLine="1"/>
            </w:sdtPr>
            <w:sdtContent>
              <w:p w14:paraId="32897DD8" w14:textId="77777777" w:rsidR="008E735A" w:rsidRDefault="00000000"/>
            </w:sdtContent>
          </w:sdt>
        </w:tc>
        <w:tc>
          <w:tcPr>
            <w:tcW w:w="5154" w:type="dxa"/>
          </w:tcPr>
          <w:p w14:paraId="5FAD995D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387766768"/>
              <w:text w:multiLine="1"/>
            </w:sdtPr>
            <w:sdtContent>
              <w:p w14:paraId="21E17315" w14:textId="77777777" w:rsidR="008E735A" w:rsidRDefault="00000000"/>
            </w:sdtContent>
          </w:sdt>
        </w:tc>
      </w:tr>
      <w:tr w:rsidR="003E0DC2" w:rsidRPr="003E0DC2" w14:paraId="01F8300B" w14:textId="77777777" w:rsidTr="009F607F">
        <w:trPr>
          <w:trHeight w:val="599"/>
        </w:trPr>
        <w:tc>
          <w:tcPr>
            <w:tcW w:w="5154" w:type="dxa"/>
          </w:tcPr>
          <w:p w14:paraId="251AE4A7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1101229173"/>
              <w:text w:multiLine="1"/>
            </w:sdtPr>
            <w:sdtContent>
              <w:p w14:paraId="13C29C15" w14:textId="77777777" w:rsidR="008E735A" w:rsidRDefault="00000000"/>
            </w:sdtContent>
          </w:sdt>
        </w:tc>
        <w:tc>
          <w:tcPr>
            <w:tcW w:w="5154" w:type="dxa"/>
          </w:tcPr>
          <w:p w14:paraId="2BEA9B0F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568380570"/>
              <w:text w:multiLine="1"/>
            </w:sdtPr>
            <w:sdtContent>
              <w:p w14:paraId="624B6896" w14:textId="77777777" w:rsidR="008E735A" w:rsidRDefault="00000000"/>
            </w:sdtContent>
          </w:sdt>
        </w:tc>
      </w:tr>
      <w:tr w:rsidR="003E0DC2" w:rsidRPr="003E0DC2" w14:paraId="5B225499" w14:textId="77777777" w:rsidTr="009F607F">
        <w:trPr>
          <w:trHeight w:val="590"/>
        </w:trPr>
        <w:tc>
          <w:tcPr>
            <w:tcW w:w="5154" w:type="dxa"/>
          </w:tcPr>
          <w:p w14:paraId="2957B88A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824035873"/>
              <w:text w:multiLine="1"/>
            </w:sdtPr>
            <w:sdtContent>
              <w:p w14:paraId="254F55DC" w14:textId="77777777" w:rsidR="008E735A" w:rsidRDefault="00000000"/>
            </w:sdtContent>
          </w:sdt>
        </w:tc>
        <w:tc>
          <w:tcPr>
            <w:tcW w:w="5154" w:type="dxa"/>
          </w:tcPr>
          <w:p w14:paraId="6F9DAD97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346087522"/>
              <w:text w:multiLine="1"/>
            </w:sdtPr>
            <w:sdtContent>
              <w:p w14:paraId="0F195D70" w14:textId="77777777" w:rsidR="008E735A" w:rsidRDefault="00000000"/>
            </w:sdtContent>
          </w:sdt>
        </w:tc>
      </w:tr>
      <w:tr w:rsidR="003E0DC2" w:rsidRPr="003E0DC2" w14:paraId="55B6AB9D" w14:textId="77777777" w:rsidTr="009F607F">
        <w:trPr>
          <w:trHeight w:val="599"/>
        </w:trPr>
        <w:tc>
          <w:tcPr>
            <w:tcW w:w="5154" w:type="dxa"/>
          </w:tcPr>
          <w:p w14:paraId="4F14534A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663540160"/>
              <w:text w:multiLine="1"/>
            </w:sdtPr>
            <w:sdtContent>
              <w:p w14:paraId="59CC1253" w14:textId="77777777" w:rsidR="008E735A" w:rsidRDefault="00000000"/>
            </w:sdtContent>
          </w:sdt>
        </w:tc>
        <w:tc>
          <w:tcPr>
            <w:tcW w:w="5154" w:type="dxa"/>
          </w:tcPr>
          <w:p w14:paraId="04E7EF32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614047065"/>
              <w:text w:multiLine="1"/>
            </w:sdtPr>
            <w:sdtContent>
              <w:p w14:paraId="50CFFA00" w14:textId="77777777" w:rsidR="008E735A" w:rsidRDefault="00000000"/>
            </w:sdtContent>
          </w:sdt>
        </w:tc>
      </w:tr>
    </w:tbl>
    <w:p w14:paraId="5BE2892A" w14:textId="77777777" w:rsidR="003E0DC2" w:rsidRDefault="003E0DC2" w:rsidP="003E0DC2">
      <w:pPr>
        <w:spacing w:after="0"/>
        <w:rPr>
          <w:rFonts w:ascii="Times New Roman" w:hAnsi="Times New Roman" w:cs="Times New Roman"/>
          <w:b/>
          <w:bCs/>
        </w:rPr>
      </w:pPr>
    </w:p>
    <w:p w14:paraId="1CB4F603" w14:textId="77777777" w:rsidR="00E41190" w:rsidRPr="00DC630B" w:rsidRDefault="00FC3118" w:rsidP="003E0DC2">
      <w:pPr>
        <w:spacing w:after="0"/>
        <w:rPr>
          <w:rFonts w:ascii="Times New Roman" w:hAnsi="Times New Roman" w:cs="Times New Roman"/>
          <w:b/>
          <w:bCs/>
          <w:color w:val="002060"/>
        </w:rPr>
      </w:pPr>
      <w:r w:rsidRPr="00DC630B">
        <w:rPr>
          <w:rFonts w:ascii="Times New Roman" w:hAnsi="Times New Roman" w:cs="Times New Roman"/>
          <w:b/>
          <w:bCs/>
          <w:color w:val="002060"/>
        </w:rPr>
        <w:t>Housekeeping</w:t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="003E0DC2"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 xml:space="preserve">Window Wash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3A449846" w14:textId="77777777" w:rsidTr="009F607F">
        <w:trPr>
          <w:trHeight w:val="590"/>
        </w:trPr>
        <w:tc>
          <w:tcPr>
            <w:tcW w:w="5154" w:type="dxa"/>
          </w:tcPr>
          <w:p w14:paraId="654E9E30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420163494"/>
              <w:text w:multiLine="1"/>
            </w:sdtPr>
            <w:sdtContent>
              <w:p w14:paraId="1417941F" w14:textId="77777777" w:rsidR="008E735A" w:rsidRDefault="00000000"/>
            </w:sdtContent>
          </w:sdt>
        </w:tc>
        <w:tc>
          <w:tcPr>
            <w:tcW w:w="5154" w:type="dxa"/>
          </w:tcPr>
          <w:p w14:paraId="679A2654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83290055"/>
              <w:text w:multiLine="1"/>
            </w:sdtPr>
            <w:sdtContent>
              <w:p w14:paraId="1FBD3FC8" w14:textId="77777777" w:rsidR="008E735A" w:rsidRDefault="00000000"/>
            </w:sdtContent>
          </w:sdt>
        </w:tc>
      </w:tr>
      <w:tr w:rsidR="003E0DC2" w:rsidRPr="003E0DC2" w14:paraId="020FBBF6" w14:textId="77777777" w:rsidTr="009F607F">
        <w:trPr>
          <w:trHeight w:val="599"/>
        </w:trPr>
        <w:tc>
          <w:tcPr>
            <w:tcW w:w="5154" w:type="dxa"/>
          </w:tcPr>
          <w:p w14:paraId="74928D3E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938442320"/>
              <w:text w:multiLine="1"/>
            </w:sdtPr>
            <w:sdtContent>
              <w:p w14:paraId="35417F3B" w14:textId="77777777" w:rsidR="008E735A" w:rsidRDefault="00000000"/>
            </w:sdtContent>
          </w:sdt>
        </w:tc>
        <w:tc>
          <w:tcPr>
            <w:tcW w:w="5154" w:type="dxa"/>
          </w:tcPr>
          <w:p w14:paraId="2CBAD014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1400202823"/>
              <w:text w:multiLine="1"/>
            </w:sdtPr>
            <w:sdtContent>
              <w:p w14:paraId="15CD5A59" w14:textId="77777777" w:rsidR="008E735A" w:rsidRDefault="00000000"/>
            </w:sdtContent>
          </w:sdt>
        </w:tc>
      </w:tr>
      <w:tr w:rsidR="003E0DC2" w:rsidRPr="003E0DC2" w14:paraId="58C859E3" w14:textId="77777777" w:rsidTr="009F607F">
        <w:trPr>
          <w:trHeight w:val="590"/>
        </w:trPr>
        <w:tc>
          <w:tcPr>
            <w:tcW w:w="5154" w:type="dxa"/>
          </w:tcPr>
          <w:p w14:paraId="30AA859D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439284869"/>
              <w:text w:multiLine="1"/>
            </w:sdtPr>
            <w:sdtContent>
              <w:p w14:paraId="18D4A930" w14:textId="77777777" w:rsidR="008E735A" w:rsidRDefault="00000000"/>
            </w:sdtContent>
          </w:sdt>
        </w:tc>
        <w:tc>
          <w:tcPr>
            <w:tcW w:w="5154" w:type="dxa"/>
          </w:tcPr>
          <w:p w14:paraId="316B560E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846584887"/>
              <w:text w:multiLine="1"/>
            </w:sdtPr>
            <w:sdtContent>
              <w:p w14:paraId="7DD112BA" w14:textId="77777777" w:rsidR="008E735A" w:rsidRDefault="00000000"/>
            </w:sdtContent>
          </w:sdt>
        </w:tc>
      </w:tr>
      <w:tr w:rsidR="003E0DC2" w:rsidRPr="003E0DC2" w14:paraId="791B9861" w14:textId="77777777" w:rsidTr="009F607F">
        <w:trPr>
          <w:trHeight w:val="599"/>
        </w:trPr>
        <w:tc>
          <w:tcPr>
            <w:tcW w:w="5154" w:type="dxa"/>
          </w:tcPr>
          <w:p w14:paraId="192D3E19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295293418"/>
              <w:text w:multiLine="1"/>
            </w:sdtPr>
            <w:sdtContent>
              <w:p w14:paraId="77B3F662" w14:textId="77777777" w:rsidR="008E735A" w:rsidRDefault="00000000"/>
            </w:sdtContent>
          </w:sdt>
        </w:tc>
        <w:tc>
          <w:tcPr>
            <w:tcW w:w="5154" w:type="dxa"/>
          </w:tcPr>
          <w:p w14:paraId="4DFFFB5F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1422147792"/>
              <w:text w:multiLine="1"/>
            </w:sdtPr>
            <w:sdtContent>
              <w:p w14:paraId="705B4965" w14:textId="77777777" w:rsidR="008E735A" w:rsidRDefault="00000000"/>
            </w:sdtContent>
          </w:sdt>
        </w:tc>
      </w:tr>
    </w:tbl>
    <w:p w14:paraId="32B1C8A3" w14:textId="77777777" w:rsidR="003E0DC2" w:rsidRDefault="003E0DC2" w:rsidP="003E0DC2">
      <w:pPr>
        <w:spacing w:after="0"/>
        <w:rPr>
          <w:rFonts w:ascii="Times New Roman" w:hAnsi="Times New Roman" w:cs="Times New Roman"/>
          <w:b/>
          <w:bCs/>
        </w:rPr>
      </w:pPr>
    </w:p>
    <w:p w14:paraId="696AD161" w14:textId="77777777" w:rsidR="00E41190" w:rsidRPr="00DC630B" w:rsidRDefault="00FC3118" w:rsidP="003E0DC2">
      <w:pPr>
        <w:spacing w:after="0"/>
        <w:rPr>
          <w:rFonts w:ascii="Times New Roman" w:hAnsi="Times New Roman" w:cs="Times New Roman"/>
          <w:b/>
          <w:bCs/>
          <w:color w:val="002060"/>
        </w:rPr>
      </w:pPr>
      <w:r w:rsidRPr="00DC630B">
        <w:rPr>
          <w:rFonts w:ascii="Times New Roman" w:hAnsi="Times New Roman" w:cs="Times New Roman"/>
          <w:b/>
          <w:bCs/>
          <w:color w:val="002060"/>
        </w:rPr>
        <w:t xml:space="preserve">Security </w:t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</w:r>
      <w:r w:rsidRPr="00DC630B">
        <w:rPr>
          <w:rFonts w:ascii="Times New Roman" w:hAnsi="Times New Roman" w:cs="Times New Roman"/>
          <w:b/>
          <w:bCs/>
          <w:color w:val="002060"/>
        </w:rPr>
        <w:tab/>
        <w:t xml:space="preserve">Appliance Repair 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083E0E05" w14:textId="77777777" w:rsidTr="009F607F">
        <w:trPr>
          <w:trHeight w:val="590"/>
        </w:trPr>
        <w:tc>
          <w:tcPr>
            <w:tcW w:w="5154" w:type="dxa"/>
          </w:tcPr>
          <w:p w14:paraId="41EF70F9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169170919"/>
              <w:text w:multiLine="1"/>
            </w:sdtPr>
            <w:sdtContent>
              <w:p w14:paraId="19CDC82B" w14:textId="77777777" w:rsidR="008E735A" w:rsidRDefault="00000000"/>
            </w:sdtContent>
          </w:sdt>
        </w:tc>
        <w:tc>
          <w:tcPr>
            <w:tcW w:w="5154" w:type="dxa"/>
          </w:tcPr>
          <w:p w14:paraId="0684C695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678885340"/>
              <w:text w:multiLine="1"/>
            </w:sdtPr>
            <w:sdtContent>
              <w:p w14:paraId="2EC2F502" w14:textId="77777777" w:rsidR="008E735A" w:rsidRDefault="00000000"/>
            </w:sdtContent>
          </w:sdt>
        </w:tc>
      </w:tr>
      <w:tr w:rsidR="003E0DC2" w:rsidRPr="003E0DC2" w14:paraId="694BF325" w14:textId="77777777" w:rsidTr="009F607F">
        <w:trPr>
          <w:trHeight w:val="599"/>
        </w:trPr>
        <w:tc>
          <w:tcPr>
            <w:tcW w:w="5154" w:type="dxa"/>
          </w:tcPr>
          <w:p w14:paraId="4FAC8372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1790423787"/>
              <w:text w:multiLine="1"/>
            </w:sdtPr>
            <w:sdtContent>
              <w:p w14:paraId="283B9E02" w14:textId="77777777" w:rsidR="008E735A" w:rsidRDefault="00000000"/>
            </w:sdtContent>
          </w:sdt>
        </w:tc>
        <w:tc>
          <w:tcPr>
            <w:tcW w:w="5154" w:type="dxa"/>
          </w:tcPr>
          <w:p w14:paraId="1229744B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2059742523"/>
              <w:text w:multiLine="1"/>
            </w:sdtPr>
            <w:sdtContent>
              <w:p w14:paraId="5B5F123F" w14:textId="77777777" w:rsidR="008E735A" w:rsidRDefault="00000000"/>
            </w:sdtContent>
          </w:sdt>
        </w:tc>
      </w:tr>
      <w:tr w:rsidR="003E0DC2" w:rsidRPr="003E0DC2" w14:paraId="2B62994B" w14:textId="77777777" w:rsidTr="009F607F">
        <w:trPr>
          <w:trHeight w:val="590"/>
        </w:trPr>
        <w:tc>
          <w:tcPr>
            <w:tcW w:w="5154" w:type="dxa"/>
          </w:tcPr>
          <w:p w14:paraId="21BBC0BD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705239950"/>
              <w:text w:multiLine="1"/>
            </w:sdtPr>
            <w:sdtContent>
              <w:p w14:paraId="3ADDD486" w14:textId="77777777" w:rsidR="008E735A" w:rsidRDefault="00000000"/>
            </w:sdtContent>
          </w:sdt>
        </w:tc>
        <w:tc>
          <w:tcPr>
            <w:tcW w:w="5154" w:type="dxa"/>
          </w:tcPr>
          <w:p w14:paraId="6B2EE58E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946306643"/>
              <w:text w:multiLine="1"/>
            </w:sdtPr>
            <w:sdtContent>
              <w:p w14:paraId="0129605E" w14:textId="77777777" w:rsidR="008E735A" w:rsidRDefault="00000000"/>
            </w:sdtContent>
          </w:sdt>
        </w:tc>
      </w:tr>
      <w:tr w:rsidR="003E0DC2" w:rsidRPr="003E0DC2" w14:paraId="7BEAD7CC" w14:textId="77777777" w:rsidTr="009F607F">
        <w:trPr>
          <w:trHeight w:val="599"/>
        </w:trPr>
        <w:tc>
          <w:tcPr>
            <w:tcW w:w="5154" w:type="dxa"/>
          </w:tcPr>
          <w:p w14:paraId="009F8CFF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692495637"/>
              <w:text w:multiLine="1"/>
            </w:sdtPr>
            <w:sdtContent>
              <w:p w14:paraId="03F0BAD7" w14:textId="77777777" w:rsidR="008E735A" w:rsidRDefault="00000000"/>
            </w:sdtContent>
          </w:sdt>
        </w:tc>
        <w:tc>
          <w:tcPr>
            <w:tcW w:w="5154" w:type="dxa"/>
          </w:tcPr>
          <w:p w14:paraId="453C7BAC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2134628114"/>
              <w:text w:multiLine="1"/>
            </w:sdtPr>
            <w:sdtContent>
              <w:p w14:paraId="3C614D9A" w14:textId="77777777" w:rsidR="008E735A" w:rsidRDefault="00000000"/>
            </w:sdtContent>
          </w:sdt>
        </w:tc>
      </w:tr>
    </w:tbl>
    <w:p w14:paraId="7B65988E" w14:textId="77777777" w:rsidR="003E0DC2" w:rsidRDefault="003E0DC2" w:rsidP="003E0DC2">
      <w:pPr>
        <w:spacing w:after="0"/>
        <w:rPr>
          <w:rFonts w:ascii="Times New Roman" w:hAnsi="Times New Roman" w:cs="Times New Roman"/>
          <w:b/>
          <w:sz w:val="24"/>
        </w:rPr>
      </w:pPr>
    </w:p>
    <w:p w14:paraId="039A6B90" w14:textId="77777777" w:rsidR="00E41190" w:rsidRPr="00DC630B" w:rsidRDefault="00FC3118" w:rsidP="003E0DC2">
      <w:pPr>
        <w:spacing w:after="0"/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Other: ____________________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FC3118" w:rsidRPr="003E0DC2" w14:paraId="794EE1A4" w14:textId="77777777" w:rsidTr="009F607F">
        <w:trPr>
          <w:trHeight w:val="590"/>
        </w:trPr>
        <w:tc>
          <w:tcPr>
            <w:tcW w:w="5154" w:type="dxa"/>
          </w:tcPr>
          <w:p w14:paraId="561D1D0C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987777290"/>
              <w:text w:multiLine="1"/>
            </w:sdtPr>
            <w:sdtContent>
              <w:p w14:paraId="35F035DE" w14:textId="77777777" w:rsidR="008E735A" w:rsidRDefault="00000000"/>
            </w:sdtContent>
          </w:sdt>
        </w:tc>
        <w:tc>
          <w:tcPr>
            <w:tcW w:w="5154" w:type="dxa"/>
          </w:tcPr>
          <w:p w14:paraId="5B4F5DB0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372353844"/>
              <w:text w:multiLine="1"/>
            </w:sdtPr>
            <w:sdtContent>
              <w:p w14:paraId="0ECA1330" w14:textId="77777777" w:rsidR="008E735A" w:rsidRDefault="00000000"/>
            </w:sdtContent>
          </w:sdt>
        </w:tc>
      </w:tr>
      <w:tr w:rsidR="00FC3118" w:rsidRPr="003E0DC2" w14:paraId="0FF25F82" w14:textId="77777777" w:rsidTr="009F607F">
        <w:trPr>
          <w:trHeight w:val="599"/>
        </w:trPr>
        <w:tc>
          <w:tcPr>
            <w:tcW w:w="5154" w:type="dxa"/>
          </w:tcPr>
          <w:p w14:paraId="62333C2C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1291549398"/>
              <w:text w:multiLine="1"/>
            </w:sdtPr>
            <w:sdtContent>
              <w:p w14:paraId="62985DE4" w14:textId="77777777" w:rsidR="008E735A" w:rsidRDefault="00000000"/>
            </w:sdtContent>
          </w:sdt>
        </w:tc>
        <w:tc>
          <w:tcPr>
            <w:tcW w:w="5154" w:type="dxa"/>
          </w:tcPr>
          <w:p w14:paraId="0A56E1FA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962269442"/>
              <w:text w:multiLine="1"/>
            </w:sdtPr>
            <w:sdtContent>
              <w:p w14:paraId="4227E7BF" w14:textId="77777777" w:rsidR="008E735A" w:rsidRDefault="00000000"/>
            </w:sdtContent>
          </w:sdt>
        </w:tc>
      </w:tr>
      <w:tr w:rsidR="00FC3118" w:rsidRPr="003E0DC2" w14:paraId="2A9EDF99" w14:textId="77777777" w:rsidTr="009F607F">
        <w:trPr>
          <w:trHeight w:val="590"/>
        </w:trPr>
        <w:tc>
          <w:tcPr>
            <w:tcW w:w="5154" w:type="dxa"/>
          </w:tcPr>
          <w:p w14:paraId="6046BEE3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315489196"/>
              <w:text w:multiLine="1"/>
            </w:sdtPr>
            <w:sdtContent>
              <w:p w14:paraId="1516014E" w14:textId="77777777" w:rsidR="008E735A" w:rsidRDefault="00000000"/>
            </w:sdtContent>
          </w:sdt>
        </w:tc>
        <w:tc>
          <w:tcPr>
            <w:tcW w:w="5154" w:type="dxa"/>
          </w:tcPr>
          <w:p w14:paraId="083CC3F6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733420372"/>
              <w:text w:multiLine="1"/>
            </w:sdtPr>
            <w:sdtContent>
              <w:p w14:paraId="1E3677CE" w14:textId="77777777" w:rsidR="008E735A" w:rsidRDefault="00000000"/>
            </w:sdtContent>
          </w:sdt>
        </w:tc>
      </w:tr>
      <w:tr w:rsidR="00FC3118" w:rsidRPr="003E0DC2" w14:paraId="4EFE8D3D" w14:textId="77777777" w:rsidTr="009F607F">
        <w:trPr>
          <w:trHeight w:val="599"/>
        </w:trPr>
        <w:tc>
          <w:tcPr>
            <w:tcW w:w="5154" w:type="dxa"/>
          </w:tcPr>
          <w:p w14:paraId="2BF4A82E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805898039"/>
              <w:text w:multiLine="1"/>
            </w:sdtPr>
            <w:sdtContent>
              <w:p w14:paraId="63E4BE02" w14:textId="77777777" w:rsidR="008E735A" w:rsidRDefault="00000000"/>
            </w:sdtContent>
          </w:sdt>
        </w:tc>
        <w:tc>
          <w:tcPr>
            <w:tcW w:w="5154" w:type="dxa"/>
          </w:tcPr>
          <w:p w14:paraId="595A2FA3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114181630"/>
              <w:text w:multiLine="1"/>
            </w:sdtPr>
            <w:sdtContent>
              <w:p w14:paraId="73E2630B" w14:textId="77777777" w:rsidR="008E735A" w:rsidRDefault="00000000"/>
            </w:sdtContent>
          </w:sdt>
        </w:tc>
      </w:tr>
    </w:tbl>
    <w:p w14:paraId="167D3AC0" w14:textId="77777777" w:rsidR="00E41190" w:rsidRDefault="00E41190">
      <w:pPr>
        <w:rPr>
          <w:rFonts w:ascii="Times New Roman" w:hAnsi="Times New Roman" w:cs="Times New Roman"/>
        </w:rPr>
      </w:pPr>
    </w:p>
    <w:p w14:paraId="5D438634" w14:textId="77777777" w:rsidR="003E0DC2" w:rsidRDefault="003E0DC2">
      <w:pPr>
        <w:rPr>
          <w:rFonts w:ascii="Times New Roman" w:hAnsi="Times New Roman" w:cs="Times New Roman"/>
        </w:rPr>
      </w:pPr>
    </w:p>
    <w:p w14:paraId="02806A69" w14:textId="77777777" w:rsidR="003E0DC2" w:rsidRPr="003E0DC2" w:rsidRDefault="003E0DC2">
      <w:pPr>
        <w:rPr>
          <w:rFonts w:ascii="Times New Roman" w:hAnsi="Times New Roman" w:cs="Times New Roman"/>
        </w:rPr>
      </w:pPr>
    </w:p>
    <w:p w14:paraId="137EF8BE" w14:textId="77777777" w:rsidR="00E41190" w:rsidRPr="00DC630B" w:rsidRDefault="00000000" w:rsidP="003E0DC2">
      <w:pPr>
        <w:spacing w:after="0"/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lastRenderedPageBreak/>
        <w:t>Other: ____________________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FC3118" w:rsidRPr="003E0DC2" w14:paraId="0EDB6B91" w14:textId="77777777" w:rsidTr="009F607F">
        <w:trPr>
          <w:trHeight w:val="590"/>
        </w:trPr>
        <w:tc>
          <w:tcPr>
            <w:tcW w:w="5154" w:type="dxa"/>
          </w:tcPr>
          <w:p w14:paraId="09194627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2138754864"/>
              <w:text w:multiLine="1"/>
            </w:sdtPr>
            <w:sdtContent>
              <w:p w14:paraId="29A50855" w14:textId="77777777" w:rsidR="008E735A" w:rsidRDefault="00000000"/>
            </w:sdtContent>
          </w:sdt>
        </w:tc>
        <w:tc>
          <w:tcPr>
            <w:tcW w:w="5154" w:type="dxa"/>
          </w:tcPr>
          <w:p w14:paraId="3B3D6744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155996628"/>
              <w:text w:multiLine="1"/>
            </w:sdtPr>
            <w:sdtContent>
              <w:p w14:paraId="3DAF72FF" w14:textId="77777777" w:rsidR="008E735A" w:rsidRDefault="00000000"/>
            </w:sdtContent>
          </w:sdt>
        </w:tc>
      </w:tr>
      <w:tr w:rsidR="00FC3118" w:rsidRPr="003E0DC2" w14:paraId="3DEBED92" w14:textId="77777777" w:rsidTr="009F607F">
        <w:trPr>
          <w:trHeight w:val="599"/>
        </w:trPr>
        <w:tc>
          <w:tcPr>
            <w:tcW w:w="5154" w:type="dxa"/>
          </w:tcPr>
          <w:p w14:paraId="12BA65BB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735696065"/>
              <w:text w:multiLine="1"/>
            </w:sdtPr>
            <w:sdtContent>
              <w:p w14:paraId="13DD786D" w14:textId="77777777" w:rsidR="008E735A" w:rsidRDefault="00000000"/>
            </w:sdtContent>
          </w:sdt>
        </w:tc>
        <w:tc>
          <w:tcPr>
            <w:tcW w:w="5154" w:type="dxa"/>
          </w:tcPr>
          <w:p w14:paraId="326197A2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1669751717"/>
              <w:text w:multiLine="1"/>
            </w:sdtPr>
            <w:sdtContent>
              <w:p w14:paraId="6502F7DE" w14:textId="77777777" w:rsidR="008E735A" w:rsidRDefault="00000000"/>
            </w:sdtContent>
          </w:sdt>
        </w:tc>
      </w:tr>
      <w:tr w:rsidR="00FC3118" w:rsidRPr="003E0DC2" w14:paraId="3F7024A7" w14:textId="77777777" w:rsidTr="009F607F">
        <w:trPr>
          <w:trHeight w:val="590"/>
        </w:trPr>
        <w:tc>
          <w:tcPr>
            <w:tcW w:w="5154" w:type="dxa"/>
          </w:tcPr>
          <w:p w14:paraId="1F05BF6D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32785610"/>
              <w:text w:multiLine="1"/>
            </w:sdtPr>
            <w:sdtContent>
              <w:p w14:paraId="3A8D73B7" w14:textId="77777777" w:rsidR="008E735A" w:rsidRDefault="00000000"/>
            </w:sdtContent>
          </w:sdt>
        </w:tc>
        <w:tc>
          <w:tcPr>
            <w:tcW w:w="5154" w:type="dxa"/>
          </w:tcPr>
          <w:p w14:paraId="5F9D1962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509173985"/>
              <w:text w:multiLine="1"/>
            </w:sdtPr>
            <w:sdtContent>
              <w:p w14:paraId="28E39FA4" w14:textId="77777777" w:rsidR="008E735A" w:rsidRDefault="00000000"/>
            </w:sdtContent>
          </w:sdt>
        </w:tc>
      </w:tr>
      <w:tr w:rsidR="00FC3118" w:rsidRPr="003E0DC2" w14:paraId="28CA53C1" w14:textId="77777777" w:rsidTr="009F607F">
        <w:trPr>
          <w:trHeight w:val="599"/>
        </w:trPr>
        <w:tc>
          <w:tcPr>
            <w:tcW w:w="5154" w:type="dxa"/>
          </w:tcPr>
          <w:p w14:paraId="4C3AFED9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1358314390"/>
              <w:text w:multiLine="1"/>
            </w:sdtPr>
            <w:sdtContent>
              <w:p w14:paraId="0E4F9F0E" w14:textId="77777777" w:rsidR="008E735A" w:rsidRDefault="00000000"/>
            </w:sdtContent>
          </w:sdt>
        </w:tc>
        <w:tc>
          <w:tcPr>
            <w:tcW w:w="5154" w:type="dxa"/>
          </w:tcPr>
          <w:p w14:paraId="1F9595DC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724030717"/>
              <w:text w:multiLine="1"/>
            </w:sdtPr>
            <w:sdtContent>
              <w:p w14:paraId="48A2CE1F" w14:textId="77777777" w:rsidR="008E735A" w:rsidRDefault="00000000"/>
            </w:sdtContent>
          </w:sdt>
        </w:tc>
      </w:tr>
    </w:tbl>
    <w:p w14:paraId="74FBDA71" w14:textId="77777777" w:rsidR="00E41190" w:rsidRPr="003E0DC2" w:rsidRDefault="00E41190">
      <w:pPr>
        <w:rPr>
          <w:rFonts w:ascii="Times New Roman" w:hAnsi="Times New Roman" w:cs="Times New Roman"/>
        </w:rPr>
      </w:pPr>
    </w:p>
    <w:p w14:paraId="7CF81E41" w14:textId="77777777" w:rsidR="00FC3118" w:rsidRPr="00DC630B" w:rsidRDefault="00FC3118" w:rsidP="003E0DC2">
      <w:pPr>
        <w:spacing w:after="0"/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Other: ____________________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FC3118" w:rsidRPr="003E0DC2" w14:paraId="1C9F2D92" w14:textId="77777777" w:rsidTr="009F607F">
        <w:trPr>
          <w:trHeight w:val="590"/>
        </w:trPr>
        <w:tc>
          <w:tcPr>
            <w:tcW w:w="5154" w:type="dxa"/>
          </w:tcPr>
          <w:p w14:paraId="55AD9188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1629735912"/>
              <w:text w:multiLine="1"/>
            </w:sdtPr>
            <w:sdtContent>
              <w:p w14:paraId="7EB4FA39" w14:textId="77777777" w:rsidR="008E735A" w:rsidRDefault="00000000"/>
            </w:sdtContent>
          </w:sdt>
        </w:tc>
        <w:tc>
          <w:tcPr>
            <w:tcW w:w="5154" w:type="dxa"/>
          </w:tcPr>
          <w:p w14:paraId="7FF06B84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185684052"/>
              <w:text w:multiLine="1"/>
            </w:sdtPr>
            <w:sdtContent>
              <w:p w14:paraId="4559AF19" w14:textId="77777777" w:rsidR="008E735A" w:rsidRDefault="00000000"/>
            </w:sdtContent>
          </w:sdt>
        </w:tc>
      </w:tr>
      <w:tr w:rsidR="00FC3118" w:rsidRPr="003E0DC2" w14:paraId="402AAE6E" w14:textId="77777777" w:rsidTr="009F607F">
        <w:trPr>
          <w:trHeight w:val="599"/>
        </w:trPr>
        <w:tc>
          <w:tcPr>
            <w:tcW w:w="5154" w:type="dxa"/>
          </w:tcPr>
          <w:p w14:paraId="21A40B90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1265916074"/>
              <w:text w:multiLine="1"/>
            </w:sdtPr>
            <w:sdtContent>
              <w:p w14:paraId="2D5C5EC4" w14:textId="77777777" w:rsidR="008E735A" w:rsidRDefault="00000000"/>
            </w:sdtContent>
          </w:sdt>
        </w:tc>
        <w:tc>
          <w:tcPr>
            <w:tcW w:w="5154" w:type="dxa"/>
          </w:tcPr>
          <w:p w14:paraId="4BAC5BAC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337229166"/>
              <w:text w:multiLine="1"/>
            </w:sdtPr>
            <w:sdtContent>
              <w:p w14:paraId="2E45A07D" w14:textId="77777777" w:rsidR="008E735A" w:rsidRDefault="00000000"/>
            </w:sdtContent>
          </w:sdt>
        </w:tc>
      </w:tr>
      <w:tr w:rsidR="00FC3118" w:rsidRPr="003E0DC2" w14:paraId="5726F8C4" w14:textId="77777777" w:rsidTr="009F607F">
        <w:trPr>
          <w:trHeight w:val="590"/>
        </w:trPr>
        <w:tc>
          <w:tcPr>
            <w:tcW w:w="5154" w:type="dxa"/>
          </w:tcPr>
          <w:p w14:paraId="407295B1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214234079"/>
              <w:text w:multiLine="1"/>
            </w:sdtPr>
            <w:sdtContent>
              <w:p w14:paraId="06E57814" w14:textId="77777777" w:rsidR="008E735A" w:rsidRDefault="00000000"/>
            </w:sdtContent>
          </w:sdt>
        </w:tc>
        <w:tc>
          <w:tcPr>
            <w:tcW w:w="5154" w:type="dxa"/>
          </w:tcPr>
          <w:p w14:paraId="2C3C4366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699587767"/>
              <w:text w:multiLine="1"/>
            </w:sdtPr>
            <w:sdtContent>
              <w:p w14:paraId="1EF2795F" w14:textId="77777777" w:rsidR="008E735A" w:rsidRDefault="00000000"/>
            </w:sdtContent>
          </w:sdt>
        </w:tc>
      </w:tr>
      <w:tr w:rsidR="00FC3118" w:rsidRPr="003E0DC2" w14:paraId="26F2BE9B" w14:textId="77777777" w:rsidTr="009F607F">
        <w:trPr>
          <w:trHeight w:val="599"/>
        </w:trPr>
        <w:tc>
          <w:tcPr>
            <w:tcW w:w="5154" w:type="dxa"/>
          </w:tcPr>
          <w:p w14:paraId="0D226D72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228147280"/>
              <w:text w:multiLine="1"/>
            </w:sdtPr>
            <w:sdtContent>
              <w:p w14:paraId="7CCD53A6" w14:textId="77777777" w:rsidR="008E735A" w:rsidRDefault="00000000"/>
            </w:sdtContent>
          </w:sdt>
        </w:tc>
        <w:tc>
          <w:tcPr>
            <w:tcW w:w="5154" w:type="dxa"/>
          </w:tcPr>
          <w:p w14:paraId="6C0F1212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015997398"/>
              <w:text w:multiLine="1"/>
            </w:sdtPr>
            <w:sdtContent>
              <w:p w14:paraId="193525AB" w14:textId="77777777" w:rsidR="008E735A" w:rsidRDefault="00000000"/>
            </w:sdtContent>
          </w:sdt>
        </w:tc>
      </w:tr>
    </w:tbl>
    <w:p w14:paraId="4986FD9A" w14:textId="77777777" w:rsidR="00FC3118" w:rsidRDefault="00FC3118" w:rsidP="00FC3118">
      <w:pPr>
        <w:rPr>
          <w:rFonts w:ascii="Times New Roman" w:hAnsi="Times New Roman" w:cs="Times New Roman"/>
        </w:rPr>
      </w:pPr>
    </w:p>
    <w:p w14:paraId="5ABBC6C0" w14:textId="77777777" w:rsidR="003E0DC2" w:rsidRPr="00DC630B" w:rsidRDefault="003E0DC2" w:rsidP="003E0DC2">
      <w:pPr>
        <w:spacing w:after="0"/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Other: ____________________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3D65E500" w14:textId="77777777" w:rsidTr="009F607F">
        <w:trPr>
          <w:trHeight w:val="590"/>
        </w:trPr>
        <w:tc>
          <w:tcPr>
            <w:tcW w:w="5154" w:type="dxa"/>
          </w:tcPr>
          <w:p w14:paraId="70C48A5D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970286922"/>
              <w:text w:multiLine="1"/>
            </w:sdtPr>
            <w:sdtContent>
              <w:p w14:paraId="3EFD1117" w14:textId="77777777" w:rsidR="008E735A" w:rsidRDefault="00000000"/>
            </w:sdtContent>
          </w:sdt>
        </w:tc>
        <w:tc>
          <w:tcPr>
            <w:tcW w:w="5154" w:type="dxa"/>
          </w:tcPr>
          <w:p w14:paraId="0D856A36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598879281"/>
              <w:text w:multiLine="1"/>
            </w:sdtPr>
            <w:sdtContent>
              <w:p w14:paraId="52485EB3" w14:textId="77777777" w:rsidR="008E735A" w:rsidRDefault="00000000"/>
            </w:sdtContent>
          </w:sdt>
        </w:tc>
      </w:tr>
      <w:tr w:rsidR="003E0DC2" w:rsidRPr="003E0DC2" w14:paraId="1D0A73E4" w14:textId="77777777" w:rsidTr="009F607F">
        <w:trPr>
          <w:trHeight w:val="599"/>
        </w:trPr>
        <w:tc>
          <w:tcPr>
            <w:tcW w:w="5154" w:type="dxa"/>
          </w:tcPr>
          <w:p w14:paraId="090F0107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306213866"/>
              <w:text w:multiLine="1"/>
            </w:sdtPr>
            <w:sdtContent>
              <w:p w14:paraId="1FA71CB9" w14:textId="77777777" w:rsidR="008E735A" w:rsidRDefault="00000000"/>
            </w:sdtContent>
          </w:sdt>
        </w:tc>
        <w:tc>
          <w:tcPr>
            <w:tcW w:w="5154" w:type="dxa"/>
          </w:tcPr>
          <w:p w14:paraId="69059B01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782542682"/>
              <w:text w:multiLine="1"/>
            </w:sdtPr>
            <w:sdtContent>
              <w:p w14:paraId="17185F3D" w14:textId="77777777" w:rsidR="008E735A" w:rsidRDefault="00000000"/>
            </w:sdtContent>
          </w:sdt>
        </w:tc>
      </w:tr>
      <w:tr w:rsidR="003E0DC2" w:rsidRPr="003E0DC2" w14:paraId="26E9A561" w14:textId="77777777" w:rsidTr="009F607F">
        <w:trPr>
          <w:trHeight w:val="590"/>
        </w:trPr>
        <w:tc>
          <w:tcPr>
            <w:tcW w:w="5154" w:type="dxa"/>
          </w:tcPr>
          <w:p w14:paraId="350CA54E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851332801"/>
              <w:text w:multiLine="1"/>
            </w:sdtPr>
            <w:sdtContent>
              <w:p w14:paraId="412E7302" w14:textId="77777777" w:rsidR="008E735A" w:rsidRDefault="00000000"/>
            </w:sdtContent>
          </w:sdt>
        </w:tc>
        <w:tc>
          <w:tcPr>
            <w:tcW w:w="5154" w:type="dxa"/>
          </w:tcPr>
          <w:p w14:paraId="2DFEED1E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-1040360436"/>
              <w:text w:multiLine="1"/>
            </w:sdtPr>
            <w:sdtContent>
              <w:p w14:paraId="27DB6620" w14:textId="77777777" w:rsidR="008E735A" w:rsidRDefault="00000000"/>
            </w:sdtContent>
          </w:sdt>
        </w:tc>
      </w:tr>
      <w:tr w:rsidR="003E0DC2" w:rsidRPr="003E0DC2" w14:paraId="7891C5A6" w14:textId="77777777" w:rsidTr="009F607F">
        <w:trPr>
          <w:trHeight w:val="599"/>
        </w:trPr>
        <w:tc>
          <w:tcPr>
            <w:tcW w:w="5154" w:type="dxa"/>
          </w:tcPr>
          <w:p w14:paraId="6C7A4637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927184313"/>
              <w:text w:multiLine="1"/>
            </w:sdtPr>
            <w:sdtContent>
              <w:p w14:paraId="29E48CDD" w14:textId="77777777" w:rsidR="008E735A" w:rsidRDefault="00000000"/>
            </w:sdtContent>
          </w:sdt>
        </w:tc>
        <w:tc>
          <w:tcPr>
            <w:tcW w:w="5154" w:type="dxa"/>
          </w:tcPr>
          <w:p w14:paraId="3FFCCEE1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1960943445"/>
              <w:text w:multiLine="1"/>
            </w:sdtPr>
            <w:sdtContent>
              <w:p w14:paraId="60996A59" w14:textId="77777777" w:rsidR="008E735A" w:rsidRDefault="00000000"/>
            </w:sdtContent>
          </w:sdt>
        </w:tc>
      </w:tr>
    </w:tbl>
    <w:p w14:paraId="0B587209" w14:textId="77777777" w:rsidR="003E0DC2" w:rsidRDefault="003E0DC2" w:rsidP="003E0DC2">
      <w:pPr>
        <w:rPr>
          <w:rFonts w:ascii="Times New Roman" w:hAnsi="Times New Roman" w:cs="Times New Roman"/>
        </w:rPr>
      </w:pPr>
    </w:p>
    <w:p w14:paraId="5B1B78FE" w14:textId="77777777" w:rsidR="003E0DC2" w:rsidRPr="00DC630B" w:rsidRDefault="003E0DC2" w:rsidP="003E0DC2">
      <w:pPr>
        <w:spacing w:after="0"/>
        <w:rPr>
          <w:rFonts w:ascii="Times New Roman" w:hAnsi="Times New Roman" w:cs="Times New Roman"/>
          <w:color w:val="002060"/>
        </w:rPr>
      </w:pPr>
      <w:r w:rsidRPr="00DC630B">
        <w:rPr>
          <w:rFonts w:ascii="Times New Roman" w:hAnsi="Times New Roman" w:cs="Times New Roman"/>
          <w:b/>
          <w:color w:val="002060"/>
          <w:sz w:val="24"/>
        </w:rPr>
        <w:t>Other: ____________________</w:t>
      </w:r>
    </w:p>
    <w:tbl>
      <w:tblPr>
        <w:tblStyle w:val="TableGrid"/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3E0DC2" w:rsidRPr="003E0DC2" w14:paraId="11CAFF06" w14:textId="77777777" w:rsidTr="009F607F">
        <w:trPr>
          <w:trHeight w:val="590"/>
        </w:trPr>
        <w:tc>
          <w:tcPr>
            <w:tcW w:w="5154" w:type="dxa"/>
          </w:tcPr>
          <w:p w14:paraId="47FD8B2E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-787895088"/>
              <w:text w:multiLine="1"/>
            </w:sdtPr>
            <w:sdtContent>
              <w:p w14:paraId="64D1348F" w14:textId="77777777" w:rsidR="008E735A" w:rsidRDefault="00000000"/>
            </w:sdtContent>
          </w:sdt>
        </w:tc>
        <w:tc>
          <w:tcPr>
            <w:tcW w:w="5154" w:type="dxa"/>
          </w:tcPr>
          <w:p w14:paraId="48DA2B6A" w14:textId="77777777" w:rsidR="008E735A" w:rsidRDefault="00000000">
            <w:r>
              <w:rPr>
                <w:b/>
              </w:rPr>
              <w:t>Company Name:</w:t>
            </w:r>
          </w:p>
          <w:sdt>
            <w:sdtPr>
              <w:alias w:val="Company Name:"/>
              <w:tag w:val="Company Name"/>
              <w:id w:val="108946781"/>
              <w:text w:multiLine="1"/>
            </w:sdtPr>
            <w:sdtContent>
              <w:p w14:paraId="74C056B3" w14:textId="77777777" w:rsidR="008E735A" w:rsidRDefault="00000000"/>
            </w:sdtContent>
          </w:sdt>
        </w:tc>
      </w:tr>
      <w:tr w:rsidR="003E0DC2" w:rsidRPr="003E0DC2" w14:paraId="6F0ABA5C" w14:textId="77777777" w:rsidTr="009F607F">
        <w:trPr>
          <w:trHeight w:val="599"/>
        </w:trPr>
        <w:tc>
          <w:tcPr>
            <w:tcW w:w="5154" w:type="dxa"/>
          </w:tcPr>
          <w:p w14:paraId="33A65588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-396357978"/>
              <w:text w:multiLine="1"/>
            </w:sdtPr>
            <w:sdtContent>
              <w:p w14:paraId="0F2C1FC5" w14:textId="77777777" w:rsidR="008E735A" w:rsidRDefault="00000000"/>
            </w:sdtContent>
          </w:sdt>
        </w:tc>
        <w:tc>
          <w:tcPr>
            <w:tcW w:w="5154" w:type="dxa"/>
          </w:tcPr>
          <w:p w14:paraId="2ACB887B" w14:textId="77777777" w:rsidR="008E735A" w:rsidRDefault="00000000">
            <w:r>
              <w:rPr>
                <w:b/>
              </w:rPr>
              <w:t>Contact Name:</w:t>
            </w:r>
          </w:p>
          <w:sdt>
            <w:sdtPr>
              <w:alias w:val="Contact Name:"/>
              <w:tag w:val="Contact Name"/>
              <w:id w:val="950677901"/>
              <w:text w:multiLine="1"/>
            </w:sdtPr>
            <w:sdtContent>
              <w:p w14:paraId="5D3FAE33" w14:textId="77777777" w:rsidR="008E735A" w:rsidRDefault="00000000"/>
            </w:sdtContent>
          </w:sdt>
        </w:tc>
      </w:tr>
      <w:tr w:rsidR="003E0DC2" w:rsidRPr="003E0DC2" w14:paraId="1C92E09F" w14:textId="77777777" w:rsidTr="009F607F">
        <w:trPr>
          <w:trHeight w:val="590"/>
        </w:trPr>
        <w:tc>
          <w:tcPr>
            <w:tcW w:w="5154" w:type="dxa"/>
          </w:tcPr>
          <w:p w14:paraId="099C417A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366642180"/>
              <w:text w:multiLine="1"/>
            </w:sdtPr>
            <w:sdtContent>
              <w:p w14:paraId="4A88A7EE" w14:textId="77777777" w:rsidR="008E735A" w:rsidRDefault="00000000"/>
            </w:sdtContent>
          </w:sdt>
        </w:tc>
        <w:tc>
          <w:tcPr>
            <w:tcW w:w="5154" w:type="dxa"/>
          </w:tcPr>
          <w:p w14:paraId="779F41A8" w14:textId="77777777" w:rsidR="008E735A" w:rsidRDefault="00000000">
            <w:r>
              <w:rPr>
                <w:b/>
              </w:rPr>
              <w:t>Phone / Email:</w:t>
            </w:r>
          </w:p>
          <w:sdt>
            <w:sdtPr>
              <w:alias w:val="Phone / Email:"/>
              <w:tag w:val="Phone / Email"/>
              <w:id w:val="1291404658"/>
              <w:text w:multiLine="1"/>
            </w:sdtPr>
            <w:sdtContent>
              <w:p w14:paraId="33A6AEF6" w14:textId="77777777" w:rsidR="008E735A" w:rsidRDefault="00000000"/>
            </w:sdtContent>
          </w:sdt>
        </w:tc>
      </w:tr>
      <w:tr w:rsidR="003E0DC2" w:rsidRPr="003E0DC2" w14:paraId="637E92CA" w14:textId="77777777" w:rsidTr="009F607F">
        <w:trPr>
          <w:trHeight w:val="599"/>
        </w:trPr>
        <w:tc>
          <w:tcPr>
            <w:tcW w:w="5154" w:type="dxa"/>
          </w:tcPr>
          <w:p w14:paraId="49BFF1A7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1962373492"/>
              <w:text w:multiLine="1"/>
            </w:sdtPr>
            <w:sdtContent>
              <w:p w14:paraId="63A66EDB" w14:textId="77777777" w:rsidR="008E735A" w:rsidRDefault="00000000"/>
            </w:sdtContent>
          </w:sdt>
        </w:tc>
        <w:tc>
          <w:tcPr>
            <w:tcW w:w="5154" w:type="dxa"/>
          </w:tcPr>
          <w:p w14:paraId="02F7A393" w14:textId="77777777" w:rsidR="008E735A" w:rsidRDefault="00000000">
            <w:r>
              <w:rPr>
                <w:b/>
              </w:rPr>
              <w:t>Service Day / Frequency / Notes:</w:t>
            </w:r>
          </w:p>
          <w:sdt>
            <w:sdtPr>
              <w:alias w:val="Service Day / Frequency / Notes:"/>
              <w:tag w:val="Service Day / Frequency / Notes"/>
              <w:id w:val="-983233900"/>
              <w:text w:multiLine="1"/>
            </w:sdtPr>
            <w:sdtContent>
              <w:p w14:paraId="714AF3F9" w14:textId="77777777" w:rsidR="008E735A" w:rsidRDefault="00000000"/>
            </w:sdtContent>
          </w:sdt>
        </w:tc>
      </w:tr>
    </w:tbl>
    <w:p w14:paraId="09D23F67" w14:textId="77777777" w:rsidR="003E0DC2" w:rsidRPr="003E0DC2" w:rsidRDefault="003E0DC2" w:rsidP="00FC3118">
      <w:pPr>
        <w:rPr>
          <w:rFonts w:ascii="Times New Roman" w:hAnsi="Times New Roman" w:cs="Times New Roman"/>
        </w:rPr>
      </w:pPr>
    </w:p>
    <w:p w14:paraId="61D71B19" w14:textId="77777777" w:rsidR="00E41190" w:rsidRPr="003E0DC2" w:rsidRDefault="00000000">
      <w:pPr>
        <w:rPr>
          <w:rFonts w:ascii="Times New Roman" w:hAnsi="Times New Roman" w:cs="Times New Roman"/>
        </w:rPr>
      </w:pPr>
      <w:r w:rsidRPr="003E0DC2">
        <w:rPr>
          <w:rFonts w:ascii="Times New Roman" w:hAnsi="Times New Roman" w:cs="Times New Roman"/>
          <w:i/>
        </w:rPr>
        <w:t>KB Home Services – Internal Use Only</w:t>
      </w:r>
    </w:p>
    <w:sectPr w:rsidR="00E41190" w:rsidRPr="003E0DC2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349ED" w14:textId="77777777" w:rsidR="008E2C3E" w:rsidRDefault="008E2C3E" w:rsidP="00B305D1">
      <w:pPr>
        <w:spacing w:after="0" w:line="240" w:lineRule="auto"/>
      </w:pPr>
      <w:r>
        <w:separator/>
      </w:r>
    </w:p>
  </w:endnote>
  <w:endnote w:type="continuationSeparator" w:id="0">
    <w:p w14:paraId="78207419" w14:textId="77777777" w:rsidR="008E2C3E" w:rsidRDefault="008E2C3E" w:rsidP="00B3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B9502" w14:textId="77777777" w:rsidR="008E2C3E" w:rsidRDefault="008E2C3E" w:rsidP="00B305D1">
      <w:pPr>
        <w:spacing w:after="0" w:line="240" w:lineRule="auto"/>
      </w:pPr>
      <w:r>
        <w:separator/>
      </w:r>
    </w:p>
  </w:footnote>
  <w:footnote w:type="continuationSeparator" w:id="0">
    <w:p w14:paraId="7B0B8401" w14:textId="77777777" w:rsidR="008E2C3E" w:rsidRDefault="008E2C3E" w:rsidP="00B3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7610806">
    <w:abstractNumId w:val="8"/>
  </w:num>
  <w:num w:numId="2" w16cid:durableId="1064453799">
    <w:abstractNumId w:val="6"/>
  </w:num>
  <w:num w:numId="3" w16cid:durableId="953755389">
    <w:abstractNumId w:val="5"/>
  </w:num>
  <w:num w:numId="4" w16cid:durableId="2072532678">
    <w:abstractNumId w:val="4"/>
  </w:num>
  <w:num w:numId="5" w16cid:durableId="739712068">
    <w:abstractNumId w:val="7"/>
  </w:num>
  <w:num w:numId="6" w16cid:durableId="9841600">
    <w:abstractNumId w:val="3"/>
  </w:num>
  <w:num w:numId="7" w16cid:durableId="1715345161">
    <w:abstractNumId w:val="2"/>
  </w:num>
  <w:num w:numId="8" w16cid:durableId="1496259973">
    <w:abstractNumId w:val="1"/>
  </w:num>
  <w:num w:numId="9" w16cid:durableId="122795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A4E"/>
    <w:rsid w:val="0029639D"/>
    <w:rsid w:val="00326F90"/>
    <w:rsid w:val="003E0DC2"/>
    <w:rsid w:val="004A18B3"/>
    <w:rsid w:val="00774F3E"/>
    <w:rsid w:val="007B5B43"/>
    <w:rsid w:val="00840CE7"/>
    <w:rsid w:val="008E2C3E"/>
    <w:rsid w:val="008E735A"/>
    <w:rsid w:val="00986901"/>
    <w:rsid w:val="00A07095"/>
    <w:rsid w:val="00A26302"/>
    <w:rsid w:val="00AA1D8D"/>
    <w:rsid w:val="00B305D1"/>
    <w:rsid w:val="00B47730"/>
    <w:rsid w:val="00CB0664"/>
    <w:rsid w:val="00CC5941"/>
    <w:rsid w:val="00DC630B"/>
    <w:rsid w:val="00E41190"/>
    <w:rsid w:val="00EE79B8"/>
    <w:rsid w:val="00F90E75"/>
    <w:rsid w:val="00FC31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B5DD93"/>
  <w14:defaultImageDpi w14:val="300"/>
  <w15:docId w15:val="{5ABE4160-6886-4B41-A51B-392BA907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kbhomeservices.com</cp:lastModifiedBy>
  <cp:revision>4</cp:revision>
  <dcterms:created xsi:type="dcterms:W3CDTF">2026-01-28T13:44:00Z</dcterms:created>
  <dcterms:modified xsi:type="dcterms:W3CDTF">2026-03-24T12:29:00Z</dcterms:modified>
  <cp:category/>
</cp:coreProperties>
</file>