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66466" w14:textId="77777777" w:rsidR="00304E12" w:rsidRDefault="00B45D64" w:rsidP="00934500">
      <w:r>
        <w:rPr>
          <w:noProof/>
        </w:rPr>
        <w:drawing>
          <wp:inline distT="0" distB="0" distL="0" distR="0" wp14:anchorId="4FEC540A" wp14:editId="3F8BEAEE">
            <wp:extent cx="2308123" cy="89034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 logo update whit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3742" cy="90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67C83" w14:textId="77777777" w:rsidR="00304E12" w:rsidRPr="00934500" w:rsidRDefault="00B45D64">
      <w:pPr>
        <w:pStyle w:val="Heading1"/>
        <w:jc w:val="center"/>
        <w:rPr>
          <w:sz w:val="36"/>
          <w:szCs w:val="36"/>
        </w:rPr>
      </w:pPr>
      <w:r w:rsidRPr="00934500">
        <w:rPr>
          <w:sz w:val="36"/>
          <w:szCs w:val="36"/>
        </w:rPr>
        <w:t>AIHC Alumni Journey Portfolio</w:t>
      </w:r>
    </w:p>
    <w:p w14:paraId="1E33972B" w14:textId="77777777" w:rsidR="00304E12" w:rsidRDefault="00B45D64" w:rsidP="00934500">
      <w:pPr>
        <w:pStyle w:val="Heading2"/>
      </w:pPr>
      <w:r>
        <w:t>Module 1 – The Adventure Continues</w:t>
      </w:r>
    </w:p>
    <w:p w14:paraId="69893613" w14:textId="77777777" w:rsidR="00934500" w:rsidRPr="00934500" w:rsidRDefault="00934500" w:rsidP="00934500"/>
    <w:p w14:paraId="2B044371" w14:textId="77777777" w:rsidR="00DF3286" w:rsidRDefault="00B45D64">
      <w:r>
        <w:t xml:space="preserve">Name: ____________________ </w:t>
      </w:r>
    </w:p>
    <w:p w14:paraId="7BC25152" w14:textId="77777777" w:rsidR="00DF3286" w:rsidRDefault="00B45D64">
      <w:r>
        <w:t xml:space="preserve"> School: ____________________  </w:t>
      </w:r>
    </w:p>
    <w:p w14:paraId="3C3AFD8D" w14:textId="4804D092" w:rsidR="00304E12" w:rsidRDefault="00B45D64">
      <w:r>
        <w:t xml:space="preserve"> Date: ______________</w:t>
      </w:r>
    </w:p>
    <w:p w14:paraId="3E1DD527" w14:textId="77777777" w:rsidR="00304E12" w:rsidRDefault="00B45D64">
      <w:pPr>
        <w:pStyle w:val="Heading2"/>
      </w:pPr>
      <w:r>
        <w:t>1. Looking Back</w:t>
      </w:r>
    </w:p>
    <w:p w14:paraId="19870539" w14:textId="77777777" w:rsidR="00304E12" w:rsidRDefault="00B45D64">
      <w:r>
        <w:t>Favourite AIHC activity: ________________________________</w:t>
      </w:r>
      <w:r>
        <w:br/>
        <w:t>Why? ________________________________</w:t>
      </w:r>
      <w:r>
        <w:br/>
        <w:t>Healthcare professional: ________________________________</w:t>
      </w:r>
      <w:r>
        <w:br/>
        <w:t>What I learned: ________________________________</w:t>
      </w:r>
      <w:r>
        <w:br/>
        <w:t>Something that surprised me: ________________________________</w:t>
      </w:r>
    </w:p>
    <w:p w14:paraId="6BE01D31" w14:textId="77777777" w:rsidR="00304E12" w:rsidRDefault="00B45D64">
      <w:pPr>
        <w:pStyle w:val="Heading2"/>
      </w:pPr>
      <w:r>
        <w:t>2. Looking Within</w:t>
      </w:r>
    </w:p>
    <w:p w14:paraId="0FCCD791" w14:textId="77777777" w:rsidR="00304E12" w:rsidRDefault="00B45D64">
      <w:r>
        <w:t>☐</w:t>
      </w:r>
      <w:r>
        <w:t xml:space="preserve"> Helping others  ☐ Science  ☐ Problem solving  ☐ Teamwork  ☐ Technology  ☐ Hands-on learning</w:t>
      </w:r>
      <w:r>
        <w:br/>
        <w:t>Strengths: 1. ______ 2. ______ 3. ______</w:t>
      </w:r>
      <w:r>
        <w:br/>
        <w:t>Skill to develop: ________________________________</w:t>
      </w:r>
    </w:p>
    <w:p w14:paraId="40768568" w14:textId="77777777" w:rsidR="00304E12" w:rsidRDefault="00B45D64">
      <w:pPr>
        <w:pStyle w:val="Heading2"/>
      </w:pPr>
      <w:r>
        <w:t>3. Looking Ahead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304E12" w14:paraId="6DE1B739" w14:textId="77777777">
        <w:tc>
          <w:tcPr>
            <w:tcW w:w="4320" w:type="dxa"/>
          </w:tcPr>
          <w:p w14:paraId="1DE8B54F" w14:textId="77777777" w:rsidR="00304E12" w:rsidRDefault="00B45D64">
            <w:r>
              <w:t>Goal</w:t>
            </w:r>
          </w:p>
        </w:tc>
        <w:tc>
          <w:tcPr>
            <w:tcW w:w="4320" w:type="dxa"/>
          </w:tcPr>
          <w:p w14:paraId="038058F7" w14:textId="77777777" w:rsidR="00304E12" w:rsidRDefault="00B45D64">
            <w:r>
              <w:t>Next Step</w:t>
            </w:r>
          </w:p>
        </w:tc>
      </w:tr>
      <w:tr w:rsidR="00304E12" w14:paraId="120E7535" w14:textId="77777777">
        <w:tc>
          <w:tcPr>
            <w:tcW w:w="4320" w:type="dxa"/>
          </w:tcPr>
          <w:p w14:paraId="073EE817" w14:textId="77777777" w:rsidR="00304E12" w:rsidRDefault="00B45D64">
            <w:r>
              <w:t>Academic</w:t>
            </w:r>
          </w:p>
        </w:tc>
        <w:tc>
          <w:tcPr>
            <w:tcW w:w="4320" w:type="dxa"/>
          </w:tcPr>
          <w:p w14:paraId="135A80DE" w14:textId="77777777" w:rsidR="00304E12" w:rsidRDefault="00B45D64">
            <w:r>
              <w:t>________________</w:t>
            </w:r>
          </w:p>
        </w:tc>
      </w:tr>
      <w:tr w:rsidR="00304E12" w14:paraId="000E5C52" w14:textId="77777777">
        <w:tc>
          <w:tcPr>
            <w:tcW w:w="4320" w:type="dxa"/>
          </w:tcPr>
          <w:p w14:paraId="4FB31A57" w14:textId="77777777" w:rsidR="00304E12" w:rsidRDefault="00B45D64">
            <w:r>
              <w:t>Personal</w:t>
            </w:r>
          </w:p>
        </w:tc>
        <w:tc>
          <w:tcPr>
            <w:tcW w:w="4320" w:type="dxa"/>
          </w:tcPr>
          <w:p w14:paraId="25065C44" w14:textId="77777777" w:rsidR="00304E12" w:rsidRDefault="00B45D64">
            <w:r>
              <w:t>________________</w:t>
            </w:r>
          </w:p>
        </w:tc>
      </w:tr>
      <w:tr w:rsidR="00304E12" w14:paraId="594D8AFC" w14:textId="77777777">
        <w:tc>
          <w:tcPr>
            <w:tcW w:w="4320" w:type="dxa"/>
          </w:tcPr>
          <w:p w14:paraId="41F8716F" w14:textId="77777777" w:rsidR="00304E12" w:rsidRDefault="00B45D64">
            <w:r>
              <w:t>Career</w:t>
            </w:r>
          </w:p>
        </w:tc>
        <w:tc>
          <w:tcPr>
            <w:tcW w:w="4320" w:type="dxa"/>
          </w:tcPr>
          <w:p w14:paraId="73247947" w14:textId="77777777" w:rsidR="00304E12" w:rsidRDefault="00B45D64">
            <w:r>
              <w:t>________________</w:t>
            </w:r>
          </w:p>
        </w:tc>
      </w:tr>
    </w:tbl>
    <w:p w14:paraId="0ED9B87F" w14:textId="77777777" w:rsidR="00304E12" w:rsidRDefault="00B45D64">
      <w:pPr>
        <w:pStyle w:val="Heading2"/>
      </w:pPr>
      <w:r>
        <w:t>4. My Healthcare Journey</w:t>
      </w:r>
    </w:p>
    <w:p w14:paraId="51879689" w14:textId="77777777" w:rsidR="00304E12" w:rsidRDefault="00B45D64">
      <w:r>
        <w:t>☐</w:t>
      </w:r>
      <w:r>
        <w:t xml:space="preserve"> Exploring careers  ☐ College  ☐ University  ☐ Working in Healthcare  ☐ Other ______</w:t>
      </w:r>
      <w:r>
        <w:br/>
        <w:t>Why? ________________________________</w:t>
      </w:r>
    </w:p>
    <w:p w14:paraId="59A6DAA9" w14:textId="77777777" w:rsidR="00304E12" w:rsidRDefault="00B45D64">
      <w:pPr>
        <w:pStyle w:val="Heading2"/>
      </w:pPr>
      <w:r>
        <w:t>5. This Month's Challenge</w:t>
      </w:r>
    </w:p>
    <w:p w14:paraId="711F7DE0" w14:textId="77777777" w:rsidR="00304E12" w:rsidRDefault="00B45D64">
      <w:r>
        <w:t>☐</w:t>
      </w:r>
      <w:r>
        <w:t xml:space="preserve"> School counsellor  ☐ Research career  ☐ Talk to healthcare professional</w:t>
      </w:r>
      <w:r>
        <w:br/>
        <w:t>☐ AIHC website  ☐ Volunteer  ☐ Attend health event  ☐ Other ______</w:t>
      </w:r>
    </w:p>
    <w:p w14:paraId="602CFD93" w14:textId="77777777" w:rsidR="00304E12" w:rsidRDefault="00B45D64">
      <w:pPr>
        <w:pStyle w:val="Heading2"/>
      </w:pPr>
      <w:r>
        <w:lastRenderedPageBreak/>
        <w:t>Reflection &amp; Commitment</w:t>
      </w:r>
    </w:p>
    <w:p w14:paraId="3908CC57" w14:textId="77777777" w:rsidR="00304E12" w:rsidRDefault="00B45D64">
      <w:r>
        <w:t>Next step: ________________________________</w:t>
      </w:r>
      <w:r>
        <w:br/>
      </w:r>
      <w:r>
        <w:br/>
        <w:t>Signature ____________________  Date __________</w:t>
      </w:r>
    </w:p>
    <w:sectPr w:rsidR="00304E1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814632">
    <w:abstractNumId w:val="8"/>
  </w:num>
  <w:num w:numId="2" w16cid:durableId="647979145">
    <w:abstractNumId w:val="6"/>
  </w:num>
  <w:num w:numId="3" w16cid:durableId="794178551">
    <w:abstractNumId w:val="5"/>
  </w:num>
  <w:num w:numId="4" w16cid:durableId="395083225">
    <w:abstractNumId w:val="4"/>
  </w:num>
  <w:num w:numId="5" w16cid:durableId="1374623556">
    <w:abstractNumId w:val="7"/>
  </w:num>
  <w:num w:numId="6" w16cid:durableId="1096709492">
    <w:abstractNumId w:val="3"/>
  </w:num>
  <w:num w:numId="7" w16cid:durableId="430206423">
    <w:abstractNumId w:val="2"/>
  </w:num>
  <w:num w:numId="8" w16cid:durableId="706492729">
    <w:abstractNumId w:val="1"/>
  </w:num>
  <w:num w:numId="9" w16cid:durableId="2001233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4E12"/>
    <w:rsid w:val="00326F90"/>
    <w:rsid w:val="006E530A"/>
    <w:rsid w:val="00934500"/>
    <w:rsid w:val="00AA1D8D"/>
    <w:rsid w:val="00B45D64"/>
    <w:rsid w:val="00B47730"/>
    <w:rsid w:val="00CB0664"/>
    <w:rsid w:val="00DF328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3E8BC7A-1D63-47AF-A382-5908A84FC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</Words>
  <Characters>1043</Characters>
  <Application>Microsoft Office Word</Application>
  <DocSecurity>0</DocSecurity>
  <Lines>35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Ron Davis</cp:lastModifiedBy>
  <cp:revision>3</cp:revision>
  <dcterms:created xsi:type="dcterms:W3CDTF">2013-12-23T23:15:00Z</dcterms:created>
  <dcterms:modified xsi:type="dcterms:W3CDTF">2026-07-27T23:20:00Z</dcterms:modified>
  <cp:category/>
</cp:coreProperties>
</file>