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0F060" w14:textId="1EEA8D57" w:rsidR="008D1BBE" w:rsidRDefault="007E796A" w:rsidP="00DD1EA5">
      <w:pPr>
        <w:pStyle w:val="Subtitle"/>
        <w:jc w:val="center"/>
      </w:pPr>
      <w:r>
        <w:rPr>
          <w:noProof/>
        </w:rPr>
        <w:drawing>
          <wp:inline distT="0" distB="0" distL="0" distR="0" wp14:anchorId="273CF961" wp14:editId="6937CF9C">
            <wp:extent cx="941294" cy="900129"/>
            <wp:effectExtent l="0" t="0" r="0" b="1905"/>
            <wp:docPr id="1486016533" name="Picture 1" descr="A person wearing a safety ves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16533" name="Picture 1" descr="A person wearing a safety vest and glasses&#10;&#10;AI-generated content may be incorrect."/>
                    <pic:cNvPicPr/>
                  </pic:nvPicPr>
                  <pic:blipFill>
                    <a:blip r:embed="rId6"/>
                    <a:stretch>
                      <a:fillRect/>
                    </a:stretch>
                  </pic:blipFill>
                  <pic:spPr>
                    <a:xfrm>
                      <a:off x="0" y="0"/>
                      <a:ext cx="949092" cy="907586"/>
                    </a:xfrm>
                    <a:prstGeom prst="rect">
                      <a:avLst/>
                    </a:prstGeom>
                  </pic:spPr>
                </pic:pic>
              </a:graphicData>
            </a:graphic>
          </wp:inline>
        </w:drawing>
      </w:r>
      <w:r w:rsidR="00000000">
        <w:t>Karima Cherif</w:t>
      </w:r>
      <w:r w:rsidR="00DD1EA5" w:rsidRPr="00DD1EA5">
        <w:t xml:space="preserve"> </w:t>
      </w:r>
      <w:r w:rsidR="00DD1EA5">
        <w:t>Sailor &amp; Ocean Conservationis</w:t>
      </w:r>
      <w:r w:rsidR="00DD1EA5">
        <w:t>t</w:t>
      </w:r>
      <w:r>
        <w:rPr>
          <w:noProof/>
        </w:rPr>
        <w:drawing>
          <wp:inline distT="0" distB="0" distL="0" distR="0" wp14:anchorId="3BB964A4" wp14:editId="5256ADC9">
            <wp:extent cx="928517" cy="874059"/>
            <wp:effectExtent l="0" t="0" r="0" b="2540"/>
            <wp:docPr id="2096146530" name="Picture 2" descr="A person lying on a deck of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46530" name="Picture 2" descr="A person lying on a deck of a boat&#10;&#10;AI-generated content may be incorrect."/>
                    <pic:cNvPicPr/>
                  </pic:nvPicPr>
                  <pic:blipFill>
                    <a:blip r:embed="rId7"/>
                    <a:stretch>
                      <a:fillRect/>
                    </a:stretch>
                  </pic:blipFill>
                  <pic:spPr>
                    <a:xfrm>
                      <a:off x="0" y="0"/>
                      <a:ext cx="937100" cy="882139"/>
                    </a:xfrm>
                    <a:prstGeom prst="rect">
                      <a:avLst/>
                    </a:prstGeom>
                  </pic:spPr>
                </pic:pic>
              </a:graphicData>
            </a:graphic>
          </wp:inline>
        </w:drawing>
      </w:r>
    </w:p>
    <w:p w14:paraId="05334169" w14:textId="61BD010F" w:rsidR="007E796A" w:rsidRDefault="00000000" w:rsidP="007E796A">
      <w:pPr>
        <w:rPr>
          <w:rFonts w:asciiTheme="majorHAnsi" w:hAnsiTheme="majorHAnsi" w:cstheme="majorHAnsi"/>
          <w:sz w:val="16"/>
          <w:szCs w:val="16"/>
        </w:rPr>
      </w:pPr>
      <w:r w:rsidRPr="007E796A">
        <w:rPr>
          <w:rFonts w:asciiTheme="majorHAnsi" w:hAnsiTheme="majorHAnsi" w:cstheme="majorHAnsi"/>
          <w:sz w:val="16"/>
          <w:szCs w:val="16"/>
        </w:rPr>
        <w:t>I have been sailing for 29 years, including 23 as the owner of a 1971 Islander Bahamas 30’ on San Francisco Bay. Over 9,500 nautical miles and more than 200 days at sea have taken me from coastal cruising to two ocean crossings—Oahu to Port Angeles and Lanzarote to Guadeloupe. I hold American Sailing certifications (101, 103, 104, 114), completed Offshore Training with 59° North in Portugal, and am working toward my USGS 6-Pack Captain’s License.</w:t>
      </w:r>
      <w:r w:rsidRPr="007E796A">
        <w:rPr>
          <w:rFonts w:asciiTheme="majorHAnsi" w:hAnsiTheme="majorHAnsi" w:cstheme="majorHAnsi"/>
          <w:sz w:val="16"/>
          <w:szCs w:val="16"/>
        </w:rPr>
        <w:br/>
        <w:t xml:space="preserve">Sailing has given me unforgettable experiences, from rafting up with the </w:t>
      </w:r>
      <w:r w:rsidR="00DD1EA5" w:rsidRPr="007E796A">
        <w:rPr>
          <w:rFonts w:asciiTheme="majorHAnsi" w:hAnsiTheme="majorHAnsi" w:cstheme="majorHAnsi"/>
          <w:sz w:val="16"/>
          <w:szCs w:val="16"/>
        </w:rPr>
        <w:t>Washed-Up</w:t>
      </w:r>
      <w:r w:rsidRPr="007E796A">
        <w:rPr>
          <w:rFonts w:asciiTheme="majorHAnsi" w:hAnsiTheme="majorHAnsi" w:cstheme="majorHAnsi"/>
          <w:sz w:val="16"/>
          <w:szCs w:val="16"/>
        </w:rPr>
        <w:t xml:space="preserve"> Yacht Club in San Francisco Bay to sailing the Sacramento Delta for Ephemerisle. Now based in Vero Beach, Florida, I volunteer as a sailing instructor with Adaptive YSF and continue exploring the Caribbean.</w:t>
      </w:r>
      <w:r w:rsidRPr="007E796A">
        <w:rPr>
          <w:rFonts w:asciiTheme="majorHAnsi" w:hAnsiTheme="majorHAnsi" w:cstheme="majorHAnsi"/>
          <w:sz w:val="16"/>
          <w:szCs w:val="16"/>
        </w:rPr>
        <w:br/>
        <w:t>My career centers on ocean conservation</w:t>
      </w:r>
      <w:r w:rsidR="008573AD">
        <w:rPr>
          <w:rFonts w:asciiTheme="majorHAnsi" w:hAnsiTheme="majorHAnsi" w:cstheme="majorHAnsi"/>
          <w:sz w:val="16"/>
          <w:szCs w:val="16"/>
        </w:rPr>
        <w:t xml:space="preserve">, </w:t>
      </w:r>
      <w:r w:rsidRPr="007E796A">
        <w:rPr>
          <w:rFonts w:asciiTheme="majorHAnsi" w:hAnsiTheme="majorHAnsi" w:cstheme="majorHAnsi"/>
          <w:sz w:val="16"/>
          <w:szCs w:val="16"/>
        </w:rPr>
        <w:t>fighting illegal fishing</w:t>
      </w:r>
      <w:r w:rsidR="008573AD">
        <w:rPr>
          <w:rFonts w:asciiTheme="majorHAnsi" w:hAnsiTheme="majorHAnsi" w:cstheme="majorHAnsi"/>
          <w:sz w:val="16"/>
          <w:szCs w:val="16"/>
        </w:rPr>
        <w:t>,</w:t>
      </w:r>
      <w:r w:rsidRPr="007E796A">
        <w:rPr>
          <w:rFonts w:asciiTheme="majorHAnsi" w:hAnsiTheme="majorHAnsi" w:cstheme="majorHAnsi"/>
          <w:sz w:val="16"/>
          <w:szCs w:val="16"/>
        </w:rPr>
        <w:t xml:space="preserve"> and promoting zero-carbon technology for sustainable marine enforcement. I aim to partner with coastal communities to design green monitoring systems that protect marine ecosystems and food security.</w:t>
      </w:r>
    </w:p>
    <w:p w14:paraId="1097DC75" w14:textId="13A03C3A" w:rsidR="00DD1EA5" w:rsidRPr="007E796A" w:rsidRDefault="007E796A" w:rsidP="007E796A">
      <w:pPr>
        <w:rPr>
          <w:rFonts w:asciiTheme="majorHAnsi" w:hAnsiTheme="majorHAnsi" w:cstheme="majorHAnsi"/>
          <w:sz w:val="15"/>
          <w:szCs w:val="15"/>
        </w:rPr>
      </w:pPr>
      <w:r w:rsidRPr="007E796A">
        <w:rPr>
          <w:rFonts w:asciiTheme="majorHAnsi" w:hAnsiTheme="majorHAnsi" w:cstheme="majorHAnsi"/>
          <w:b/>
          <w:sz w:val="15"/>
          <w:szCs w:val="15"/>
        </w:rPr>
        <w:t>Sailing Experience Summary</w:t>
      </w:r>
      <w:r w:rsidRPr="007E796A">
        <w:rPr>
          <w:rFonts w:asciiTheme="majorHAnsi" w:hAnsiTheme="majorHAnsi" w:cstheme="majorHAnsi"/>
          <w:sz w:val="15"/>
          <w:szCs w:val="15"/>
        </w:rPr>
        <w:tab/>
      </w:r>
    </w:p>
    <w:tbl>
      <w:tblPr>
        <w:tblW w:w="9180" w:type="dxa"/>
        <w:tblLook w:val="04A0" w:firstRow="1" w:lastRow="0" w:firstColumn="1" w:lastColumn="0" w:noHBand="0" w:noVBand="1"/>
      </w:tblPr>
      <w:tblGrid>
        <w:gridCol w:w="4320"/>
        <w:gridCol w:w="4860"/>
      </w:tblGrid>
      <w:tr w:rsidR="00DD1EA5" w:rsidRPr="007E796A" w14:paraId="4AE66AF1" w14:textId="77777777" w:rsidTr="00FA7896">
        <w:tc>
          <w:tcPr>
            <w:tcW w:w="4320" w:type="dxa"/>
          </w:tcPr>
          <w:p w14:paraId="2CF13A7D"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b/>
                <w:sz w:val="15"/>
                <w:szCs w:val="15"/>
              </w:rPr>
              <w:t>Category</w:t>
            </w:r>
          </w:p>
        </w:tc>
        <w:tc>
          <w:tcPr>
            <w:tcW w:w="4860" w:type="dxa"/>
          </w:tcPr>
          <w:p w14:paraId="3D5D99EA"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b/>
                <w:sz w:val="15"/>
                <w:szCs w:val="15"/>
              </w:rPr>
              <w:t>Details</w:t>
            </w:r>
          </w:p>
        </w:tc>
      </w:tr>
      <w:tr w:rsidR="00DD1EA5" w:rsidRPr="007E796A" w14:paraId="543EDA44" w14:textId="77777777" w:rsidTr="00FA7896">
        <w:tc>
          <w:tcPr>
            <w:tcW w:w="4320" w:type="dxa"/>
          </w:tcPr>
          <w:p w14:paraId="04A17D97"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Years of Sailing Experience</w:t>
            </w:r>
          </w:p>
        </w:tc>
        <w:tc>
          <w:tcPr>
            <w:tcW w:w="4860" w:type="dxa"/>
          </w:tcPr>
          <w:p w14:paraId="425BBBC2" w14:textId="1DB2A849"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2</w:t>
            </w:r>
            <w:r w:rsidR="008573AD">
              <w:rPr>
                <w:rFonts w:asciiTheme="majorHAnsi" w:hAnsiTheme="majorHAnsi" w:cstheme="majorHAnsi"/>
                <w:sz w:val="15"/>
                <w:szCs w:val="15"/>
              </w:rPr>
              <w:t>9</w:t>
            </w:r>
            <w:r w:rsidRPr="007E796A">
              <w:rPr>
                <w:rFonts w:asciiTheme="majorHAnsi" w:hAnsiTheme="majorHAnsi" w:cstheme="majorHAnsi"/>
                <w:sz w:val="15"/>
                <w:szCs w:val="15"/>
              </w:rPr>
              <w:t xml:space="preserve"> years</w:t>
            </w:r>
          </w:p>
        </w:tc>
      </w:tr>
      <w:tr w:rsidR="00DD1EA5" w:rsidRPr="007E796A" w14:paraId="78556957" w14:textId="77777777" w:rsidTr="00FA7896">
        <w:tc>
          <w:tcPr>
            <w:tcW w:w="4320" w:type="dxa"/>
          </w:tcPr>
          <w:p w14:paraId="0A4845E9"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Total Sea Miles</w:t>
            </w:r>
          </w:p>
        </w:tc>
        <w:tc>
          <w:tcPr>
            <w:tcW w:w="4860" w:type="dxa"/>
          </w:tcPr>
          <w:p w14:paraId="11AEC201"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9,528 nm</w:t>
            </w:r>
          </w:p>
        </w:tc>
      </w:tr>
      <w:tr w:rsidR="00DD1EA5" w:rsidRPr="007E796A" w14:paraId="3A1DA0F1" w14:textId="77777777" w:rsidTr="00FA7896">
        <w:tc>
          <w:tcPr>
            <w:tcW w:w="4320" w:type="dxa"/>
          </w:tcPr>
          <w:p w14:paraId="7FB72BA8"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US Sailing &amp; ASA Certifications</w:t>
            </w:r>
          </w:p>
        </w:tc>
        <w:tc>
          <w:tcPr>
            <w:tcW w:w="4860" w:type="dxa"/>
          </w:tcPr>
          <w:p w14:paraId="3112D261"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ASA 101 (Basic Keelboat), ASA 103 (Basic Coastal Cruising), ASA 104 (Bareboat Cruising), ASA 114 (Cruising Catamaran)</w:t>
            </w:r>
          </w:p>
        </w:tc>
      </w:tr>
      <w:tr w:rsidR="00DD1EA5" w:rsidRPr="007E796A" w14:paraId="292A7C25" w14:textId="77777777" w:rsidTr="00FA7896">
        <w:tc>
          <w:tcPr>
            <w:tcW w:w="4320" w:type="dxa"/>
          </w:tcPr>
          <w:p w14:paraId="1DB3FEE4" w14:textId="1DD5EA2C"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Current Role</w:t>
            </w:r>
            <w:r w:rsidR="00FB2CB7">
              <w:rPr>
                <w:rFonts w:asciiTheme="majorHAnsi" w:hAnsiTheme="majorHAnsi" w:cstheme="majorHAnsi"/>
                <w:sz w:val="15"/>
                <w:szCs w:val="15"/>
              </w:rPr>
              <w:t xml:space="preserve"> </w:t>
            </w:r>
            <w:r w:rsidR="00FB2CB7" w:rsidRPr="007E796A">
              <w:rPr>
                <w:rFonts w:asciiTheme="majorHAnsi" w:hAnsiTheme="majorHAnsi" w:cstheme="majorHAnsi"/>
                <w:sz w:val="15"/>
                <w:szCs w:val="15"/>
              </w:rPr>
              <w:t>Feb 2023 – Present</w:t>
            </w:r>
          </w:p>
        </w:tc>
        <w:tc>
          <w:tcPr>
            <w:tcW w:w="4860" w:type="dxa"/>
          </w:tcPr>
          <w:p w14:paraId="1D46334B" w14:textId="410D16B8"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 xml:space="preserve">Volunteer Sailing Instructor – Adaptive Program, </w:t>
            </w:r>
            <w:hyperlink r:id="rId8" w:history="1">
              <w:r w:rsidRPr="00FB2CB7">
                <w:rPr>
                  <w:rStyle w:val="Hyperlink"/>
                  <w:rFonts w:asciiTheme="majorHAnsi" w:hAnsiTheme="majorHAnsi" w:cstheme="majorHAnsi"/>
                  <w:sz w:val="15"/>
                  <w:szCs w:val="15"/>
                </w:rPr>
                <w:t xml:space="preserve">Vero Beach </w:t>
              </w:r>
              <w:r w:rsidR="00FB2CB7" w:rsidRPr="00FB2CB7">
                <w:rPr>
                  <w:rStyle w:val="Hyperlink"/>
                  <w:rFonts w:asciiTheme="majorHAnsi" w:hAnsiTheme="majorHAnsi" w:cstheme="majorHAnsi"/>
                  <w:sz w:val="15"/>
                  <w:szCs w:val="15"/>
                </w:rPr>
                <w:t xml:space="preserve">YSF </w:t>
              </w:r>
              <w:r w:rsidRPr="00FB2CB7">
                <w:rPr>
                  <w:rStyle w:val="Hyperlink"/>
                  <w:rFonts w:asciiTheme="majorHAnsi" w:hAnsiTheme="majorHAnsi" w:cstheme="majorHAnsi"/>
                  <w:sz w:val="15"/>
                  <w:szCs w:val="15"/>
                </w:rPr>
                <w:t>Community Sailing Club</w:t>
              </w:r>
            </w:hyperlink>
            <w:r w:rsidRPr="007E796A">
              <w:rPr>
                <w:rFonts w:asciiTheme="majorHAnsi" w:hAnsiTheme="majorHAnsi" w:cstheme="majorHAnsi"/>
                <w:sz w:val="15"/>
                <w:szCs w:val="15"/>
              </w:rPr>
              <w:t xml:space="preserve"> (Indian River Lagoon, FL)</w:t>
            </w:r>
          </w:p>
        </w:tc>
      </w:tr>
      <w:tr w:rsidR="00DD1EA5" w:rsidRPr="007E796A" w14:paraId="6D9B962D" w14:textId="77777777" w:rsidTr="00FA7896">
        <w:tc>
          <w:tcPr>
            <w:tcW w:w="4320" w:type="dxa"/>
          </w:tcPr>
          <w:p w14:paraId="00D72067" w14:textId="1B05846F" w:rsidR="00FB2CB7" w:rsidRPr="007E796A" w:rsidRDefault="00FB2CB7" w:rsidP="00FB2CB7">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 xml:space="preserve">Atlantic Crossing – Lanzarote to </w:t>
            </w:r>
            <w:r w:rsidR="00B06DE5" w:rsidRPr="007E796A">
              <w:rPr>
                <w:rFonts w:asciiTheme="majorHAnsi" w:hAnsiTheme="majorHAnsi" w:cstheme="majorHAnsi"/>
                <w:sz w:val="15"/>
                <w:szCs w:val="15"/>
              </w:rPr>
              <w:t>Guadeloupe</w:t>
            </w:r>
            <w:r w:rsidR="00FA7896">
              <w:rPr>
                <w:rFonts w:asciiTheme="majorHAnsi" w:hAnsiTheme="majorHAnsi" w:cstheme="majorHAnsi"/>
                <w:sz w:val="15"/>
                <w:szCs w:val="15"/>
              </w:rPr>
              <w:t xml:space="preserve"> Nov</w:t>
            </w:r>
            <w:r w:rsidR="00B06DE5">
              <w:rPr>
                <w:rFonts w:asciiTheme="majorHAnsi" w:hAnsiTheme="majorHAnsi" w:cstheme="majorHAnsi"/>
                <w:sz w:val="15"/>
                <w:szCs w:val="15"/>
              </w:rPr>
              <w:t>-Dec</w:t>
            </w:r>
            <w:r w:rsidR="00FA7896">
              <w:rPr>
                <w:rFonts w:asciiTheme="majorHAnsi" w:hAnsiTheme="majorHAnsi" w:cstheme="majorHAnsi"/>
                <w:sz w:val="15"/>
                <w:szCs w:val="15"/>
              </w:rPr>
              <w:t xml:space="preserve"> 2024</w:t>
            </w:r>
          </w:p>
          <w:p w14:paraId="5DE95E3F" w14:textId="5B63589C" w:rsidR="00DD1EA5" w:rsidRPr="007E796A" w:rsidRDefault="00B06DE5" w:rsidP="009473FF">
            <w:pPr>
              <w:spacing w:after="60" w:line="264" w:lineRule="auto"/>
              <w:rPr>
                <w:rFonts w:asciiTheme="majorHAnsi" w:hAnsiTheme="majorHAnsi" w:cstheme="majorHAnsi"/>
                <w:sz w:val="15"/>
                <w:szCs w:val="15"/>
              </w:rPr>
            </w:pPr>
            <w:r>
              <w:rPr>
                <w:rFonts w:asciiTheme="majorHAnsi" w:hAnsiTheme="majorHAnsi" w:cstheme="majorHAnsi"/>
                <w:sz w:val="15"/>
                <w:szCs w:val="15"/>
              </w:rPr>
              <w:t>Circumnavigation</w:t>
            </w:r>
            <w:r w:rsidR="00FA7896">
              <w:rPr>
                <w:rFonts w:asciiTheme="majorHAnsi" w:hAnsiTheme="majorHAnsi" w:cstheme="majorHAnsi"/>
                <w:sz w:val="15"/>
                <w:szCs w:val="15"/>
              </w:rPr>
              <w:t xml:space="preserve"> of Florida St. Pierce to Tampa</w:t>
            </w:r>
            <w:r>
              <w:rPr>
                <w:rFonts w:asciiTheme="majorHAnsi" w:hAnsiTheme="majorHAnsi" w:cstheme="majorHAnsi"/>
                <w:sz w:val="15"/>
                <w:szCs w:val="15"/>
              </w:rPr>
              <w:t xml:space="preserve"> June 2025</w:t>
            </w:r>
          </w:p>
        </w:tc>
        <w:tc>
          <w:tcPr>
            <w:tcW w:w="4860" w:type="dxa"/>
          </w:tcPr>
          <w:p w14:paraId="7CE1BE06" w14:textId="77777777" w:rsidR="00FB2CB7" w:rsidRPr="007E796A" w:rsidRDefault="00FB2CB7" w:rsidP="00FB2CB7">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25 days at sea, 3,174 nm</w:t>
            </w:r>
          </w:p>
          <w:p w14:paraId="5CD189AD" w14:textId="17EDA7D9" w:rsidR="00DD1EA5" w:rsidRPr="007E796A" w:rsidRDefault="00B06DE5" w:rsidP="009473FF">
            <w:pPr>
              <w:spacing w:after="60" w:line="264" w:lineRule="auto"/>
              <w:rPr>
                <w:rFonts w:asciiTheme="majorHAnsi" w:hAnsiTheme="majorHAnsi" w:cstheme="majorHAnsi"/>
                <w:sz w:val="15"/>
                <w:szCs w:val="15"/>
              </w:rPr>
            </w:pPr>
            <w:r>
              <w:rPr>
                <w:rFonts w:asciiTheme="majorHAnsi" w:hAnsiTheme="majorHAnsi" w:cstheme="majorHAnsi"/>
                <w:sz w:val="15"/>
                <w:szCs w:val="15"/>
              </w:rPr>
              <w:t>2 days</w:t>
            </w:r>
          </w:p>
        </w:tc>
      </w:tr>
      <w:tr w:rsidR="00DD1EA5" w:rsidRPr="007E796A" w14:paraId="2F2A122B" w14:textId="77777777" w:rsidTr="00FA7896">
        <w:tc>
          <w:tcPr>
            <w:tcW w:w="4320" w:type="dxa"/>
          </w:tcPr>
          <w:p w14:paraId="04DD1E82" w14:textId="69AB7A5E" w:rsidR="00DD1EA5" w:rsidRPr="007E796A" w:rsidRDefault="00B06DE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59° North</w:t>
            </w:r>
            <w:r w:rsidRPr="007E796A">
              <w:rPr>
                <w:rFonts w:asciiTheme="majorHAnsi" w:hAnsiTheme="majorHAnsi" w:cstheme="majorHAnsi"/>
                <w:sz w:val="15"/>
                <w:szCs w:val="15"/>
              </w:rPr>
              <w:t xml:space="preserve"> </w:t>
            </w:r>
            <w:r w:rsidR="00DD1EA5" w:rsidRPr="007E796A">
              <w:rPr>
                <w:rFonts w:asciiTheme="majorHAnsi" w:hAnsiTheme="majorHAnsi" w:cstheme="majorHAnsi"/>
                <w:sz w:val="15"/>
                <w:szCs w:val="15"/>
              </w:rPr>
              <w:t>Offshore Training – Lagos, Portugal</w:t>
            </w:r>
            <w:r>
              <w:rPr>
                <w:rFonts w:asciiTheme="majorHAnsi" w:hAnsiTheme="majorHAnsi" w:cstheme="majorHAnsi"/>
                <w:sz w:val="15"/>
                <w:szCs w:val="15"/>
              </w:rPr>
              <w:t xml:space="preserve"> Nov 2023</w:t>
            </w:r>
          </w:p>
        </w:tc>
        <w:tc>
          <w:tcPr>
            <w:tcW w:w="4860" w:type="dxa"/>
          </w:tcPr>
          <w:p w14:paraId="31E812E8" w14:textId="72825338"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 xml:space="preserve">7 days at sea, 450 nm aboard Bruce Farr 65’, 11 crew </w:t>
            </w:r>
            <w:proofErr w:type="gramStart"/>
            <w:r w:rsidRPr="007E796A">
              <w:rPr>
                <w:rFonts w:asciiTheme="majorHAnsi" w:hAnsiTheme="majorHAnsi" w:cstheme="majorHAnsi"/>
                <w:sz w:val="15"/>
                <w:szCs w:val="15"/>
              </w:rPr>
              <w:t>( Nov</w:t>
            </w:r>
            <w:proofErr w:type="gramEnd"/>
            <w:r w:rsidRPr="007E796A">
              <w:rPr>
                <w:rFonts w:asciiTheme="majorHAnsi" w:hAnsiTheme="majorHAnsi" w:cstheme="majorHAnsi"/>
                <w:sz w:val="15"/>
                <w:szCs w:val="15"/>
              </w:rPr>
              <w:t xml:space="preserve"> 11–18, 2023)</w:t>
            </w:r>
          </w:p>
        </w:tc>
      </w:tr>
      <w:tr w:rsidR="00DD1EA5" w:rsidRPr="007E796A" w14:paraId="708D70CB" w14:textId="77777777" w:rsidTr="00FA7896">
        <w:tc>
          <w:tcPr>
            <w:tcW w:w="4320" w:type="dxa"/>
          </w:tcPr>
          <w:p w14:paraId="7C07C4D3" w14:textId="122A6E2A"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St. Vincent &amp; the Grenadines</w:t>
            </w:r>
            <w:r w:rsidR="00B06DE5">
              <w:rPr>
                <w:rFonts w:asciiTheme="majorHAnsi" w:hAnsiTheme="majorHAnsi" w:cstheme="majorHAnsi"/>
                <w:sz w:val="15"/>
                <w:szCs w:val="15"/>
              </w:rPr>
              <w:t xml:space="preserve"> Oct 2023</w:t>
            </w:r>
          </w:p>
        </w:tc>
        <w:tc>
          <w:tcPr>
            <w:tcW w:w="4860" w:type="dxa"/>
          </w:tcPr>
          <w:p w14:paraId="5116BE40"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5 days, 100 nm aboard Lagoon 39, 5 crew (Oct 21–27, 2023)</w:t>
            </w:r>
          </w:p>
        </w:tc>
      </w:tr>
      <w:tr w:rsidR="00DD1EA5" w:rsidRPr="007E796A" w14:paraId="34EAF5D6" w14:textId="77777777" w:rsidTr="00FA7896">
        <w:tc>
          <w:tcPr>
            <w:tcW w:w="4320" w:type="dxa"/>
          </w:tcPr>
          <w:p w14:paraId="7D2D09E3"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Pacific Ocean Crossing</w:t>
            </w:r>
          </w:p>
        </w:tc>
        <w:tc>
          <w:tcPr>
            <w:tcW w:w="4860" w:type="dxa"/>
          </w:tcPr>
          <w:p w14:paraId="7945EC88" w14:textId="77777777" w:rsidR="00FB2CB7"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 xml:space="preserve">15 days, 2,303 nm – Oahu, HI to Port Angeles, WA, 5 crew </w:t>
            </w:r>
          </w:p>
          <w:p w14:paraId="43E14A44" w14:textId="7B43F61F"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(May 29–Jun 13, 2014)</w:t>
            </w:r>
          </w:p>
        </w:tc>
      </w:tr>
      <w:tr w:rsidR="00DD1EA5" w:rsidRPr="007E796A" w14:paraId="7B184B74" w14:textId="77777777" w:rsidTr="00FA7896">
        <w:tc>
          <w:tcPr>
            <w:tcW w:w="4320" w:type="dxa"/>
          </w:tcPr>
          <w:p w14:paraId="34E5D222"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Mexico Expedition</w:t>
            </w:r>
          </w:p>
        </w:tc>
        <w:tc>
          <w:tcPr>
            <w:tcW w:w="4860" w:type="dxa"/>
          </w:tcPr>
          <w:p w14:paraId="6FBB2F73"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1,980 nm – Sausalito to Magdalena Bay, Mexico (2003–2007)</w:t>
            </w:r>
          </w:p>
        </w:tc>
      </w:tr>
      <w:tr w:rsidR="00DD1EA5" w:rsidRPr="007E796A" w14:paraId="7D3C04EA" w14:textId="77777777" w:rsidTr="00FA7896">
        <w:tc>
          <w:tcPr>
            <w:tcW w:w="4320" w:type="dxa"/>
          </w:tcPr>
          <w:p w14:paraId="6E13AAEE" w14:textId="621C0C48" w:rsidR="00DD1EA5" w:rsidRPr="007E796A" w:rsidRDefault="00B06DE5" w:rsidP="009473FF">
            <w:pPr>
              <w:spacing w:after="60" w:line="264" w:lineRule="auto"/>
              <w:rPr>
                <w:rFonts w:asciiTheme="majorHAnsi" w:hAnsiTheme="majorHAnsi" w:cstheme="majorHAnsi"/>
                <w:sz w:val="15"/>
                <w:szCs w:val="15"/>
              </w:rPr>
            </w:pPr>
            <w:r>
              <w:rPr>
                <w:rFonts w:asciiTheme="majorHAnsi" w:hAnsiTheme="majorHAnsi" w:cstheme="majorHAnsi"/>
                <w:sz w:val="15"/>
                <w:szCs w:val="15"/>
              </w:rPr>
              <w:t xml:space="preserve">San Francisco Bay </w:t>
            </w:r>
            <w:r w:rsidR="00DD1EA5" w:rsidRPr="007E796A">
              <w:rPr>
                <w:rFonts w:asciiTheme="majorHAnsi" w:hAnsiTheme="majorHAnsi" w:cstheme="majorHAnsi"/>
                <w:sz w:val="15"/>
                <w:szCs w:val="15"/>
              </w:rPr>
              <w:t>Rolex Big Boat Series</w:t>
            </w:r>
            <w:r>
              <w:rPr>
                <w:rFonts w:asciiTheme="majorHAnsi" w:hAnsiTheme="majorHAnsi" w:cstheme="majorHAnsi"/>
                <w:sz w:val="15"/>
                <w:szCs w:val="15"/>
              </w:rPr>
              <w:t xml:space="preserve"> 2022</w:t>
            </w:r>
          </w:p>
        </w:tc>
        <w:tc>
          <w:tcPr>
            <w:tcW w:w="4860" w:type="dxa"/>
          </w:tcPr>
          <w:p w14:paraId="03916E2A" w14:textId="28585B20"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5 days</w:t>
            </w:r>
            <w:r w:rsidR="00B06DE5">
              <w:rPr>
                <w:rFonts w:asciiTheme="majorHAnsi" w:hAnsiTheme="majorHAnsi" w:cstheme="majorHAnsi"/>
                <w:sz w:val="15"/>
                <w:szCs w:val="15"/>
              </w:rPr>
              <w:t>, 208 nm</w:t>
            </w:r>
            <w:r w:rsidRPr="007E796A">
              <w:rPr>
                <w:rFonts w:asciiTheme="majorHAnsi" w:hAnsiTheme="majorHAnsi" w:cstheme="majorHAnsi"/>
                <w:sz w:val="15"/>
                <w:szCs w:val="15"/>
              </w:rPr>
              <w:t xml:space="preserve"> racing aboard </w:t>
            </w:r>
            <w:proofErr w:type="spellStart"/>
            <w:r w:rsidRPr="007E796A">
              <w:rPr>
                <w:rFonts w:asciiTheme="majorHAnsi" w:hAnsiTheme="majorHAnsi" w:cstheme="majorHAnsi"/>
                <w:sz w:val="15"/>
                <w:szCs w:val="15"/>
              </w:rPr>
              <w:t>Wahine</w:t>
            </w:r>
            <w:proofErr w:type="spellEnd"/>
            <w:r w:rsidRPr="007E796A">
              <w:rPr>
                <w:rFonts w:asciiTheme="majorHAnsi" w:hAnsiTheme="majorHAnsi" w:cstheme="majorHAnsi"/>
                <w:sz w:val="15"/>
                <w:szCs w:val="15"/>
              </w:rPr>
              <w:t>,</w:t>
            </w:r>
            <w:r w:rsidRPr="007E796A">
              <w:rPr>
                <w:rFonts w:asciiTheme="majorHAnsi" w:hAnsiTheme="majorHAnsi" w:cstheme="majorHAnsi"/>
                <w:sz w:val="15"/>
                <w:szCs w:val="15"/>
              </w:rPr>
              <w:t xml:space="preserve"> Express 36’</w:t>
            </w:r>
            <w:r w:rsidRPr="007E796A">
              <w:rPr>
                <w:rFonts w:asciiTheme="majorHAnsi" w:hAnsiTheme="majorHAnsi" w:cstheme="majorHAnsi"/>
                <w:sz w:val="15"/>
                <w:szCs w:val="15"/>
              </w:rPr>
              <w:t xml:space="preserve"> 6 crew (2022)</w:t>
            </w:r>
          </w:p>
        </w:tc>
      </w:tr>
      <w:tr w:rsidR="00DD1EA5" w:rsidRPr="007E796A" w14:paraId="6EE94ED0" w14:textId="77777777" w:rsidTr="00FA7896">
        <w:tc>
          <w:tcPr>
            <w:tcW w:w="4320" w:type="dxa"/>
          </w:tcPr>
          <w:p w14:paraId="0295860A"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San Francisco Bay Experience</w:t>
            </w:r>
          </w:p>
        </w:tc>
        <w:tc>
          <w:tcPr>
            <w:tcW w:w="4860" w:type="dxa"/>
          </w:tcPr>
          <w:p w14:paraId="3D43D904"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 xml:space="preserve">Modern Sailing Academy – 150 </w:t>
            </w:r>
            <w:proofErr w:type="spellStart"/>
            <w:r w:rsidRPr="007E796A">
              <w:rPr>
                <w:rFonts w:asciiTheme="majorHAnsi" w:hAnsiTheme="majorHAnsi" w:cstheme="majorHAnsi"/>
                <w:sz w:val="15"/>
                <w:szCs w:val="15"/>
              </w:rPr>
              <w:t>hrs</w:t>
            </w:r>
            <w:proofErr w:type="spellEnd"/>
            <w:r w:rsidRPr="007E796A">
              <w:rPr>
                <w:rFonts w:asciiTheme="majorHAnsi" w:hAnsiTheme="majorHAnsi" w:cstheme="majorHAnsi"/>
                <w:sz w:val="15"/>
                <w:szCs w:val="15"/>
              </w:rPr>
              <w:t xml:space="preserve"> / ~400 nm; Red Bra Regatta (2014–2017)</w:t>
            </w:r>
          </w:p>
        </w:tc>
      </w:tr>
      <w:tr w:rsidR="00DD1EA5" w:rsidRPr="007E796A" w14:paraId="38677B24" w14:textId="77777777" w:rsidTr="00FA7896">
        <w:tc>
          <w:tcPr>
            <w:tcW w:w="4320" w:type="dxa"/>
          </w:tcPr>
          <w:p w14:paraId="078162AC"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Catalina Island Sailing</w:t>
            </w:r>
          </w:p>
        </w:tc>
        <w:tc>
          <w:tcPr>
            <w:tcW w:w="4860" w:type="dxa"/>
          </w:tcPr>
          <w:p w14:paraId="09B3238D"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2.5 months of weekend passages, 276 nm (1994)</w:t>
            </w:r>
          </w:p>
        </w:tc>
      </w:tr>
      <w:tr w:rsidR="00DD1EA5" w:rsidRPr="007E796A" w14:paraId="04FE914A" w14:textId="77777777" w:rsidTr="00FA7896">
        <w:tc>
          <w:tcPr>
            <w:tcW w:w="4320" w:type="dxa"/>
          </w:tcPr>
          <w:p w14:paraId="74EBE047" w14:textId="5BC5ADD8" w:rsidR="00DD1EA5" w:rsidRPr="007E796A" w:rsidRDefault="00FB2CB7" w:rsidP="009473FF">
            <w:pPr>
              <w:spacing w:after="60" w:line="264" w:lineRule="auto"/>
              <w:rPr>
                <w:rFonts w:asciiTheme="majorHAnsi" w:hAnsiTheme="majorHAnsi" w:cstheme="majorHAnsi"/>
                <w:sz w:val="15"/>
                <w:szCs w:val="15"/>
              </w:rPr>
            </w:pPr>
            <w:r>
              <w:rPr>
                <w:rFonts w:asciiTheme="majorHAnsi" w:hAnsiTheme="majorHAnsi" w:cstheme="majorHAnsi"/>
                <w:sz w:val="15"/>
                <w:szCs w:val="15"/>
              </w:rPr>
              <w:t xml:space="preserve">Cape Breton Deliveries </w:t>
            </w:r>
            <w:proofErr w:type="spellStart"/>
            <w:r>
              <w:rPr>
                <w:rFonts w:asciiTheme="majorHAnsi" w:hAnsiTheme="majorHAnsi" w:cstheme="majorHAnsi"/>
                <w:sz w:val="15"/>
                <w:szCs w:val="15"/>
              </w:rPr>
              <w:t>Ingonish</w:t>
            </w:r>
            <w:proofErr w:type="spellEnd"/>
            <w:r>
              <w:rPr>
                <w:rFonts w:asciiTheme="majorHAnsi" w:hAnsiTheme="majorHAnsi" w:cstheme="majorHAnsi"/>
                <w:sz w:val="15"/>
                <w:szCs w:val="15"/>
              </w:rPr>
              <w:t xml:space="preserve"> to North Sydney, </w:t>
            </w:r>
            <w:r w:rsidR="00DD1EA5" w:rsidRPr="007E796A">
              <w:rPr>
                <w:rFonts w:asciiTheme="majorHAnsi" w:hAnsiTheme="majorHAnsi" w:cstheme="majorHAnsi"/>
                <w:sz w:val="15"/>
                <w:szCs w:val="15"/>
              </w:rPr>
              <w:t xml:space="preserve">Nova Scotia </w:t>
            </w:r>
            <w:r>
              <w:rPr>
                <w:rFonts w:asciiTheme="majorHAnsi" w:hAnsiTheme="majorHAnsi" w:cstheme="majorHAnsi"/>
                <w:sz w:val="15"/>
                <w:szCs w:val="15"/>
              </w:rPr>
              <w:t>C</w:t>
            </w:r>
            <w:r w:rsidR="00FA7896">
              <w:rPr>
                <w:rFonts w:asciiTheme="majorHAnsi" w:hAnsiTheme="majorHAnsi" w:cstheme="majorHAnsi"/>
                <w:sz w:val="15"/>
                <w:szCs w:val="15"/>
              </w:rPr>
              <w:t>&amp;C 31’ and C&amp;C 42’</w:t>
            </w:r>
            <w:r w:rsidR="00B06DE5">
              <w:rPr>
                <w:rFonts w:asciiTheme="majorHAnsi" w:hAnsiTheme="majorHAnsi" w:cstheme="majorHAnsi"/>
                <w:sz w:val="15"/>
                <w:szCs w:val="15"/>
              </w:rPr>
              <w:t xml:space="preserve"> Sept 2024</w:t>
            </w:r>
          </w:p>
        </w:tc>
        <w:tc>
          <w:tcPr>
            <w:tcW w:w="4860" w:type="dxa"/>
          </w:tcPr>
          <w:p w14:paraId="1807F995" w14:textId="5F584156" w:rsidR="00DD1EA5" w:rsidRPr="007E796A" w:rsidRDefault="00FA7896" w:rsidP="009473FF">
            <w:pPr>
              <w:spacing w:after="60" w:line="264" w:lineRule="auto"/>
              <w:rPr>
                <w:rFonts w:asciiTheme="majorHAnsi" w:hAnsiTheme="majorHAnsi" w:cstheme="majorHAnsi"/>
                <w:sz w:val="15"/>
                <w:szCs w:val="15"/>
              </w:rPr>
            </w:pPr>
            <w:r>
              <w:rPr>
                <w:rFonts w:asciiTheme="majorHAnsi" w:hAnsiTheme="majorHAnsi" w:cstheme="majorHAnsi"/>
                <w:sz w:val="15"/>
                <w:szCs w:val="15"/>
              </w:rPr>
              <w:t xml:space="preserve">2 days 33 nm each day 7 </w:t>
            </w:r>
            <w:proofErr w:type="spellStart"/>
            <w:r>
              <w:rPr>
                <w:rFonts w:asciiTheme="majorHAnsi" w:hAnsiTheme="majorHAnsi" w:cstheme="majorHAnsi"/>
                <w:sz w:val="15"/>
                <w:szCs w:val="15"/>
              </w:rPr>
              <w:t>hrs</w:t>
            </w:r>
            <w:proofErr w:type="spellEnd"/>
            <w:r>
              <w:rPr>
                <w:rFonts w:asciiTheme="majorHAnsi" w:hAnsiTheme="majorHAnsi" w:cstheme="majorHAnsi"/>
                <w:sz w:val="15"/>
                <w:szCs w:val="15"/>
              </w:rPr>
              <w:t xml:space="preserve"> each and </w:t>
            </w:r>
            <w:r w:rsidR="00DD1EA5" w:rsidRPr="007E796A">
              <w:rPr>
                <w:rFonts w:asciiTheme="majorHAnsi" w:hAnsiTheme="majorHAnsi" w:cstheme="majorHAnsi"/>
                <w:sz w:val="15"/>
                <w:szCs w:val="15"/>
              </w:rPr>
              <w:t>Deep Cove to Chester, NS with Bogus</w:t>
            </w:r>
            <w:r>
              <w:rPr>
                <w:rFonts w:asciiTheme="majorHAnsi" w:hAnsiTheme="majorHAnsi" w:cstheme="majorHAnsi"/>
                <w:sz w:val="15"/>
                <w:szCs w:val="15"/>
              </w:rPr>
              <w:t xml:space="preserve"> </w:t>
            </w:r>
            <w:proofErr w:type="spellStart"/>
            <w:r>
              <w:rPr>
                <w:rFonts w:asciiTheme="majorHAnsi" w:hAnsiTheme="majorHAnsi" w:cstheme="majorHAnsi"/>
                <w:sz w:val="15"/>
                <w:szCs w:val="15"/>
              </w:rPr>
              <w:t>Szemioth</w:t>
            </w:r>
            <w:proofErr w:type="spellEnd"/>
          </w:p>
        </w:tc>
      </w:tr>
      <w:tr w:rsidR="00DD1EA5" w:rsidRPr="007E796A" w14:paraId="46863A97" w14:textId="77777777" w:rsidTr="00FA7896">
        <w:tc>
          <w:tcPr>
            <w:tcW w:w="4320" w:type="dxa"/>
          </w:tcPr>
          <w:p w14:paraId="70674088" w14:textId="77777777" w:rsidR="00DD1EA5"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Tow Operations Experience</w:t>
            </w:r>
            <w:r w:rsidR="00FA7896">
              <w:rPr>
                <w:rFonts w:asciiTheme="majorHAnsi" w:hAnsiTheme="majorHAnsi" w:cstheme="majorHAnsi"/>
                <w:sz w:val="15"/>
                <w:szCs w:val="15"/>
              </w:rPr>
              <w:t xml:space="preserve"> Boston Whaler</w:t>
            </w:r>
          </w:p>
          <w:p w14:paraId="0979B43B" w14:textId="77777777" w:rsidR="00B06DE5" w:rsidRDefault="00B06DE5" w:rsidP="009473FF">
            <w:pPr>
              <w:spacing w:after="60" w:line="264" w:lineRule="auto"/>
              <w:rPr>
                <w:rFonts w:asciiTheme="majorHAnsi" w:hAnsiTheme="majorHAnsi" w:cstheme="majorHAnsi"/>
                <w:sz w:val="15"/>
                <w:szCs w:val="15"/>
              </w:rPr>
            </w:pPr>
          </w:p>
          <w:p w14:paraId="3518744A" w14:textId="7ACE1150" w:rsidR="00B06DE5" w:rsidRPr="007E796A" w:rsidRDefault="00B06DE5" w:rsidP="009473FF">
            <w:pPr>
              <w:spacing w:after="60" w:line="264" w:lineRule="auto"/>
              <w:rPr>
                <w:rFonts w:asciiTheme="majorHAnsi" w:hAnsiTheme="majorHAnsi" w:cstheme="majorHAnsi"/>
                <w:sz w:val="15"/>
                <w:szCs w:val="15"/>
              </w:rPr>
            </w:pPr>
            <w:r>
              <w:rPr>
                <w:rFonts w:asciiTheme="majorHAnsi" w:hAnsiTheme="majorHAnsi" w:cstheme="majorHAnsi"/>
                <w:sz w:val="15"/>
                <w:szCs w:val="15"/>
              </w:rPr>
              <w:t>Ballena Bay to Mandeville Island SF to Sacremento Delta 98 nm 7 days</w:t>
            </w:r>
          </w:p>
        </w:tc>
        <w:tc>
          <w:tcPr>
            <w:tcW w:w="4860" w:type="dxa"/>
          </w:tcPr>
          <w:p w14:paraId="0631FB66"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 xml:space="preserve">Crew for </w:t>
            </w:r>
            <w:proofErr w:type="spellStart"/>
            <w:r w:rsidRPr="007E796A">
              <w:rPr>
                <w:rFonts w:asciiTheme="majorHAnsi" w:hAnsiTheme="majorHAnsi" w:cstheme="majorHAnsi"/>
                <w:sz w:val="15"/>
                <w:szCs w:val="15"/>
              </w:rPr>
              <w:t>SeaTow</w:t>
            </w:r>
            <w:proofErr w:type="spellEnd"/>
            <w:r w:rsidRPr="007E796A">
              <w:rPr>
                <w:rFonts w:asciiTheme="majorHAnsi" w:hAnsiTheme="majorHAnsi" w:cstheme="majorHAnsi"/>
                <w:sz w:val="15"/>
                <w:szCs w:val="15"/>
              </w:rPr>
              <w:t xml:space="preserve"> under Erik Christiansen (2 years, emergency &amp; scheduled tow services)</w:t>
            </w:r>
          </w:p>
        </w:tc>
      </w:tr>
      <w:tr w:rsidR="00DD1EA5" w:rsidRPr="007E796A" w14:paraId="60D14E03" w14:textId="77777777" w:rsidTr="00FA7896">
        <w:tc>
          <w:tcPr>
            <w:tcW w:w="4320" w:type="dxa"/>
          </w:tcPr>
          <w:p w14:paraId="26829816"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Islander Bahama 30’ (1971)</w:t>
            </w:r>
          </w:p>
        </w:tc>
        <w:tc>
          <w:tcPr>
            <w:tcW w:w="4860" w:type="dxa"/>
          </w:tcPr>
          <w:p w14:paraId="7B1146AD"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350 skipper days (1999–2022)</w:t>
            </w:r>
          </w:p>
        </w:tc>
      </w:tr>
      <w:tr w:rsidR="00DD1EA5" w:rsidRPr="007E796A" w14:paraId="21851177" w14:textId="77777777" w:rsidTr="00FA7896">
        <w:tc>
          <w:tcPr>
            <w:tcW w:w="4320" w:type="dxa"/>
          </w:tcPr>
          <w:p w14:paraId="58AAA9F9"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Roberts 45’ Custom</w:t>
            </w:r>
          </w:p>
        </w:tc>
        <w:tc>
          <w:tcPr>
            <w:tcW w:w="4860" w:type="dxa"/>
          </w:tcPr>
          <w:p w14:paraId="264789FA"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16 days (Oahu–Port Angeles, 2014)</w:t>
            </w:r>
          </w:p>
        </w:tc>
      </w:tr>
      <w:tr w:rsidR="00DD1EA5" w:rsidRPr="007E796A" w14:paraId="044C248D" w14:textId="77777777" w:rsidTr="00FA7896">
        <w:tc>
          <w:tcPr>
            <w:tcW w:w="4320" w:type="dxa"/>
          </w:tcPr>
          <w:p w14:paraId="263B870B" w14:textId="77777777" w:rsidR="00DD1EA5"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Beneteau 40’</w:t>
            </w:r>
          </w:p>
          <w:p w14:paraId="31D7BF62" w14:textId="77777777" w:rsidR="00B06DE5" w:rsidRDefault="00B06DE5" w:rsidP="009473FF">
            <w:pPr>
              <w:spacing w:after="60" w:line="264" w:lineRule="auto"/>
              <w:rPr>
                <w:rFonts w:asciiTheme="majorHAnsi" w:hAnsiTheme="majorHAnsi" w:cstheme="majorHAnsi"/>
                <w:sz w:val="15"/>
                <w:szCs w:val="15"/>
              </w:rPr>
            </w:pPr>
            <w:r>
              <w:rPr>
                <w:rFonts w:asciiTheme="majorHAnsi" w:hAnsiTheme="majorHAnsi" w:cstheme="majorHAnsi"/>
                <w:sz w:val="15"/>
                <w:szCs w:val="15"/>
              </w:rPr>
              <w:t>Halberg Rassy 36’ 2018</w:t>
            </w:r>
          </w:p>
          <w:p w14:paraId="08FBCD50" w14:textId="7868AB78" w:rsidR="00B06DE5" w:rsidRPr="007E796A" w:rsidRDefault="00B06DE5" w:rsidP="009473FF">
            <w:pPr>
              <w:spacing w:after="60" w:line="264" w:lineRule="auto"/>
              <w:rPr>
                <w:rFonts w:asciiTheme="majorHAnsi" w:hAnsiTheme="majorHAnsi" w:cstheme="majorHAnsi"/>
                <w:sz w:val="15"/>
                <w:szCs w:val="15"/>
              </w:rPr>
            </w:pPr>
            <w:proofErr w:type="spellStart"/>
            <w:r>
              <w:rPr>
                <w:rFonts w:asciiTheme="majorHAnsi" w:hAnsiTheme="majorHAnsi" w:cstheme="majorHAnsi"/>
                <w:sz w:val="15"/>
                <w:szCs w:val="15"/>
              </w:rPr>
              <w:t>Hirishoff</w:t>
            </w:r>
            <w:proofErr w:type="spellEnd"/>
            <w:r>
              <w:rPr>
                <w:rFonts w:asciiTheme="majorHAnsi" w:hAnsiTheme="majorHAnsi" w:cstheme="majorHAnsi"/>
                <w:sz w:val="15"/>
                <w:szCs w:val="15"/>
              </w:rPr>
              <w:t xml:space="preserve"> 36” 2017</w:t>
            </w:r>
          </w:p>
        </w:tc>
        <w:tc>
          <w:tcPr>
            <w:tcW w:w="4860" w:type="dxa"/>
          </w:tcPr>
          <w:p w14:paraId="3F0029B0"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120 days (Sausalito–Mexico, 2003–2007)</w:t>
            </w:r>
          </w:p>
        </w:tc>
      </w:tr>
      <w:tr w:rsidR="00DD1EA5" w:rsidRPr="007E796A" w14:paraId="13AE6D41" w14:textId="77777777" w:rsidTr="00FA7896">
        <w:tc>
          <w:tcPr>
            <w:tcW w:w="4320" w:type="dxa"/>
          </w:tcPr>
          <w:p w14:paraId="7822E001"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Alberg 36’</w:t>
            </w:r>
          </w:p>
        </w:tc>
        <w:tc>
          <w:tcPr>
            <w:tcW w:w="4860" w:type="dxa"/>
          </w:tcPr>
          <w:p w14:paraId="6CF87BB3"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 xml:space="preserve">3 days (San Francisco–Point Reyes via </w:t>
            </w:r>
            <w:proofErr w:type="spellStart"/>
            <w:r w:rsidRPr="007E796A">
              <w:rPr>
                <w:rFonts w:asciiTheme="majorHAnsi" w:hAnsiTheme="majorHAnsi" w:cstheme="majorHAnsi"/>
                <w:sz w:val="15"/>
                <w:szCs w:val="15"/>
              </w:rPr>
              <w:t>Farallones</w:t>
            </w:r>
            <w:proofErr w:type="spellEnd"/>
            <w:r w:rsidRPr="007E796A">
              <w:rPr>
                <w:rFonts w:asciiTheme="majorHAnsi" w:hAnsiTheme="majorHAnsi" w:cstheme="majorHAnsi"/>
                <w:sz w:val="15"/>
                <w:szCs w:val="15"/>
              </w:rPr>
              <w:t>, 2015)</w:t>
            </w:r>
          </w:p>
        </w:tc>
      </w:tr>
      <w:tr w:rsidR="00DD1EA5" w:rsidRPr="007E796A" w14:paraId="7BC38FDD" w14:textId="77777777" w:rsidTr="00FA7896">
        <w:tc>
          <w:tcPr>
            <w:tcW w:w="4320" w:type="dxa"/>
          </w:tcPr>
          <w:p w14:paraId="25A20765"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Farr 65’</w:t>
            </w:r>
          </w:p>
        </w:tc>
        <w:tc>
          <w:tcPr>
            <w:tcW w:w="4860" w:type="dxa"/>
          </w:tcPr>
          <w:p w14:paraId="54026AAF"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7 days (Portugal, 2023)</w:t>
            </w:r>
          </w:p>
        </w:tc>
      </w:tr>
      <w:tr w:rsidR="00DD1EA5" w:rsidRPr="007E796A" w14:paraId="3808C7AB" w14:textId="77777777" w:rsidTr="00FA7896">
        <w:tc>
          <w:tcPr>
            <w:tcW w:w="4320" w:type="dxa"/>
          </w:tcPr>
          <w:p w14:paraId="18731EC1" w14:textId="2504BC59"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Marine 4 / Hobie Cat Getaway</w:t>
            </w:r>
            <w:r w:rsidR="00FA7896">
              <w:rPr>
                <w:rFonts w:asciiTheme="majorHAnsi" w:hAnsiTheme="majorHAnsi" w:cstheme="majorHAnsi"/>
                <w:sz w:val="15"/>
                <w:szCs w:val="15"/>
              </w:rPr>
              <w:t xml:space="preserve"> / Wave / Boston Whale / Pontoon boat</w:t>
            </w:r>
          </w:p>
        </w:tc>
        <w:tc>
          <w:tcPr>
            <w:tcW w:w="4860" w:type="dxa"/>
          </w:tcPr>
          <w:p w14:paraId="136F8332" w14:textId="77777777" w:rsidR="00DD1EA5" w:rsidRPr="007E796A" w:rsidRDefault="00DD1EA5" w:rsidP="009473FF">
            <w:pPr>
              <w:spacing w:after="60" w:line="264" w:lineRule="auto"/>
              <w:rPr>
                <w:rFonts w:asciiTheme="majorHAnsi" w:hAnsiTheme="majorHAnsi" w:cstheme="majorHAnsi"/>
                <w:sz w:val="15"/>
                <w:szCs w:val="15"/>
              </w:rPr>
            </w:pPr>
            <w:r w:rsidRPr="007E796A">
              <w:rPr>
                <w:rFonts w:asciiTheme="majorHAnsi" w:hAnsiTheme="majorHAnsi" w:cstheme="majorHAnsi"/>
                <w:sz w:val="15"/>
                <w:szCs w:val="15"/>
              </w:rPr>
              <w:t>Instructor vessel (Vero Beach, 2024)</w:t>
            </w:r>
          </w:p>
        </w:tc>
      </w:tr>
    </w:tbl>
    <w:p w14:paraId="7AD80644" w14:textId="1D341FD2" w:rsidR="008D1BBE" w:rsidRPr="00DD1EA5" w:rsidRDefault="008D1BBE" w:rsidP="00DD1EA5">
      <w:pPr>
        <w:rPr>
          <w:rFonts w:asciiTheme="majorHAnsi" w:hAnsiTheme="majorHAnsi" w:cstheme="majorHAnsi"/>
          <w:sz w:val="16"/>
          <w:szCs w:val="16"/>
        </w:rPr>
      </w:pPr>
    </w:p>
    <w:sectPr w:rsidR="008D1BBE" w:rsidRPr="00DD1EA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68701190">
    <w:abstractNumId w:val="8"/>
  </w:num>
  <w:num w:numId="2" w16cid:durableId="852305896">
    <w:abstractNumId w:val="6"/>
  </w:num>
  <w:num w:numId="3" w16cid:durableId="1159082035">
    <w:abstractNumId w:val="5"/>
  </w:num>
  <w:num w:numId="4" w16cid:durableId="1302615676">
    <w:abstractNumId w:val="4"/>
  </w:num>
  <w:num w:numId="5" w16cid:durableId="1919631882">
    <w:abstractNumId w:val="7"/>
  </w:num>
  <w:num w:numId="6" w16cid:durableId="565527739">
    <w:abstractNumId w:val="3"/>
  </w:num>
  <w:num w:numId="7" w16cid:durableId="1618559976">
    <w:abstractNumId w:val="2"/>
  </w:num>
  <w:num w:numId="8" w16cid:durableId="1534613984">
    <w:abstractNumId w:val="1"/>
  </w:num>
  <w:num w:numId="9" w16cid:durableId="908615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6B2C1B"/>
    <w:rsid w:val="007C711B"/>
    <w:rsid w:val="007E796A"/>
    <w:rsid w:val="008573AD"/>
    <w:rsid w:val="008D1BBE"/>
    <w:rsid w:val="00AA1D8D"/>
    <w:rsid w:val="00B06DE5"/>
    <w:rsid w:val="00B47730"/>
    <w:rsid w:val="00CB0664"/>
    <w:rsid w:val="00DD1EA5"/>
    <w:rsid w:val="00FA7896"/>
    <w:rsid w:val="00FB2CB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007062"/>
  <w14:defaultImageDpi w14:val="300"/>
  <w15:docId w15:val="{BF03E34B-797E-8A49-9AD9-E54601C8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FB2CB7"/>
    <w:rPr>
      <w:color w:val="0000FF" w:themeColor="hyperlink"/>
      <w:u w:val="single"/>
    </w:rPr>
  </w:style>
  <w:style w:type="character" w:styleId="UnresolvedMention">
    <w:name w:val="Unresolved Mention"/>
    <w:basedOn w:val="DefaultParagraphFont"/>
    <w:uiPriority w:val="99"/>
    <w:semiHidden/>
    <w:unhideWhenUsed/>
    <w:rsid w:val="00FB2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ysfirc.org/"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Karima Cherif</cp:lastModifiedBy>
  <cp:revision>4</cp:revision>
  <cp:lastPrinted>2025-11-10T22:24:00Z</cp:lastPrinted>
  <dcterms:created xsi:type="dcterms:W3CDTF">2025-11-10T21:58:00Z</dcterms:created>
  <dcterms:modified xsi:type="dcterms:W3CDTF">2025-11-20T05:36:00Z</dcterms:modified>
  <cp:category/>
</cp:coreProperties>
</file>