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0" distT="0" distL="114300" distR="114300">
            <wp:extent cx="2286000" cy="22860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r w:rsidDel="00000000" w:rsidR="00000000" w:rsidRPr="00000000">
        <w:rPr>
          <w:rtl w:val="0"/>
        </w:rPr>
        <w:t xml:space="preserve">REACH SUMMER CAMP APPLICATION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Hosted by Rehoboth Full Gospel Ministry</w:t>
        <w:br w:type="textWrapping"/>
        <w:t xml:space="preserve">Location: 2121 Captain Ave, North Charleston, SC</w:t>
        <w:br w:type="textWrapping"/>
        <w:t xml:space="preserve">Dates: June 2 – August 1, 2025 | Time: 7:30 AM – 5:30 PM (Mon–Fri)</w:t>
        <w:br w:type="textWrapping"/>
        <w:t xml:space="preserve">Weekly Cost: $100 | Registration Fee: $65 (includes 2 camp shirts)</w:t>
        <w:br w:type="textWrapping"/>
        <w:t xml:space="preserve">Contact: Ms. Ebone McCray – 843-810-4022 | e.mccray8125@gmail.com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Camper Information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Full Name: _______________________________________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Date of Birth: __________  Age: _______  Gender: ______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School Attending (Fall 2025): _______________________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Parent/Guardian Information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Full Name: _______________________________________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Phone Number(s): _________________________________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Email Address: ____________________________________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Address: _________________________________________</w:t>
        <w:br w:type="textWrapping"/>
        <w:t xml:space="preserve">_______________________________________________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Emergency Contact (other than parent/guardian)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Name: ___________________________________________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Relationship: _______________  Phone: ______________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Medical Information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Allergies/Conditions: _______________________________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Medications: ______________________________________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Doctor's Name &amp; Phone: ____________________________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Insurance Provider: ________________________________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T-Shirt Size (circle one): YS | YM | YL | S | M | L | XL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Attendance (check all that apply):</w:t>
        <w:br w:type="textWrapping"/>
        <w:t xml:space="preserve">- [ ] Week 1: June 2–6</w:t>
        <w:br w:type="textWrapping"/>
        <w:t xml:space="preserve">- [ ] Week 2: June 9–13</w:t>
        <w:br w:type="textWrapping"/>
        <w:t xml:space="preserve">- [ ] Week 3: June 16–20</w:t>
        <w:br w:type="textWrapping"/>
        <w:t xml:space="preserve">- [ ] Week 4: June 23–27</w:t>
        <w:br w:type="textWrapping"/>
        <w:t xml:space="preserve">- [ ] Week 5: June 30–July 3 (*closed July 4*)</w:t>
        <w:br w:type="textWrapping"/>
        <w:t xml:space="preserve">- [ ] Week 6: July 7–11</w:t>
        <w:br w:type="textWrapping"/>
        <w:t xml:space="preserve">- [ ] Week 7: July 14–18</w:t>
        <w:br w:type="textWrapping"/>
        <w:t xml:space="preserve">- [ ] Week 8: July 21–25</w:t>
        <w:br w:type="textWrapping"/>
        <w:t xml:space="preserve">- [ ] Week 9: July 28–August 1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Sibling Discount Available: $85 per additional child/week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br w:type="textWrapping"/>
        <w:t xml:space="preserve">Parent/Guardian Signature: _________________________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Date: ________________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Pick-Up List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Please list all individuals authorized to pick up your child from camp. (If not on pick-up list, they will not be allowed to pick up the child.)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1. Name: ______________________  Relationship: ________________  Phone: ________________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2. Name: ______________________  Relationship: ________________  Phone: ________________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3. Name: ______________________  Relationship: ________________  Phone: ________________</w:t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  <w:qFormat w:val="1"/>
    <w:rsid w:val="00FC693F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 w:val="1"/>
    <w:rsid w:val="00FC693F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FC693F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FC693F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C693F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FC693F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0AYOWpia9o+oA5ZoRYqM5IggpQ==">CgMxLjA4AHIhMUVoUm5hV2s2eFhCTUhXSnpZV05rTkhPLTQyNk94WEhf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