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131" w:rsidRPr="00564DF5" w:rsidRDefault="00E60131" w:rsidP="00E60131">
      <w:pPr>
        <w:pStyle w:val="Heading1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32"/>
        </w:rPr>
      </w:pPr>
      <w:r w:rsidRPr="00564DF5">
        <w:rPr>
          <w:rStyle w:val="Strong"/>
          <w:rFonts w:cstheme="majorHAnsi"/>
          <w:b/>
          <w:bCs/>
          <w:color w:val="003366"/>
          <w:sz w:val="32"/>
        </w:rPr>
        <w:t>HEALTHBRIDGE OCCUPATIONAL HEALTH REFERRAL FORM</w:t>
      </w:r>
    </w:p>
    <w:p w:rsidR="00E60131" w:rsidRPr="00564DF5" w:rsidRDefault="00EA23F5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>
        <w:rPr>
          <w:rFonts w:asciiTheme="majorHAnsi" w:hAnsiTheme="majorHAnsi" w:cstheme="majorHAnsi"/>
          <w:color w:val="404040"/>
        </w:rPr>
        <w:t>(Version 3.0 | GDPR-Compliant)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Email:</w:t>
      </w:r>
      <w:r w:rsidRPr="00564DF5">
        <w:rPr>
          <w:rFonts w:asciiTheme="majorHAnsi" w:hAnsiTheme="majorHAnsi" w:cstheme="majorHAnsi"/>
          <w:color w:val="404040"/>
        </w:rPr>
        <w:t> </w:t>
      </w:r>
      <w:hyperlink r:id="rId8" w:history="1">
        <w:r w:rsidRPr="00564DF5">
          <w:rPr>
            <w:rStyle w:val="Hyperlink"/>
            <w:rFonts w:asciiTheme="majorHAnsi" w:hAnsiTheme="majorHAnsi" w:cstheme="majorHAnsi"/>
            <w:bdr w:val="single" w:sz="12" w:space="0" w:color="auto" w:frame="1"/>
          </w:rPr>
          <w:t>contact@healthbridge.org.uk</w:t>
        </w:r>
      </w:hyperlink>
      <w:r w:rsidRPr="00564DF5">
        <w:rPr>
          <w:rFonts w:asciiTheme="majorHAnsi" w:hAnsiTheme="majorHAnsi" w:cstheme="majorHAnsi"/>
          <w:color w:val="404040"/>
        </w:rPr>
        <w:t> 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25" style="width:0;height:.75pt" o:hralign="center" o:hrstd="t" o:hrnoshade="t" o:hr="t" fillcolor="#404040" stroked="f"/>
        </w:pict>
      </w: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28"/>
          <w:szCs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  <w:szCs w:val="28"/>
        </w:rPr>
        <w:t>SECTION A: REFERRAL TYPE</w:t>
      </w:r>
    </w:p>
    <w:p w:rsidR="005826EE" w:rsidRP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1. Referral Source</w:t>
      </w:r>
      <w:r w:rsidRPr="00564DF5">
        <w:rPr>
          <w:rFonts w:asciiTheme="majorHAnsi" w:hAnsiTheme="majorHAnsi" w:cstheme="majorHAnsi"/>
          <w:color w:val="404040"/>
        </w:rPr>
        <w:t> (Tick one):</w:t>
      </w:r>
    </w:p>
    <w:p w:rsidR="00564DF5" w:rsidRDefault="00564DF5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</w:p>
    <w:p w:rsidR="00E60131" w:rsidRP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Style w:val="Strong"/>
          <w:rFonts w:asciiTheme="majorHAnsi" w:hAnsiTheme="majorHAnsi" w:cstheme="majorHAnsi"/>
          <w:color w:val="404040"/>
        </w:rPr>
        <w:t>Employer Referral</w:t>
      </w:r>
      <w:r w:rsidRPr="00564DF5">
        <w:rPr>
          <w:rFonts w:asciiTheme="majorHAnsi" w:hAnsiTheme="majorHAnsi" w:cstheme="majorHAnsi"/>
          <w:color w:val="404040"/>
        </w:rPr>
        <w:t> (Complete Section B</w:t>
      </w:r>
      <w:proofErr w:type="gramStart"/>
      <w:r w:rsidRPr="00564DF5">
        <w:rPr>
          <w:rFonts w:asciiTheme="majorHAnsi" w:hAnsiTheme="majorHAnsi" w:cstheme="majorHAnsi"/>
          <w:color w:val="404040"/>
        </w:rPr>
        <w:t>)</w:t>
      </w:r>
      <w:proofErr w:type="gramEnd"/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Style w:val="Strong"/>
          <w:rFonts w:asciiTheme="majorHAnsi" w:hAnsiTheme="majorHAnsi" w:cstheme="majorHAnsi"/>
          <w:color w:val="404040"/>
        </w:rPr>
        <w:t>Self-Referral</w:t>
      </w:r>
      <w:r w:rsidRPr="00564DF5">
        <w:rPr>
          <w:rFonts w:asciiTheme="majorHAnsi" w:hAnsiTheme="majorHAnsi" w:cstheme="majorHAnsi"/>
          <w:color w:val="404040"/>
        </w:rPr>
        <w:t> (Skip to Section C)</w:t>
      </w:r>
    </w:p>
    <w:p w:rsidR="005826EE" w:rsidRPr="00564DF5" w:rsidRDefault="005826EE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</w:p>
    <w:p w:rsid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2. Urgency</w:t>
      </w:r>
      <w:r w:rsidRPr="00564DF5">
        <w:rPr>
          <w:rFonts w:asciiTheme="majorHAnsi" w:hAnsiTheme="majorHAnsi" w:cstheme="majorHAnsi"/>
          <w:color w:val="404040"/>
        </w:rPr>
        <w:t> (Tick one):</w:t>
      </w:r>
    </w:p>
    <w:p w:rsidR="00E60131" w:rsidRP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Style w:val="Strong"/>
          <w:rFonts w:asciiTheme="majorHAnsi" w:hAnsiTheme="majorHAnsi" w:cstheme="majorHAnsi"/>
          <w:color w:val="404040"/>
        </w:rPr>
        <w:t>Routine</w:t>
      </w:r>
      <w:r w:rsidRPr="00564DF5">
        <w:rPr>
          <w:rFonts w:asciiTheme="majorHAnsi" w:hAnsiTheme="majorHAnsi" w:cstheme="majorHAnsi"/>
          <w:color w:val="404040"/>
        </w:rPr>
        <w:t> (Report within 5 working days</w:t>
      </w:r>
      <w:proofErr w:type="gramStart"/>
      <w:r w:rsidRPr="00564DF5">
        <w:rPr>
          <w:rFonts w:asciiTheme="majorHAnsi" w:hAnsiTheme="majorHAnsi" w:cstheme="majorHAnsi"/>
          <w:color w:val="404040"/>
        </w:rPr>
        <w:t>)</w:t>
      </w:r>
      <w:proofErr w:type="gramEnd"/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Style w:val="Strong"/>
          <w:rFonts w:asciiTheme="majorHAnsi" w:hAnsiTheme="majorHAnsi" w:cstheme="majorHAnsi"/>
          <w:color w:val="404040"/>
        </w:rPr>
        <w:t>Priority</w:t>
      </w:r>
      <w:r w:rsidRPr="00564DF5">
        <w:rPr>
          <w:rFonts w:asciiTheme="majorHAnsi" w:hAnsiTheme="majorHAnsi" w:cstheme="majorHAnsi"/>
          <w:color w:val="404040"/>
        </w:rPr>
        <w:t> (Report within 48 hours) → Reason: _________________________</w:t>
      </w:r>
    </w:p>
    <w:p w:rsidR="005826EE" w:rsidRPr="00564DF5" w:rsidRDefault="005826EE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contextualSpacing/>
        <w:rPr>
          <w:rFonts w:asciiTheme="majorHAnsi" w:hAnsiTheme="majorHAnsi" w:cstheme="majorHAnsi"/>
          <w:color w:val="404040"/>
        </w:rPr>
      </w:pPr>
    </w:p>
    <w:p w:rsidR="005826EE" w:rsidRP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eastAsia="MS Gothic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3. Primary Referral Reason</w:t>
      </w:r>
      <w:r w:rsidR="00564DF5">
        <w:rPr>
          <w:rFonts w:asciiTheme="majorHAnsi" w:hAnsiTheme="majorHAnsi" w:cstheme="majorHAnsi"/>
          <w:color w:val="404040"/>
        </w:rPr>
        <w:t> (Tick max 2):</w:t>
      </w:r>
    </w:p>
    <w:p w:rsidR="00E60131" w:rsidRPr="00564DF5" w:rsidRDefault="00E60131" w:rsidP="005826EE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="00564DF5" w:rsidRPr="00564DF5">
        <w:rPr>
          <w:rFonts w:asciiTheme="majorHAnsi" w:hAnsiTheme="majorHAnsi" w:cstheme="majorHAnsi"/>
          <w:color w:val="404040"/>
        </w:rPr>
        <w:t xml:space="preserve"> Fit</w:t>
      </w:r>
      <w:r w:rsidRPr="00564DF5">
        <w:rPr>
          <w:rFonts w:asciiTheme="majorHAnsi" w:hAnsiTheme="majorHAnsi" w:cstheme="majorHAnsi"/>
          <w:color w:val="404040"/>
        </w:rPr>
        <w:t xml:space="preserve"> for role</w:t>
      </w:r>
      <w:r w:rsidR="00564DF5" w:rsidRPr="00564DF5">
        <w:rPr>
          <w:rFonts w:asciiTheme="majorHAnsi" w:hAnsiTheme="majorHAnsi" w:cstheme="majorHAnsi"/>
          <w:color w:val="404040"/>
        </w:rPr>
        <w:t xml:space="preserve"> assessment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Return-to-work assessment (post-absence</w:t>
      </w:r>
      <w:proofErr w:type="gramStart"/>
      <w:r w:rsidRPr="00564DF5">
        <w:rPr>
          <w:rFonts w:asciiTheme="majorHAnsi" w:hAnsiTheme="majorHAnsi" w:cstheme="majorHAnsi"/>
          <w:color w:val="404040"/>
        </w:rPr>
        <w:t>)</w:t>
      </w:r>
      <w:proofErr w:type="gramEnd"/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r w:rsidR="00564DF5" w:rsidRPr="00564DF5">
        <w:rPr>
          <w:rFonts w:asciiTheme="majorHAnsi" w:hAnsiTheme="majorHAnsi" w:cstheme="majorHAnsi"/>
          <w:color w:val="404040"/>
        </w:rPr>
        <w:t>Reasonable Adjustments Advice</w:t>
      </w:r>
      <w:r w:rsidRPr="00564DF5">
        <w:rPr>
          <w:rFonts w:asciiTheme="majorHAnsi" w:hAnsiTheme="majorHAnsi" w:cstheme="majorHAnsi"/>
          <w:color w:val="404040"/>
        </w:rPr>
        <w:t xml:space="preserve"> (Equality Act 2010)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Mental health/stress</w:t>
      </w:r>
      <w:r w:rsidR="00564DF5" w:rsidRPr="00564DF5">
        <w:rPr>
          <w:rFonts w:asciiTheme="majorHAnsi" w:hAnsiTheme="majorHAnsi" w:cstheme="majorHAnsi"/>
          <w:color w:val="404040"/>
        </w:rPr>
        <w:t>/</w:t>
      </w:r>
      <w:proofErr w:type="spellStart"/>
      <w:r w:rsidR="00564DF5" w:rsidRPr="00564DF5">
        <w:rPr>
          <w:rFonts w:asciiTheme="majorHAnsi" w:hAnsiTheme="majorHAnsi" w:cstheme="majorHAnsi"/>
          <w:color w:val="404040"/>
        </w:rPr>
        <w:t>Neurodiversity</w:t>
      </w:r>
      <w:proofErr w:type="spellEnd"/>
      <w:r w:rsidR="00564DF5" w:rsidRPr="00564DF5">
        <w:rPr>
          <w:rFonts w:asciiTheme="majorHAnsi" w:hAnsiTheme="majorHAnsi" w:cstheme="majorHAnsi"/>
          <w:color w:val="404040"/>
        </w:rPr>
        <w:t xml:space="preserve"> Risk Review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r w:rsidR="00564DF5" w:rsidRPr="00564DF5">
        <w:rPr>
          <w:rFonts w:asciiTheme="majorHAnsi" w:hAnsiTheme="majorHAnsi" w:cstheme="majorHAnsi"/>
          <w:color w:val="404040"/>
        </w:rPr>
        <w:t>Sickness absence review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26" style="width:0;height:.75pt" o:hralign="center" o:hrstd="t" o:hrnoshade="t" o:hr="t" fillcolor="#404040" stroked="f"/>
        </w:pict>
      </w: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Style w:val="Strong"/>
          <w:rFonts w:cstheme="majorHAnsi"/>
          <w:b/>
          <w:bCs/>
          <w:color w:val="404040"/>
        </w:rPr>
      </w:pP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</w:rPr>
        <w:t>SECTION B: EMPLOYER DETAILS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Company Name:</w:t>
      </w:r>
      <w:r w:rsidRPr="00564DF5">
        <w:rPr>
          <w:rFonts w:asciiTheme="majorHAnsi" w:hAnsiTheme="majorHAnsi" w:cstheme="majorHAnsi"/>
          <w:color w:val="404040"/>
        </w:rPr>
        <w:t> _________________________________________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Referrer Name/Job Title:</w:t>
      </w:r>
      <w:r w:rsidRPr="00564DF5">
        <w:rPr>
          <w:rFonts w:asciiTheme="majorHAnsi" w:hAnsiTheme="majorHAnsi" w:cstheme="majorHAnsi"/>
          <w:color w:val="404040"/>
        </w:rPr>
        <w:t> _______________________________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Contact: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Phone ______________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Email 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Employee’s Job Title:</w:t>
      </w:r>
      <w:r w:rsidRPr="00564DF5">
        <w:rPr>
          <w:rFonts w:asciiTheme="majorHAnsi" w:hAnsiTheme="majorHAnsi" w:cstheme="majorHAnsi"/>
          <w:color w:val="404040"/>
        </w:rPr>
        <w:t> __________________________________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Work Pattern: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Office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Hybrid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Remote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Shift-based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27" style="width:0;height:.75pt" o:hralign="center" o:hrstd="t" o:hrnoshade="t" o:hr="t" fillcolor="#404040" stroked="f"/>
        </w:pict>
      </w:r>
    </w:p>
    <w:p w:rsidR="005A2E8C" w:rsidRPr="00564DF5" w:rsidRDefault="005A2E8C" w:rsidP="00E60131">
      <w:pPr>
        <w:pStyle w:val="Heading3"/>
        <w:shd w:val="clear" w:color="auto" w:fill="FFFFFF"/>
        <w:spacing w:before="274" w:after="206"/>
        <w:rPr>
          <w:rStyle w:val="Strong"/>
          <w:rFonts w:cstheme="majorHAnsi"/>
          <w:b/>
          <w:bCs/>
          <w:color w:val="404040"/>
        </w:rPr>
      </w:pP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</w:rPr>
        <w:t>SECTION C: EMPLOYEE/PATIENT DETAILS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Full Name:</w:t>
      </w:r>
      <w:r w:rsidRPr="00564DF5">
        <w:rPr>
          <w:rFonts w:asciiTheme="majorHAnsi" w:hAnsiTheme="majorHAnsi" w:cstheme="majorHAnsi"/>
          <w:color w:val="404040"/>
        </w:rPr>
        <w:t> ____________________________________________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Date of Birth:</w:t>
      </w:r>
      <w:r w:rsidRPr="00564DF5">
        <w:rPr>
          <w:rFonts w:asciiTheme="majorHAnsi" w:hAnsiTheme="majorHAnsi" w:cstheme="majorHAnsi"/>
          <w:color w:val="404040"/>
        </w:rPr>
        <w:t> ___________ </w:t>
      </w:r>
      <w:r w:rsidRPr="00564DF5">
        <w:rPr>
          <w:rStyle w:val="Strong"/>
          <w:rFonts w:asciiTheme="majorHAnsi" w:hAnsiTheme="majorHAnsi" w:cstheme="majorHAnsi"/>
          <w:color w:val="404040"/>
        </w:rPr>
        <w:t>NHS No.</w:t>
      </w:r>
      <w:r w:rsidRPr="00564DF5">
        <w:rPr>
          <w:rFonts w:asciiTheme="majorHAnsi" w:hAnsiTheme="majorHAnsi" w:cstheme="majorHAnsi"/>
          <w:color w:val="404040"/>
        </w:rPr>
        <w:t> (Optional): 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Contact:</w:t>
      </w:r>
      <w:r w:rsidRPr="00564DF5">
        <w:rPr>
          <w:rFonts w:asciiTheme="majorHAnsi" w:hAnsiTheme="majorHAnsi" w:cstheme="majorHAnsi"/>
          <w:color w:val="404040"/>
        </w:rPr>
        <w:t> </w:t>
      </w:r>
      <w:r w:rsidR="005826EE" w:rsidRPr="00564DF5">
        <w:rPr>
          <w:rFonts w:asciiTheme="majorHAnsi" w:eastAsia="MS Gothic" w:hAnsi="MS Gothic" w:cstheme="majorHAnsi"/>
          <w:color w:val="404040"/>
        </w:rPr>
        <w:t>☐</w:t>
      </w:r>
      <w:r w:rsidR="005826EE" w:rsidRPr="00564DF5">
        <w:rPr>
          <w:rFonts w:asciiTheme="majorHAnsi" w:hAnsiTheme="majorHAnsi" w:cstheme="majorHAnsi"/>
          <w:color w:val="404040"/>
        </w:rPr>
        <w:t xml:space="preserve"> Phone ______________ </w:t>
      </w:r>
      <w:r w:rsidR="005826EE" w:rsidRPr="00564DF5">
        <w:rPr>
          <w:rFonts w:asciiTheme="majorHAnsi" w:eastAsia="MS Gothic" w:hAnsi="MS Gothic" w:cstheme="majorHAnsi"/>
          <w:color w:val="404040"/>
        </w:rPr>
        <w:t>☐</w:t>
      </w:r>
      <w:r w:rsidR="005826EE" w:rsidRPr="00564DF5">
        <w:rPr>
          <w:rFonts w:asciiTheme="majorHAnsi" w:hAnsiTheme="majorHAnsi" w:cstheme="majorHAnsi"/>
          <w:color w:val="404040"/>
        </w:rPr>
        <w:t xml:space="preserve"> Email __________________</w:t>
      </w:r>
      <w:r w:rsidRPr="00564DF5">
        <w:rPr>
          <w:rFonts w:asciiTheme="majorHAnsi" w:hAnsiTheme="majorHAnsi" w:cstheme="majorHAnsi"/>
          <w:color w:val="404040"/>
        </w:rPr>
        <w:br/>
      </w:r>
      <w:r w:rsidRPr="00564DF5">
        <w:rPr>
          <w:rStyle w:val="Strong"/>
          <w:rFonts w:asciiTheme="majorHAnsi" w:hAnsiTheme="majorHAnsi" w:cstheme="majorHAnsi"/>
          <w:color w:val="404040"/>
        </w:rPr>
        <w:t>Preferred Consultation Method:</w:t>
      </w:r>
      <w:r w:rsidRPr="00564DF5">
        <w:rPr>
          <w:rFonts w:asciiTheme="majorHAnsi" w:hAnsiTheme="majorHAnsi" w:cstheme="majorHAnsi"/>
          <w:color w:val="404040"/>
        </w:rPr>
        <w:t> 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Video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Phone </w:t>
      </w:r>
    </w:p>
    <w:p w:rsidR="005826EE" w:rsidRPr="00564DF5" w:rsidRDefault="005826EE" w:rsidP="00582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</w:pPr>
      <w:r w:rsidRPr="005826EE"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  <w:t xml:space="preserve">**Photo ID Verification** (Required for first-time referrals):  </w:t>
      </w:r>
    </w:p>
    <w:p w:rsidR="005826EE" w:rsidRPr="005826EE" w:rsidRDefault="005826EE" w:rsidP="00582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</w:pPr>
    </w:p>
    <w:p w:rsidR="005826EE" w:rsidRPr="005826EE" w:rsidRDefault="005826EE" w:rsidP="00582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</w:pPr>
      <w:r w:rsidRPr="005826EE">
        <w:rPr>
          <w:rFonts w:asciiTheme="majorHAnsi" w:eastAsia="MS Mincho" w:hAnsi="MS Mincho" w:cstheme="majorHAnsi"/>
          <w:color w:val="494949"/>
          <w:sz w:val="24"/>
          <w:szCs w:val="19"/>
          <w:lang w:val="en-GB" w:eastAsia="en-GB"/>
        </w:rPr>
        <w:t>☐</w:t>
      </w:r>
      <w:r w:rsidRPr="005826EE"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  <w:t xml:space="preserve"> I have attached a copy of my photo ID (passport/driving license)  </w:t>
      </w:r>
    </w:p>
    <w:p w:rsidR="005826EE" w:rsidRPr="00564DF5" w:rsidRDefault="005826EE" w:rsidP="00582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</w:pPr>
      <w:r w:rsidRPr="005826EE">
        <w:rPr>
          <w:rFonts w:asciiTheme="majorHAnsi" w:eastAsia="MS Mincho" w:hAnsi="MS Mincho" w:cstheme="majorHAnsi"/>
          <w:color w:val="494949"/>
          <w:sz w:val="24"/>
          <w:szCs w:val="19"/>
          <w:lang w:val="en-GB" w:eastAsia="en-GB"/>
        </w:rPr>
        <w:t>☐</w:t>
      </w:r>
      <w:r w:rsidRPr="005826EE"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  <w:t xml:space="preserve"> I will present photo ID at my first appointment  </w:t>
      </w:r>
    </w:p>
    <w:p w:rsidR="005A2E8C" w:rsidRPr="005826EE" w:rsidRDefault="005A2E8C" w:rsidP="005826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Theme="majorHAnsi" w:eastAsia="Times New Roman" w:hAnsiTheme="majorHAnsi" w:cstheme="majorHAnsi"/>
          <w:color w:val="494949"/>
          <w:sz w:val="24"/>
          <w:szCs w:val="19"/>
          <w:lang w:val="en-GB" w:eastAsia="en-GB"/>
        </w:rPr>
      </w:pP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GP Details</w:t>
      </w:r>
      <w:r w:rsidRPr="00564DF5">
        <w:rPr>
          <w:rFonts w:asciiTheme="majorHAnsi" w:hAnsiTheme="majorHAnsi" w:cstheme="majorHAnsi"/>
          <w:color w:val="404040"/>
        </w:rPr>
        <w:t> (Optional but recommended)</w:t>
      </w:r>
      <w:proofErr w:type="gramStart"/>
      <w:r w:rsidRPr="00564DF5">
        <w:rPr>
          <w:rFonts w:asciiTheme="majorHAnsi" w:hAnsiTheme="majorHAnsi" w:cstheme="majorHAnsi"/>
          <w:color w:val="404040"/>
        </w:rPr>
        <w:t>:</w:t>
      </w:r>
      <w:proofErr w:type="gramEnd"/>
      <w:r w:rsidRPr="00564DF5">
        <w:rPr>
          <w:rFonts w:asciiTheme="majorHAnsi" w:hAnsiTheme="majorHAnsi" w:cstheme="majorHAnsi"/>
          <w:color w:val="404040"/>
        </w:rPr>
        <w:br/>
        <w:t>Surgery Name: ___________________________</w:t>
      </w:r>
      <w:r w:rsidRPr="00564DF5">
        <w:rPr>
          <w:rFonts w:asciiTheme="majorHAnsi" w:hAnsiTheme="majorHAnsi" w:cstheme="majorHAnsi"/>
          <w:color w:val="404040"/>
        </w:rPr>
        <w:br/>
        <w:t>GP Name: _________________ Tel: ___________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28" style="width:0;height:.75pt" o:hralign="center" o:hrstd="t" o:hrnoshade="t" o:hr="t" fillcolor="#404040" stroked="f"/>
        </w:pict>
      </w:r>
    </w:p>
    <w:p w:rsidR="00801F81" w:rsidRPr="00801F81" w:rsidRDefault="00E60131" w:rsidP="00801F81">
      <w:pPr>
        <w:pStyle w:val="Heading3"/>
        <w:shd w:val="clear" w:color="auto" w:fill="FFFFFF"/>
        <w:spacing w:before="274" w:after="206"/>
        <w:contextualSpacing/>
        <w:rPr>
          <w:rFonts w:cstheme="majorHAnsi"/>
          <w:color w:val="003366"/>
          <w:sz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</w:rPr>
        <w:lastRenderedPageBreak/>
        <w:t>SECTION D: CONSENT &amp; GDPR DECLARATIONS</w:t>
      </w:r>
      <w:r w:rsidR="00801F81" w:rsidRPr="00801F81">
        <w:rPr>
          <w:rStyle w:val="Strong"/>
          <w:rFonts w:cstheme="majorHAnsi"/>
          <w:bCs/>
          <w:color w:val="000000" w:themeColor="text1"/>
          <w:sz w:val="28"/>
        </w:rPr>
        <w:t xml:space="preserve"> </w:t>
      </w:r>
      <w:r w:rsidR="00801F81" w:rsidRPr="00801F81">
        <w:rPr>
          <w:b w:val="0"/>
          <w:color w:val="000000" w:themeColor="text1"/>
        </w:rPr>
        <w:t>(to be completed by the employee)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i/>
          <w:color w:val="404040"/>
        </w:rPr>
      </w:pPr>
      <w:r w:rsidRPr="00564DF5">
        <w:rPr>
          <w:rStyle w:val="Emphasis"/>
          <w:rFonts w:asciiTheme="majorHAnsi" w:eastAsiaTheme="majorEastAsia" w:hAnsiTheme="majorHAnsi" w:cstheme="majorHAnsi"/>
          <w:i w:val="0"/>
          <w:color w:val="404040"/>
        </w:rPr>
        <w:t>By signing, I confirm:</w:t>
      </w:r>
    </w:p>
    <w:p w:rsidR="009F2D86" w:rsidRPr="00564DF5" w:rsidRDefault="00E60131" w:rsidP="00801F81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I consent to a </w:t>
      </w:r>
      <w:r w:rsidRPr="00564DF5">
        <w:rPr>
          <w:rStyle w:val="Strong"/>
          <w:rFonts w:asciiTheme="majorHAnsi" w:hAnsiTheme="majorHAnsi" w:cstheme="majorHAnsi"/>
          <w:b w:val="0"/>
          <w:color w:val="404040"/>
        </w:rPr>
        <w:t>remote OH assessment</w:t>
      </w:r>
      <w:r w:rsidRPr="00564DF5">
        <w:rPr>
          <w:rFonts w:asciiTheme="majorHAnsi" w:hAnsiTheme="majorHAnsi" w:cstheme="majorHAnsi"/>
          <w:color w:val="404040"/>
        </w:rPr>
        <w:t xml:space="preserve"> by </w:t>
      </w:r>
      <w:proofErr w:type="spellStart"/>
      <w:r w:rsidRPr="00564DF5">
        <w:rPr>
          <w:rFonts w:asciiTheme="majorHAnsi" w:hAnsiTheme="majorHAnsi" w:cstheme="majorHAnsi"/>
          <w:color w:val="404040"/>
        </w:rPr>
        <w:t>HealthBridge</w:t>
      </w:r>
      <w:proofErr w:type="spellEnd"/>
      <w:r w:rsidRPr="00564DF5">
        <w:rPr>
          <w:rFonts w:asciiTheme="majorHAnsi" w:hAnsiTheme="majorHAnsi" w:cstheme="majorHAnsi"/>
          <w:color w:val="404040"/>
        </w:rPr>
        <w:t xml:space="preserve"> Occupational Health Ltd.</w:t>
      </w:r>
    </w:p>
    <w:p w:rsidR="009F2D86" w:rsidRPr="00564DF5" w:rsidRDefault="00E60131" w:rsidP="00801F81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I permit </w:t>
      </w:r>
      <w:proofErr w:type="spellStart"/>
      <w:r w:rsidRPr="00564DF5">
        <w:rPr>
          <w:rFonts w:asciiTheme="majorHAnsi" w:hAnsiTheme="majorHAnsi" w:cstheme="majorHAnsi"/>
          <w:color w:val="404040"/>
        </w:rPr>
        <w:t>Healt</w:t>
      </w:r>
      <w:r w:rsidR="009F2D86" w:rsidRPr="00564DF5">
        <w:rPr>
          <w:rFonts w:asciiTheme="majorHAnsi" w:hAnsiTheme="majorHAnsi" w:cstheme="majorHAnsi"/>
          <w:color w:val="404040"/>
        </w:rPr>
        <w:t>hBridge</w:t>
      </w:r>
      <w:proofErr w:type="spellEnd"/>
      <w:r w:rsidR="009F2D86" w:rsidRPr="00564DF5">
        <w:rPr>
          <w:rFonts w:asciiTheme="majorHAnsi" w:hAnsiTheme="majorHAnsi" w:cstheme="majorHAnsi"/>
          <w:color w:val="404040"/>
        </w:rPr>
        <w:t xml:space="preserve"> Occupational Health Ltd</w:t>
      </w:r>
      <w:r w:rsidRPr="00564DF5">
        <w:rPr>
          <w:rFonts w:asciiTheme="majorHAnsi" w:hAnsiTheme="majorHAnsi" w:cstheme="majorHAnsi"/>
          <w:color w:val="404040"/>
        </w:rPr>
        <w:t>. to </w:t>
      </w:r>
      <w:r w:rsidRPr="00564DF5">
        <w:rPr>
          <w:rStyle w:val="Strong"/>
          <w:rFonts w:asciiTheme="majorHAnsi" w:hAnsiTheme="majorHAnsi" w:cstheme="majorHAnsi"/>
          <w:b w:val="0"/>
          <w:color w:val="404040"/>
        </w:rPr>
        <w:t>contact my GP/specialists</w:t>
      </w:r>
      <w:r w:rsidRPr="00564DF5">
        <w:rPr>
          <w:rFonts w:asciiTheme="majorHAnsi" w:hAnsiTheme="majorHAnsi" w:cstheme="majorHAnsi"/>
          <w:color w:val="404040"/>
        </w:rPr>
        <w:t> if clinically necessary.</w:t>
      </w:r>
    </w:p>
    <w:p w:rsidR="009F2D86" w:rsidRPr="00564DF5" w:rsidRDefault="00E60131" w:rsidP="00801F81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="009F2D86" w:rsidRPr="00564DF5">
        <w:rPr>
          <w:rFonts w:asciiTheme="majorHAnsi" w:hAnsiTheme="majorHAnsi" w:cstheme="majorHAnsi"/>
          <w:color w:val="494949"/>
        </w:rPr>
        <w:t xml:space="preserve">I </w:t>
      </w:r>
      <w:proofErr w:type="gramStart"/>
      <w:r w:rsidR="009F2D86" w:rsidRPr="00564DF5">
        <w:rPr>
          <w:rFonts w:asciiTheme="majorHAnsi" w:hAnsiTheme="majorHAnsi" w:cstheme="majorHAnsi"/>
          <w:color w:val="494949"/>
        </w:rPr>
        <w:t>understand  my</w:t>
      </w:r>
      <w:proofErr w:type="gramEnd"/>
      <w:r w:rsidR="009F2D86" w:rsidRPr="00564DF5">
        <w:rPr>
          <w:rFonts w:asciiTheme="majorHAnsi" w:hAnsiTheme="majorHAnsi" w:cstheme="majorHAnsi"/>
          <w:color w:val="494949"/>
        </w:rPr>
        <w:t xml:space="preserve"> personal data will be processed in accordance with the confidentiality and  privacy policies</w:t>
      </w:r>
    </w:p>
    <w:p w:rsidR="00564DF5" w:rsidRPr="00564DF5" w:rsidRDefault="009F2D86" w:rsidP="00801F81">
      <w:pPr>
        <w:pStyle w:val="ds-markdown-paragraph"/>
        <w:shd w:val="clear" w:color="auto" w:fill="FFFFFF"/>
        <w:spacing w:before="0" w:beforeAutospacing="0" w:line="429" w:lineRule="atLeast"/>
        <w:contextualSpacing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94949"/>
        </w:rPr>
        <w:t>I I acknowledge that my data will be retained in line with medical records retention policy</w:t>
      </w:r>
      <w:r w:rsidR="00564DF5">
        <w:rPr>
          <w:rFonts w:asciiTheme="majorHAnsi" w:hAnsiTheme="majorHAnsi" w:cstheme="majorHAnsi"/>
          <w:color w:val="494949"/>
        </w:rPr>
        <w:t>.</w:t>
      </w: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hAnsiTheme="majorHAnsi" w:cstheme="majorHAnsi"/>
          <w:color w:val="494949"/>
          <w:sz w:val="24"/>
          <w:szCs w:val="24"/>
        </w:rPr>
        <w:t>Report Sharing Preferences:</w:t>
      </w: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eastAsia="MS Mincho" w:hAnsi="MS Mincho" w:cstheme="majorHAnsi"/>
          <w:color w:val="494949"/>
          <w:sz w:val="24"/>
          <w:szCs w:val="24"/>
        </w:rPr>
        <w:t>☐</w:t>
      </w:r>
      <w:r w:rsidRPr="00564DF5">
        <w:rPr>
          <w:rFonts w:asciiTheme="majorHAnsi" w:hAnsiTheme="majorHAnsi" w:cstheme="majorHAnsi"/>
          <w:color w:val="494949"/>
          <w:sz w:val="24"/>
          <w:szCs w:val="24"/>
        </w:rPr>
        <w:t xml:space="preserve"> Share full report with employer </w:t>
      </w: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eastAsia="MS Mincho" w:hAnsi="MS Mincho" w:cstheme="majorHAnsi"/>
          <w:color w:val="494949"/>
          <w:sz w:val="24"/>
          <w:szCs w:val="24"/>
        </w:rPr>
        <w:t>☐</w:t>
      </w:r>
      <w:r w:rsidRPr="00564DF5">
        <w:rPr>
          <w:rFonts w:asciiTheme="majorHAnsi" w:hAnsiTheme="majorHAnsi" w:cstheme="majorHAnsi"/>
          <w:color w:val="494949"/>
          <w:sz w:val="24"/>
          <w:szCs w:val="24"/>
        </w:rPr>
        <w:t xml:space="preserve"> Share redacted report with employer </w:t>
      </w:r>
    </w:p>
    <w:p w:rsidR="009F2D86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eastAsia="MS Mincho" w:hAnsi="MS Mincho" w:cstheme="majorHAnsi"/>
          <w:color w:val="494949"/>
          <w:sz w:val="24"/>
          <w:szCs w:val="24"/>
        </w:rPr>
        <w:t>☐</w:t>
      </w:r>
      <w:r w:rsidRPr="00564DF5">
        <w:rPr>
          <w:rFonts w:asciiTheme="majorHAnsi" w:hAnsiTheme="majorHAnsi" w:cstheme="majorHAnsi"/>
          <w:color w:val="494949"/>
          <w:sz w:val="24"/>
          <w:szCs w:val="24"/>
        </w:rPr>
        <w:t xml:space="preserve"> Do NOT share report with employer (I will discuss findings directly)  </w:t>
      </w:r>
    </w:p>
    <w:p w:rsidR="00564DF5" w:rsidRPr="00564DF5" w:rsidRDefault="00564DF5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hAnsiTheme="majorHAnsi" w:cstheme="majorHAnsi"/>
          <w:color w:val="494949"/>
          <w:sz w:val="24"/>
          <w:szCs w:val="24"/>
        </w:rPr>
        <w:t>Subject Access Rights:</w:t>
      </w: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</w:p>
    <w:p w:rsidR="009F2D86" w:rsidRPr="00564DF5" w:rsidRDefault="009F2D86" w:rsidP="009F2D86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24"/>
        </w:rPr>
      </w:pPr>
      <w:r w:rsidRPr="00564DF5">
        <w:rPr>
          <w:rFonts w:asciiTheme="majorHAnsi" w:eastAsia="MS Mincho" w:hAnsi="MS Mincho" w:cstheme="majorHAnsi"/>
          <w:color w:val="494949"/>
          <w:sz w:val="24"/>
          <w:szCs w:val="24"/>
        </w:rPr>
        <w:t>☐</w:t>
      </w:r>
      <w:r w:rsidRPr="00564DF5">
        <w:rPr>
          <w:rFonts w:asciiTheme="majorHAnsi" w:hAnsiTheme="majorHAnsi" w:cstheme="majorHAnsi"/>
          <w:color w:val="494949"/>
          <w:sz w:val="24"/>
          <w:szCs w:val="24"/>
        </w:rPr>
        <w:t xml:space="preserve"> I wish to **review my report** before employer disclosure (GMC guidance)  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Signature:</w:t>
      </w:r>
      <w:r w:rsidRPr="00564DF5">
        <w:rPr>
          <w:rFonts w:asciiTheme="majorHAnsi" w:hAnsiTheme="majorHAnsi" w:cstheme="majorHAnsi"/>
          <w:color w:val="404040"/>
        </w:rPr>
        <w:t> ________________________ </w:t>
      </w:r>
      <w:r w:rsidRPr="00564DF5">
        <w:rPr>
          <w:rStyle w:val="Strong"/>
          <w:rFonts w:asciiTheme="majorHAnsi" w:hAnsiTheme="majorHAnsi" w:cstheme="majorHAnsi"/>
          <w:color w:val="404040"/>
        </w:rPr>
        <w:t>Date:</w:t>
      </w:r>
      <w:r w:rsidRPr="00564DF5">
        <w:rPr>
          <w:rFonts w:asciiTheme="majorHAnsi" w:hAnsiTheme="majorHAnsi" w:cstheme="majorHAnsi"/>
          <w:color w:val="404040"/>
        </w:rPr>
        <w:t> _________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29" style="width:0;height:.75pt" o:hralign="center" o:hrstd="t" o:hrnoshade="t" o:hr="t" fillcolor="#404040" stroked="f"/>
        </w:pict>
      </w: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</w:rPr>
        <w:t>SECTION E: MEDICAL SUMMARY</w:t>
      </w:r>
      <w:r w:rsidRPr="00564DF5">
        <w:rPr>
          <w:rFonts w:cstheme="majorHAnsi"/>
          <w:b w:val="0"/>
          <w:bCs w:val="0"/>
          <w:color w:val="003366"/>
          <w:sz w:val="28"/>
        </w:rPr>
        <w:t> 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Briefly describe:</w:t>
      </w:r>
    </w:p>
    <w:p w:rsidR="00E60131" w:rsidRPr="00564DF5" w:rsidRDefault="00E60131" w:rsidP="00564DF5">
      <w:pPr>
        <w:pStyle w:val="ds-markdown-paragraph"/>
        <w:shd w:val="clear" w:color="auto" w:fill="FFFFFF"/>
        <w:spacing w:before="0" w:before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hAnsiTheme="majorHAnsi" w:cstheme="majorHAnsi"/>
          <w:color w:val="404040"/>
        </w:rPr>
        <w:t>Current health issue(s): _______________________________</w:t>
      </w:r>
    </w:p>
    <w:p w:rsidR="0038311A" w:rsidRPr="00564DF5" w:rsidRDefault="00E60131" w:rsidP="0038311A">
      <w:pPr>
        <w:pStyle w:val="ds-markdown-paragraph"/>
        <w:shd w:val="clear" w:color="auto" w:fill="FFFFFF"/>
        <w:spacing w:before="0" w:before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hAnsiTheme="majorHAnsi" w:cstheme="majorHAnsi"/>
          <w:color w:val="404040"/>
        </w:rPr>
        <w:t>Relevant medications: _______________________________</w:t>
      </w:r>
    </w:p>
    <w:p w:rsidR="00885E80" w:rsidRDefault="00885E80" w:rsidP="00885E80">
      <w:pPr>
        <w:pStyle w:val="ds-markdown-paragraph"/>
        <w:shd w:val="clear" w:color="auto" w:fill="FFFFFF"/>
        <w:spacing w:before="0" w:beforeAutospacing="0" w:line="429" w:lineRule="atLeast"/>
        <w:rPr>
          <w:rFonts w:asciiTheme="majorHAnsi" w:hAnsiTheme="majorHAnsi" w:cstheme="majorHAnsi"/>
          <w:color w:val="404040"/>
        </w:rPr>
      </w:pPr>
    </w:p>
    <w:p w:rsidR="00C24C47" w:rsidRPr="00C24C47" w:rsidRDefault="00E60131" w:rsidP="00885E80">
      <w:pPr>
        <w:pStyle w:val="ds-markdown-paragraph"/>
        <w:shd w:val="clear" w:color="auto" w:fill="FFFFFF"/>
        <w:spacing w:before="0" w:before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Fonts w:asciiTheme="majorHAnsi" w:hAnsiTheme="majorHAnsi" w:cstheme="majorHAnsi"/>
          <w:color w:val="404040"/>
        </w:rPr>
        <w:t xml:space="preserve">Attached documents: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Fit Note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r w:rsidR="0038311A" w:rsidRPr="00564DF5">
        <w:rPr>
          <w:rFonts w:asciiTheme="majorHAnsi" w:hAnsiTheme="majorHAnsi" w:cstheme="majorHAnsi"/>
          <w:color w:val="404040"/>
        </w:rPr>
        <w:t xml:space="preserve">Photo ID </w:t>
      </w:r>
      <w:r w:rsidR="0038311A" w:rsidRPr="00564DF5">
        <w:rPr>
          <w:rFonts w:asciiTheme="majorHAnsi" w:eastAsia="MS Gothic" w:hAnsi="MS Gothic" w:cstheme="majorHAnsi"/>
          <w:color w:val="404040"/>
        </w:rPr>
        <w:t>☐</w:t>
      </w:r>
      <w:r w:rsidR="0038311A" w:rsidRPr="00564DF5">
        <w:rPr>
          <w:rFonts w:asciiTheme="majorHAnsi" w:hAnsiTheme="majorHAnsi" w:cstheme="majorHAnsi"/>
          <w:color w:val="404040"/>
        </w:rPr>
        <w:t xml:space="preserve"> Specialist Letter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r w:rsidRPr="00564DF5">
        <w:rPr>
          <w:rFonts w:asciiTheme="majorHAnsi" w:eastAsia="MS Gothic" w:hAnsi="MS Gothic" w:cstheme="majorHAnsi"/>
          <w:color w:val="404040"/>
        </w:rPr>
        <w:t>☐</w:t>
      </w:r>
      <w:r w:rsidRPr="00564DF5">
        <w:rPr>
          <w:rFonts w:asciiTheme="majorHAnsi" w:hAnsiTheme="majorHAnsi" w:cstheme="majorHAnsi"/>
          <w:color w:val="404040"/>
        </w:rPr>
        <w:t xml:space="preserve"> </w:t>
      </w:r>
      <w:proofErr w:type="gramStart"/>
      <w:r w:rsidRPr="00564DF5">
        <w:rPr>
          <w:rFonts w:asciiTheme="majorHAnsi" w:hAnsiTheme="majorHAnsi" w:cstheme="majorHAnsi"/>
          <w:color w:val="404040"/>
        </w:rPr>
        <w:t>Other</w:t>
      </w:r>
      <w:proofErr w:type="gramEnd"/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  <w:highlight w:val="yellow"/>
        </w:rPr>
      </w:pP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>Photo ID Verification** (Required for first-time referrals):</w:t>
      </w:r>
    </w:p>
    <w:p w:rsidR="00C24C47" w:rsidRPr="00C24C47" w:rsidRDefault="00C24C47" w:rsidP="00C24C47">
      <w:pPr>
        <w:pStyle w:val="HTMLPreformatted"/>
        <w:wordWrap w:val="0"/>
        <w:rPr>
          <w:rFonts w:asciiTheme="majorHAnsi" w:eastAsia="MS Mincho" w:hAnsiTheme="majorHAnsi" w:cstheme="majorHAnsi"/>
          <w:color w:val="494949"/>
          <w:sz w:val="24"/>
          <w:szCs w:val="19"/>
          <w:highlight w:val="yellow"/>
        </w:rPr>
      </w:pPr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  <w:highlight w:val="yellow"/>
        </w:rPr>
      </w:pPr>
      <w:r w:rsidRPr="00C24C47">
        <w:rPr>
          <w:rFonts w:asciiTheme="majorHAnsi" w:eastAsia="MS Mincho" w:hAnsi="MS Mincho" w:cstheme="majorHAnsi"/>
          <w:color w:val="494949"/>
          <w:sz w:val="24"/>
          <w:szCs w:val="19"/>
          <w:highlight w:val="yellow"/>
        </w:rPr>
        <w:t>☐</w:t>
      </w: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 xml:space="preserve"> I have attached a clear copy of my:</w:t>
      </w:r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  <w:highlight w:val="yellow"/>
        </w:rPr>
      </w:pPr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  <w:highlight w:val="yellow"/>
        </w:rPr>
      </w:pP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 xml:space="preserve">- Passport (photo page only) </w:t>
      </w:r>
      <w:r w:rsidRPr="00C24C47">
        <w:rPr>
          <w:rFonts w:asciiTheme="majorHAnsi" w:eastAsia="MS Mincho" w:hAnsi="MS Mincho" w:cstheme="majorHAnsi"/>
          <w:color w:val="494949"/>
          <w:sz w:val="24"/>
          <w:szCs w:val="19"/>
          <w:highlight w:val="yellow"/>
        </w:rPr>
        <w:t>☐</w:t>
      </w:r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  <w:highlight w:val="yellow"/>
        </w:rPr>
      </w:pP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>- UK driving license (front only)</w:t>
      </w:r>
      <w:r w:rsidRPr="00C24C47">
        <w:rPr>
          <w:rFonts w:asciiTheme="majorHAnsi" w:eastAsia="MS Mincho" w:hAnsiTheme="majorHAnsi" w:cstheme="majorHAnsi"/>
          <w:color w:val="494949"/>
          <w:sz w:val="24"/>
          <w:szCs w:val="19"/>
          <w:highlight w:val="yellow"/>
        </w:rPr>
        <w:t xml:space="preserve"> </w:t>
      </w:r>
      <w:r w:rsidRPr="00C24C47">
        <w:rPr>
          <w:rFonts w:asciiTheme="majorHAnsi" w:eastAsia="MS Mincho" w:hAnsi="MS Mincho" w:cstheme="majorHAnsi"/>
          <w:color w:val="494949"/>
          <w:sz w:val="24"/>
          <w:szCs w:val="19"/>
          <w:highlight w:val="yellow"/>
        </w:rPr>
        <w:t>☐</w:t>
      </w:r>
    </w:p>
    <w:p w:rsidR="00C24C47" w:rsidRPr="00C24C47" w:rsidRDefault="00C24C47" w:rsidP="00C24C47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 xml:space="preserve">- Other government-issued ID </w:t>
      </w:r>
      <w:r w:rsidRPr="00C24C47">
        <w:rPr>
          <w:rFonts w:asciiTheme="majorHAnsi" w:eastAsia="MS Mincho" w:hAnsi="MS Mincho" w:cstheme="majorHAnsi"/>
          <w:color w:val="494949"/>
          <w:sz w:val="24"/>
          <w:szCs w:val="19"/>
          <w:highlight w:val="yellow"/>
        </w:rPr>
        <w:t>☐</w:t>
      </w:r>
      <w:r w:rsidRPr="00C24C47">
        <w:rPr>
          <w:rFonts w:asciiTheme="majorHAnsi" w:hAnsiTheme="majorHAnsi" w:cstheme="majorHAnsi"/>
          <w:color w:val="494949"/>
          <w:sz w:val="24"/>
          <w:szCs w:val="19"/>
          <w:highlight w:val="yellow"/>
        </w:rPr>
        <w:t xml:space="preserve"> _______________</w:t>
      </w:r>
    </w:p>
    <w:p w:rsidR="00E60131" w:rsidRPr="00564DF5" w:rsidRDefault="00320FA3" w:rsidP="00E60131">
      <w:pPr>
        <w:spacing w:before="480" w:after="480"/>
        <w:rPr>
          <w:rFonts w:asciiTheme="majorHAnsi" w:hAnsiTheme="majorHAnsi" w:cstheme="majorHAnsi"/>
        </w:rPr>
      </w:pPr>
      <w:r w:rsidRPr="00320FA3">
        <w:rPr>
          <w:rFonts w:asciiTheme="majorHAnsi" w:hAnsiTheme="majorHAnsi" w:cstheme="majorHAnsi"/>
        </w:rPr>
        <w:pict>
          <v:rect id="_x0000_i1030" style="width:0;height:.75pt" o:hralign="center" o:hrstd="t" o:hrnoshade="t" o:hr="t" fillcolor="#404040" stroked="f"/>
        </w:pict>
      </w:r>
    </w:p>
    <w:p w:rsidR="0038311A" w:rsidRPr="00564DF5" w:rsidRDefault="0038311A" w:rsidP="0038311A">
      <w:pPr>
        <w:pStyle w:val="HTMLPreformatted"/>
        <w:wordWrap w:val="0"/>
        <w:rPr>
          <w:rFonts w:asciiTheme="majorHAnsi" w:hAnsiTheme="majorHAnsi" w:cstheme="majorHAnsi"/>
          <w:b/>
          <w:color w:val="003366"/>
          <w:sz w:val="28"/>
          <w:szCs w:val="22"/>
        </w:rPr>
      </w:pPr>
      <w:r w:rsidRPr="00564DF5">
        <w:rPr>
          <w:rFonts w:asciiTheme="majorHAnsi" w:hAnsiTheme="majorHAnsi" w:cstheme="majorHAnsi"/>
          <w:b/>
          <w:color w:val="003366"/>
          <w:sz w:val="28"/>
          <w:szCs w:val="22"/>
        </w:rPr>
        <w:t>DATA PROTECTION INFORMATION</w:t>
      </w:r>
    </w:p>
    <w:p w:rsidR="0038311A" w:rsidRPr="00564DF5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19"/>
          <w:szCs w:val="19"/>
        </w:rPr>
      </w:pPr>
    </w:p>
    <w:p w:rsidR="00564DF5" w:rsidRDefault="00564DF5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2"/>
          <w:szCs w:val="19"/>
        </w:rPr>
      </w:pP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All personal data is processed in accordance with UK GDPR and the Data Protection Act 2018.  </w:t>
      </w: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- Data Controller: </w:t>
      </w:r>
      <w:proofErr w:type="spellStart"/>
      <w:r w:rsidRPr="00310577">
        <w:rPr>
          <w:rFonts w:asciiTheme="majorHAnsi" w:hAnsiTheme="majorHAnsi" w:cstheme="majorHAnsi"/>
          <w:color w:val="494949"/>
          <w:sz w:val="24"/>
          <w:szCs w:val="19"/>
        </w:rPr>
        <w:t>HealthB</w:t>
      </w:r>
      <w:r w:rsidR="00564DF5" w:rsidRPr="00310577">
        <w:rPr>
          <w:rFonts w:asciiTheme="majorHAnsi" w:hAnsiTheme="majorHAnsi" w:cstheme="majorHAnsi"/>
          <w:color w:val="494949"/>
          <w:sz w:val="24"/>
          <w:szCs w:val="19"/>
        </w:rPr>
        <w:t>ridge</w:t>
      </w:r>
      <w:proofErr w:type="spellEnd"/>
      <w:r w:rsidR="00564DF5"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 Occupational Health Ltd. </w:t>
      </w:r>
    </w:p>
    <w:p w:rsidR="00564DF5" w:rsidRPr="00310577" w:rsidRDefault="00564DF5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- Retention Period: As per medical </w:t>
      </w:r>
      <w:r w:rsidR="00564DF5"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records </w:t>
      </w:r>
      <w:r w:rsidRPr="00310577">
        <w:rPr>
          <w:rFonts w:asciiTheme="majorHAnsi" w:hAnsiTheme="majorHAnsi" w:cstheme="majorHAnsi"/>
          <w:color w:val="494949"/>
          <w:sz w:val="24"/>
          <w:szCs w:val="19"/>
        </w:rPr>
        <w:t>retention</w:t>
      </w:r>
      <w:r w:rsidR="00564DF5"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 policy</w:t>
      </w:r>
    </w:p>
    <w:p w:rsidR="00564DF5" w:rsidRPr="00310577" w:rsidRDefault="00564DF5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- Your Rights: Access, rectification, erasure, restriction, objection  </w:t>
      </w:r>
    </w:p>
    <w:p w:rsidR="00564DF5" w:rsidRPr="00310577" w:rsidRDefault="00564DF5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</w:p>
    <w:p w:rsidR="0038311A" w:rsidRPr="00310577" w:rsidRDefault="0038311A" w:rsidP="0038311A">
      <w:pPr>
        <w:pStyle w:val="HTMLPreformatted"/>
        <w:wordWrap w:val="0"/>
        <w:rPr>
          <w:rFonts w:asciiTheme="majorHAnsi" w:hAnsiTheme="majorHAnsi" w:cstheme="majorHAnsi"/>
          <w:color w:val="494949"/>
          <w:sz w:val="24"/>
          <w:szCs w:val="19"/>
        </w:rPr>
      </w:pPr>
      <w:r w:rsidRPr="00310577">
        <w:rPr>
          <w:rFonts w:asciiTheme="majorHAnsi" w:hAnsiTheme="majorHAnsi" w:cstheme="majorHAnsi"/>
          <w:color w:val="494949"/>
          <w:sz w:val="24"/>
          <w:szCs w:val="19"/>
        </w:rPr>
        <w:t xml:space="preserve">- Contact: dataprotection@healthbridge.org.uk  </w:t>
      </w:r>
    </w:p>
    <w:p w:rsidR="00C24C47" w:rsidRDefault="00C24C47" w:rsidP="00E60131">
      <w:pPr>
        <w:pStyle w:val="Heading3"/>
        <w:shd w:val="clear" w:color="auto" w:fill="FFFFFF"/>
        <w:spacing w:before="274" w:after="206"/>
        <w:rPr>
          <w:rStyle w:val="Strong"/>
          <w:rFonts w:cstheme="majorHAnsi"/>
          <w:b/>
          <w:bCs/>
          <w:color w:val="404040"/>
        </w:rPr>
      </w:pPr>
    </w:p>
    <w:p w:rsidR="00E60131" w:rsidRPr="00564DF5" w:rsidRDefault="00E60131" w:rsidP="00E60131">
      <w:pPr>
        <w:pStyle w:val="Heading3"/>
        <w:shd w:val="clear" w:color="auto" w:fill="FFFFFF"/>
        <w:spacing w:before="274" w:after="206"/>
        <w:rPr>
          <w:rFonts w:cstheme="majorHAnsi"/>
          <w:b w:val="0"/>
          <w:bCs w:val="0"/>
          <w:color w:val="003366"/>
          <w:sz w:val="28"/>
        </w:rPr>
      </w:pPr>
      <w:r w:rsidRPr="00564DF5">
        <w:rPr>
          <w:rStyle w:val="Strong"/>
          <w:rFonts w:cstheme="majorHAnsi"/>
          <w:b/>
          <w:bCs/>
          <w:color w:val="003366"/>
          <w:sz w:val="28"/>
        </w:rPr>
        <w:t>SUBMISSION INSTRUCTIONS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Secure Submission Options: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0" w:before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Email:</w:t>
      </w:r>
      <w:r w:rsidRPr="00564DF5">
        <w:rPr>
          <w:rFonts w:asciiTheme="majorHAnsi" w:hAnsiTheme="majorHAnsi" w:cstheme="majorHAnsi"/>
          <w:color w:val="404040"/>
        </w:rPr>
        <w:t> </w:t>
      </w:r>
      <w:hyperlink r:id="rId9" w:history="1">
        <w:r w:rsidRPr="00564DF5">
          <w:rPr>
            <w:rStyle w:val="Hyperlink"/>
            <w:rFonts w:asciiTheme="majorHAnsi" w:hAnsiTheme="majorHAnsi" w:cstheme="majorHAnsi"/>
            <w:bdr w:val="single" w:sz="12" w:space="0" w:color="auto" w:frame="1"/>
          </w:rPr>
          <w:t>contact@healthbridge.org.uk</w:t>
        </w:r>
      </w:hyperlink>
      <w:r w:rsidR="00564DF5" w:rsidRPr="00564DF5">
        <w:rPr>
          <w:rFonts w:asciiTheme="majorHAnsi" w:hAnsiTheme="majorHAnsi" w:cstheme="majorHAnsi"/>
          <w:color w:val="404040"/>
        </w:rPr>
        <w:t> (Encrypted)</w:t>
      </w:r>
    </w:p>
    <w:p w:rsidR="00E60131" w:rsidRPr="00564DF5" w:rsidRDefault="00E60131" w:rsidP="00E60131">
      <w:pPr>
        <w:pStyle w:val="ds-markdown-paragraph"/>
        <w:shd w:val="clear" w:color="auto" w:fill="FFFFFF"/>
        <w:spacing w:before="206" w:beforeAutospacing="0" w:after="206" w:afterAutospacing="0" w:line="429" w:lineRule="atLeast"/>
        <w:rPr>
          <w:rFonts w:asciiTheme="majorHAnsi" w:hAnsiTheme="majorHAnsi" w:cstheme="majorHAnsi"/>
          <w:color w:val="404040"/>
        </w:rPr>
      </w:pPr>
      <w:r w:rsidRPr="00564DF5">
        <w:rPr>
          <w:rStyle w:val="Strong"/>
          <w:rFonts w:asciiTheme="majorHAnsi" w:hAnsiTheme="majorHAnsi" w:cstheme="majorHAnsi"/>
          <w:color w:val="404040"/>
        </w:rPr>
        <w:t>Confirmation:</w:t>
      </w:r>
      <w:r w:rsidRPr="00564DF5">
        <w:rPr>
          <w:rFonts w:asciiTheme="majorHAnsi" w:hAnsiTheme="majorHAnsi" w:cstheme="majorHAnsi"/>
          <w:color w:val="404040"/>
        </w:rPr>
        <w:t> We acknowledge receipt within </w:t>
      </w:r>
      <w:r w:rsidRPr="00564DF5">
        <w:rPr>
          <w:rStyle w:val="Strong"/>
          <w:rFonts w:asciiTheme="majorHAnsi" w:hAnsiTheme="majorHAnsi" w:cstheme="majorHAnsi"/>
          <w:color w:val="404040"/>
        </w:rPr>
        <w:t>2-3 working days</w:t>
      </w:r>
      <w:r w:rsidRPr="00564DF5">
        <w:rPr>
          <w:rFonts w:asciiTheme="majorHAnsi" w:hAnsiTheme="majorHAnsi" w:cstheme="majorHAnsi"/>
          <w:color w:val="404040"/>
        </w:rPr>
        <w:t> and will contact you to schedule.</w:t>
      </w:r>
    </w:p>
    <w:p w:rsidR="00741407" w:rsidRDefault="00741407"/>
    <w:sectPr w:rsidR="00741407" w:rsidSect="00034616">
      <w:headerReference w:type="default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060" w:rsidRDefault="00596060" w:rsidP="00E60131">
      <w:pPr>
        <w:spacing w:after="0" w:line="240" w:lineRule="auto"/>
      </w:pPr>
      <w:r>
        <w:separator/>
      </w:r>
    </w:p>
  </w:endnote>
  <w:endnote w:type="continuationSeparator" w:id="0">
    <w:p w:rsidR="00596060" w:rsidRDefault="00596060" w:rsidP="00E60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A7" w:rsidRPr="004F7DD7" w:rsidRDefault="008D3DA7" w:rsidP="008D3DA7">
    <w:pPr>
      <w:pStyle w:val="Header"/>
      <w:rPr>
        <w:rFonts w:cstheme="minorHAnsi"/>
        <w:i/>
      </w:rPr>
    </w:pP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HealthBridge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 Occupational Health Ltd | Registered Address: 50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Hadow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Way</w:t>
    </w:r>
    <w:proofErr w:type="gram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,Gloucester</w:t>
    </w:r>
    <w:proofErr w:type="spellEnd"/>
    <w:proofErr w:type="gramEnd"/>
    <w:r w:rsidRPr="004F7DD7">
      <w:rPr>
        <w:rStyle w:val="Emphasis"/>
        <w:rFonts w:cstheme="minorHAnsi"/>
        <w:i w:val="0"/>
        <w:color w:val="404040"/>
        <w:shd w:val="clear" w:color="auto" w:fill="FFFFFF"/>
      </w:rPr>
      <w:t xml:space="preserve">, GL2 4YJ | Company No. [16615396. © </w:t>
    </w:r>
    <w:proofErr w:type="spellStart"/>
    <w:r w:rsidRPr="004F7DD7">
      <w:rPr>
        <w:rStyle w:val="Emphasis"/>
        <w:rFonts w:cstheme="minorHAnsi"/>
        <w:i w:val="0"/>
        <w:color w:val="404040"/>
        <w:shd w:val="clear" w:color="auto" w:fill="FFFFFF"/>
      </w:rPr>
      <w:t>HealthBridge</w:t>
    </w:r>
    <w:proofErr w:type="spellEnd"/>
    <w:r w:rsidRPr="004F7DD7">
      <w:rPr>
        <w:rStyle w:val="Emphasis"/>
        <w:rFonts w:cstheme="minorHAnsi"/>
        <w:i w:val="0"/>
        <w:color w:val="404040"/>
        <w:shd w:val="clear" w:color="auto" w:fill="FFFFFF"/>
      </w:rPr>
      <w:t>. Unauthorized distribution prohibited.</w:t>
    </w:r>
  </w:p>
  <w:p w:rsidR="00E60131" w:rsidRDefault="00E6013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060" w:rsidRDefault="00596060" w:rsidP="00E60131">
      <w:pPr>
        <w:spacing w:after="0" w:line="240" w:lineRule="auto"/>
      </w:pPr>
      <w:r>
        <w:separator/>
      </w:r>
    </w:p>
  </w:footnote>
  <w:footnote w:type="continuationSeparator" w:id="0">
    <w:p w:rsidR="00596060" w:rsidRDefault="00596060" w:rsidP="00E601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DA7" w:rsidRDefault="008D3DA7" w:rsidP="008D3DA7">
    <w:pPr>
      <w:pStyle w:val="Header"/>
      <w:rPr>
        <w:rFonts w:cstheme="minorHAnsi"/>
        <w:color w:val="404040"/>
        <w:shd w:val="clear" w:color="auto" w:fill="FFFFFF"/>
      </w:rPr>
    </w:pPr>
    <w:r>
      <w:rPr>
        <w:rFonts w:cstheme="minorHAnsi"/>
        <w:noProof/>
        <w:color w:val="404040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4991100</wp:posOffset>
          </wp:positionH>
          <wp:positionV relativeFrom="paragraph">
            <wp:posOffset>-278130</wp:posOffset>
          </wp:positionV>
          <wp:extent cx="1483360" cy="990600"/>
          <wp:effectExtent l="19050" t="0" r="2540" b="0"/>
          <wp:wrapSquare wrapText="bothSides"/>
          <wp:docPr id="23" name="Picture 3" descr="ChatGPT Image Jul 29, 2025, 10_47_01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atGPT Image Jul 29, 2025, 10_47_01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83360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7DD7">
      <w:rPr>
        <w:rFonts w:cstheme="minorHAnsi"/>
        <w:color w:val="404040"/>
        <w:shd w:val="clear" w:color="auto" w:fill="FFFFFF"/>
      </w:rPr>
      <w:t>Version 1.0 | Effective: 30/07/2025 | Docu</w:t>
    </w:r>
    <w:r>
      <w:rPr>
        <w:rFonts w:cstheme="minorHAnsi"/>
        <w:color w:val="404040"/>
        <w:shd w:val="clear" w:color="auto" w:fill="FFFFFF"/>
      </w:rPr>
      <w:t>ment Owner: Dr. James Stanley</w:t>
    </w:r>
  </w:p>
  <w:p w:rsidR="008D3DA7" w:rsidRPr="009D198F" w:rsidRDefault="008D3DA7" w:rsidP="008D3DA7">
    <w:pPr>
      <w:pStyle w:val="Header"/>
      <w:rPr>
        <w:rFonts w:cstheme="minorHAnsi"/>
      </w:rPr>
    </w:pPr>
    <w:r w:rsidRPr="004F7DD7">
      <w:rPr>
        <w:rFonts w:cstheme="minorHAnsi"/>
        <w:color w:val="404040"/>
        <w:shd w:val="clear" w:color="auto" w:fill="FFFFFF"/>
      </w:rPr>
      <w:t>Next Review: 30/07/2026</w:t>
    </w:r>
  </w:p>
  <w:p w:rsidR="008D3DA7" w:rsidRDefault="008D3DA7" w:rsidP="008D3DA7">
    <w:pPr>
      <w:pStyle w:val="Header"/>
    </w:pPr>
  </w:p>
  <w:p w:rsidR="008D3DA7" w:rsidRDefault="008D3DA7" w:rsidP="008D3DA7">
    <w:pPr>
      <w:pStyle w:val="Header"/>
    </w:pPr>
  </w:p>
  <w:p w:rsidR="00E60131" w:rsidRDefault="00E6013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366565B"/>
    <w:multiLevelType w:val="multilevel"/>
    <w:tmpl w:val="43C66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D15CF5"/>
    <w:multiLevelType w:val="multilevel"/>
    <w:tmpl w:val="BC464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92E1B53"/>
    <w:multiLevelType w:val="multilevel"/>
    <w:tmpl w:val="E6062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47730"/>
    <w:rsid w:val="00034616"/>
    <w:rsid w:val="0006063C"/>
    <w:rsid w:val="0015074B"/>
    <w:rsid w:val="001D3BE7"/>
    <w:rsid w:val="0029639D"/>
    <w:rsid w:val="002B0901"/>
    <w:rsid w:val="00310577"/>
    <w:rsid w:val="00320FA3"/>
    <w:rsid w:val="00326F90"/>
    <w:rsid w:val="0038311A"/>
    <w:rsid w:val="00562AF0"/>
    <w:rsid w:val="00564DF5"/>
    <w:rsid w:val="005826EE"/>
    <w:rsid w:val="00596060"/>
    <w:rsid w:val="005A2E8C"/>
    <w:rsid w:val="00741407"/>
    <w:rsid w:val="00801F81"/>
    <w:rsid w:val="00885E80"/>
    <w:rsid w:val="008D3DA7"/>
    <w:rsid w:val="009F2D86"/>
    <w:rsid w:val="00AA1D8D"/>
    <w:rsid w:val="00B47730"/>
    <w:rsid w:val="00C00384"/>
    <w:rsid w:val="00C24C47"/>
    <w:rsid w:val="00CB0664"/>
    <w:rsid w:val="00D61DF9"/>
    <w:rsid w:val="00E60131"/>
    <w:rsid w:val="00EA23F5"/>
    <w:rsid w:val="00F9403F"/>
    <w:rsid w:val="00FC2C80"/>
    <w:rsid w:val="00FC6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94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0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403F"/>
    <w:rPr>
      <w:color w:val="0000FF" w:themeColor="hyperlink"/>
      <w:u w:val="single"/>
    </w:rPr>
  </w:style>
  <w:style w:type="paragraph" w:customStyle="1" w:styleId="ds-markdown-paragraph">
    <w:name w:val="ds-markdown-paragraph"/>
    <w:basedOn w:val="Normal"/>
    <w:rsid w:val="00E60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826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826EE"/>
    <w:rPr>
      <w:rFonts w:ascii="Courier New" w:eastAsia="Times New Roman" w:hAnsi="Courier New" w:cs="Courier New"/>
      <w:sz w:val="20"/>
      <w:szCs w:val="20"/>
      <w:lang w:val="en-GB" w:eastAsia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7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healthbridge.org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healthbridge.org.uk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6C974A-F3C7-451B-82AA-148C05AF9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513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3432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James Stanley</cp:lastModifiedBy>
  <cp:revision>2</cp:revision>
  <dcterms:created xsi:type="dcterms:W3CDTF">2025-08-12T12:20:00Z</dcterms:created>
  <dcterms:modified xsi:type="dcterms:W3CDTF">2025-08-12T12:20:00Z</dcterms:modified>
</cp:coreProperties>
</file>