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417320" cy="11161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bm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116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Aptos Display" w:hAnsi="Aptos Display"/>
          <w:b/>
          <w:sz w:val="30"/>
        </w:rPr>
        <w:t>PROSPECTIVE BOOTH RENTER INTAKE FORM</w:t>
      </w:r>
    </w:p>
    <w:p>
      <w:pPr>
        <w:spacing w:after="100"/>
        <w:jc w:val="center"/>
      </w:pPr>
      <w:r>
        <w:rPr>
          <w:b/>
          <w:color w:val="9C772D"/>
          <w:sz w:val="19"/>
        </w:rPr>
        <w:t>Minimum Requirement: 3 Years of Professional Experience</w:t>
      </w:r>
    </w:p>
    <w:p>
      <w:pPr>
        <w:spacing w:after="100"/>
        <w:jc w:val="center"/>
      </w:pPr>
      <w:r>
        <w:t>Thank you for your interest in booth renting at The Fairmount Salon &amp; Day Spa. This form helps us learn more about your professional background, clientele, services, and business goals.</w:t>
      </w:r>
    </w:p>
    <w:p>
      <w:pPr>
        <w:pStyle w:val="Heading1"/>
      </w:pPr>
      <w:r>
        <w:t>PERSONAL INFORMATION</w:t>
      </w:r>
    </w:p>
    <w:p>
      <w:pPr>
        <w:spacing w:after="40"/>
      </w:pPr>
      <w:r>
        <w:rPr>
          <w:b/>
        </w:rPr>
        <w:t xml:space="preserve">Full Name: </w:t>
      </w:r>
      <w:r>
        <w:t>___________________________________________________________________</w:t>
      </w:r>
    </w:p>
    <w:p>
      <w:pPr>
        <w:spacing w:after="40"/>
      </w:pPr>
      <w:r>
        <w:rPr>
          <w:b/>
        </w:rPr>
        <w:t xml:space="preserve">Phone Number: </w:t>
      </w:r>
      <w:r>
        <w:t>______________________________</w:t>
      </w:r>
    </w:p>
    <w:p>
      <w:pPr>
        <w:spacing w:after="40"/>
      </w:pPr>
      <w:r>
        <w:rPr>
          <w:b/>
        </w:rPr>
        <w:t xml:space="preserve">Email Address: </w:t>
      </w:r>
      <w:r>
        <w:t>________________________________________________________</w:t>
      </w:r>
    </w:p>
    <w:p>
      <w:pPr>
        <w:spacing w:after="40"/>
      </w:pPr>
      <w:r>
        <w:rPr>
          <w:b/>
        </w:rPr>
        <w:t xml:space="preserve">Address: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City / State / ZIP: </w:t>
      </w:r>
      <w:r>
        <w:t>_____________________________________________________________</w:t>
      </w:r>
    </w:p>
    <w:p>
      <w:pPr>
        <w:spacing w:after="40"/>
      </w:pPr>
      <w:r>
        <w:rPr>
          <w:b/>
        </w:rPr>
        <w:t xml:space="preserve">Social Media / Professional Page: </w:t>
      </w:r>
      <w:r>
        <w:t>___________________________________________</w:t>
      </w:r>
    </w:p>
    <w:p>
      <w:pPr>
        <w:pStyle w:val="Heading1"/>
      </w:pPr>
      <w:r>
        <w:t>PROFESSIONAL INFORMATION</w:t>
      </w:r>
    </w:p>
    <w:p>
      <w:pPr>
        <w:spacing w:after="40"/>
      </w:pPr>
      <w:r>
        <w:t>Profession / Specialty:   ☐ Hair Stylist   ☐ Barber   ☐ Nail Technician   ☐ Esthetician   ☐ Other: __________________</w:t>
      </w:r>
    </w:p>
    <w:p>
      <w:pPr>
        <w:spacing w:after="40"/>
      </w:pPr>
      <w:r>
        <w:rPr>
          <w:b/>
        </w:rPr>
        <w:t xml:space="preserve">Years Professionally Licensed: </w:t>
      </w:r>
      <w:r>
        <w:t>______________________________________________</w:t>
      </w:r>
    </w:p>
    <w:p>
      <w:pPr>
        <w:spacing w:after="40"/>
      </w:pPr>
      <w:r>
        <w:t>Do you have at least 3 years of professional experience?   ☐ Yes   ☐ No</w:t>
      </w:r>
    </w:p>
    <w:p>
      <w:pPr>
        <w:spacing w:after="40"/>
      </w:pPr>
      <w:r>
        <w:rPr>
          <w:b/>
        </w:rPr>
        <w:t xml:space="preserve">New York State License Number: </w:t>
      </w:r>
      <w:r>
        <w:t>_____________________________________________</w:t>
      </w:r>
    </w:p>
    <w:p>
      <w:pPr>
        <w:spacing w:after="40"/>
      </w:pPr>
      <w:r>
        <w:rPr>
          <w:b/>
        </w:rPr>
        <w:t xml:space="preserve">License Expiration Date: </w:t>
      </w:r>
      <w:r>
        <w:t>____________________________________________________</w:t>
      </w:r>
    </w:p>
    <w:p>
      <w:pPr>
        <w:spacing w:after="40"/>
      </w:pPr>
      <w:r>
        <w:rPr>
          <w:b/>
        </w:rPr>
        <w:t xml:space="preserve">Current Salon / Business: </w:t>
      </w:r>
      <w:r>
        <w:t>_________________________________________________</w:t>
      </w:r>
    </w:p>
    <w:p>
      <w:pPr>
        <w:spacing w:after="40"/>
      </w:pPr>
      <w:r>
        <w:rPr>
          <w:b/>
        </w:rPr>
        <w:t xml:space="preserve">How long have you been at your current location? </w:t>
      </w:r>
      <w:r>
        <w:t>__________________________________</w:t>
      </w:r>
    </w:p>
    <w:p>
      <w:pPr>
        <w:spacing w:after="0"/>
      </w:pPr>
      <w:r>
        <w:rPr>
          <w:b/>
        </w:rPr>
        <w:t>Reason for considering a change: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pStyle w:val="Heading1"/>
      </w:pPr>
      <w:r>
        <w:t>CLIENTELE &amp; SCHEDULE</w:t>
      </w:r>
    </w:p>
    <w:p>
      <w:pPr>
        <w:spacing w:after="40"/>
      </w:pPr>
      <w:r>
        <w:t>Do you currently have an established clientele?   ☐ Yes   ☐ No   ☐ Currently rebuilding</w:t>
      </w:r>
    </w:p>
    <w:p>
      <w:pPr>
        <w:spacing w:after="40"/>
      </w:pPr>
      <w:r>
        <w:rPr>
          <w:b/>
        </w:rPr>
        <w:t xml:space="preserve">Approximately how many clients do you personally service per week? </w:t>
      </w:r>
      <w:r>
        <w:t>_________________________</w:t>
      </w:r>
    </w:p>
    <w:p>
      <w:pPr>
        <w:spacing w:after="40"/>
      </w:pPr>
      <w:r>
        <w:rPr>
          <w:b/>
        </w:rPr>
        <w:t xml:space="preserve">Estimated percentage of clientele expected to follow you: </w:t>
      </w:r>
      <w:r>
        <w:t>______________________________</w:t>
      </w:r>
    </w:p>
    <w:p>
      <w:pPr>
        <w:spacing w:after="40"/>
      </w:pPr>
      <w:r>
        <w:t>Days you plan to work:   ☐ Mon   ☐ Tue   ☐ Wed   ☐ Thu   ☐ Fri   ☐ Sat   ☐ Sun</w:t>
      </w:r>
    </w:p>
    <w:p>
      <w:pPr>
        <w:spacing w:after="40"/>
      </w:pPr>
      <w:r>
        <w:rPr>
          <w:b/>
        </w:rPr>
        <w:t xml:space="preserve">Typical hours you would like to work: </w:t>
      </w:r>
      <w:r>
        <w:t>__________________________________________</w:t>
      </w:r>
    </w:p>
    <w:p>
      <w:pPr>
        <w:spacing w:after="40"/>
      </w:pPr>
      <w:r>
        <w:t>Rental interest:   ☐ Full-Time Booth Rental   ☐ Part-Time Booth Rental</w:t>
      </w:r>
    </w:p>
    <w:p>
      <w:pPr>
        <w:pStyle w:val="Heading1"/>
      </w:pPr>
      <w:r>
        <w:t>YOUR BUSINESS</w:t>
      </w:r>
    </w:p>
    <w:p>
      <w:pPr>
        <w:spacing w:after="0"/>
      </w:pPr>
      <w:r>
        <w:rPr>
          <w:b/>
        </w:rPr>
        <w:t>Services you currently provide: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Professional product / color lines used: </w:t>
      </w:r>
      <w:r>
        <w:t>_______________________________________</w:t>
      </w:r>
    </w:p>
    <w:p>
      <w:pPr>
        <w:spacing w:after="40"/>
      </w:pPr>
      <w:r>
        <w:t>Do you handle your own scheduling and client communication?   ☐ Yes   ☐ No</w:t>
      </w:r>
    </w:p>
    <w:p>
      <w:pPr>
        <w:spacing w:after="40"/>
      </w:pPr>
      <w:r>
        <w:t>Do you carry your own professional / liability insurance?   ☐ Yes   ☐ No</w:t>
      </w:r>
    </w:p>
    <w:p>
      <w:pPr>
        <w:spacing w:after="40"/>
      </w:pPr>
      <w:r>
        <w:t>Are you comfortable operating as an independent booth renter and being responsible for your own taxes, licensing, insurance, supplies, and business obligations?   ☐ Yes   ☐ No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777240" cy="6120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bm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612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GETTING TO KNOW YOU</w:t>
      </w:r>
    </w:p>
    <w:p>
      <w:pPr>
        <w:spacing w:after="0"/>
      </w:pPr>
      <w:r>
        <w:rPr>
          <w:b/>
        </w:rPr>
        <w:t>What are you looking for in your next salon environment?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rPr>
          <w:b/>
        </w:rPr>
        <w:t>Why are you interested in booth renting at The Fairmount Salon &amp; Day Spa?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rPr>
          <w:b/>
        </w:rPr>
        <w:t>What do you feel you would bring to our salon environment and professional atmosphere?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rPr>
          <w:b/>
        </w:rPr>
        <w:t>How would you describe your professionalism and customer service style?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rPr>
          <w:b/>
        </w:rPr>
        <w:t>What are your professional goals for the next 1-3 years?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pStyle w:val="Heading1"/>
      </w:pPr>
      <w:r>
        <w:t>PROFESSIONAL REFERENCES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3"/>
        <w:gridCol w:w="2613"/>
        <w:gridCol w:w="2613"/>
        <w:gridCol w:w="2613"/>
      </w:tblGrid>
      <w:tr>
        <w:tc>
          <w:tcPr>
            <w:tcW w:type="dxa" w:w="2613"/>
            <w:shd w:fill="EDE6D8"/>
            <w:vAlign w:val="center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2613"/>
            <w:shd w:fill="EDE6D8"/>
            <w:vAlign w:val="center"/>
          </w:tcPr>
          <w:p>
            <w:r>
              <w:rPr>
                <w:b/>
              </w:rPr>
              <w:t>Name / Business</w:t>
            </w:r>
          </w:p>
        </w:tc>
        <w:tc>
          <w:tcPr>
            <w:tcW w:type="dxa" w:w="2613"/>
            <w:shd w:fill="EDE6D8"/>
            <w:vAlign w:val="center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2613"/>
            <w:shd w:fill="EDE6D8"/>
            <w:vAlign w:val="center"/>
          </w:tcPr>
          <w:p>
            <w:r>
              <w:rPr>
                <w:b/>
              </w:rPr>
              <w:t>Relationship</w:t>
            </w:r>
          </w:p>
        </w:tc>
      </w:tr>
      <w:tr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>
            <w:r>
              <w:t>#1</w:t>
            </w:r>
          </w:p>
        </w:tc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/>
        </w:tc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/>
        </w:tc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/>
        </w:tc>
      </w:tr>
      <w:tr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>
            <w:r>
              <w:t>#2</w:t>
            </w:r>
          </w:p>
        </w:tc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/>
        </w:tc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/>
        </w:tc>
        <w:tc>
          <w:tcPr>
            <w:tcW w:type="dxa" w:w="2613"/>
            <w:tcMar>
              <w:top w:w="110" w:type="dxa"/>
              <w:start w:w="70" w:type="dxa"/>
              <w:bottom w:w="110" w:type="dxa"/>
              <w:end w:w="70" w:type="dxa"/>
            </w:tcMar>
          </w:tcPr>
          <w:p/>
        </w:tc>
      </w:tr>
    </w:tbl>
    <w:p>
      <w:pPr>
        <w:pStyle w:val="Heading1"/>
      </w:pPr>
      <w:r>
        <w:t>ADDITIONAL INFORMATION</w:t>
      </w:r>
    </w:p>
    <w:p>
      <w:pPr>
        <w:spacing w:after="40"/>
      </w:pPr>
      <w:r>
        <w:t>Have you ever had a professional license suspended, revoked, or disciplined?   ☐ Yes   ☐ No</w:t>
      </w:r>
    </w:p>
    <w:p>
      <w:pPr>
        <w:spacing w:after="0"/>
      </w:pPr>
      <w:r>
        <w:rPr>
          <w:b/>
        </w:rPr>
        <w:t>If yes, please explain: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rPr>
          <w:b/>
        </w:rPr>
        <w:t>Anything else you would like us to know about you or your business?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pStyle w:val="Heading1"/>
      </w:pPr>
      <w:r>
        <w:t>APPLICANT ACKNOWLEDGMENT</w:t>
      </w:r>
    </w:p>
    <w:p>
      <w:pPr>
        <w:spacing w:after="120"/>
      </w:pPr>
      <w:r>
        <w:t>I certify that the information provided on this form is accurate to the best of my knowledge. I understand that submitting this form does not guarantee booth rental placement at The Fairmount Salon &amp; Day Spa.</w:t>
      </w:r>
    </w:p>
    <w:p>
      <w:pPr>
        <w:spacing w:after="40"/>
      </w:pPr>
      <w:r>
        <w:rPr>
          <w:b/>
        </w:rPr>
        <w:t xml:space="preserve">Applicant Signature: </w:t>
      </w:r>
      <w:r>
        <w:t>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</w:t>
      </w:r>
    </w:p>
    <w:p>
      <w:pPr>
        <w:pStyle w:val="Heading1"/>
      </w:pPr>
      <w:r>
        <w:t>FOR SALON USE ONLY</w:t>
      </w:r>
    </w:p>
    <w:p>
      <w:pPr>
        <w:spacing w:after="40"/>
      </w:pPr>
      <w:r>
        <w:t>Experience Verified:   ☐ Yes   ☐ No       License Verified:   ☐ Yes   ☐ No       References Checked:   ☐ Yes   ☐ No</w:t>
      </w:r>
    </w:p>
    <w:p>
      <w:pPr>
        <w:spacing w:after="40"/>
      </w:pPr>
      <w:r>
        <w:t>Decision:   ☐ Approved   ☐ Follow-Up Needed   ☐ Not a Fit at This Time</w:t>
      </w:r>
    </w:p>
    <w:p>
      <w:pPr>
        <w:spacing w:after="0"/>
      </w:pPr>
      <w:r>
        <w:rPr>
          <w:b/>
        </w:rPr>
        <w:t>Notes: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</w:t>
      </w:r>
    </w:p>
    <w:sectPr w:rsidR="00FC693F" w:rsidRPr="0006063C" w:rsidSect="00034616">
      <w:footerReference w:type="default" r:id="rId10"/>
      <w:pgSz w:w="12240" w:h="15840"/>
      <w:pgMar w:top="547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The Fairmount Salon &amp; Day Spa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9C772D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